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Activision enhances anti-cheat measures for Call of Duty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Activision has unveiled a new update for its RICOCHET Anti-Cheat system, aimed at enhancing the detection of cheaters in the popular Call of Duty video game series. This update, which comes ahead of the highly anticipated Black Ops 6 release, leverages artificial intelligence technology to improve the system's ability to identify and ban cheaters more effectively.</w:t>
      </w:r>
      <w:r/>
    </w:p>
    <w:p>
      <w:r/>
      <w:r>
        <w:t>In a recent blog post, Activision detailed its plans to utilise AI in the ongoing fight against cheating in their games. The company expressed the view that whilst cheaters may attempt to obscure their activities, AI could play a significant role in identifying patterns in player behaviour that are indicative of cheating. "Today, cheaters can run and hide but a trail exists," the post stated, emphasising that the behavioural data left behind by players is a crucial tool in identifying those who violate the terms of play.</w:t>
      </w:r>
      <w:r/>
    </w:p>
    <w:p>
      <w:r/>
      <w:r>
        <w:t xml:space="preserve">Activision has been developing a suite of AI-driven tools aimed at both detecting and mitigating cheating efforts. By examining data from legitimate gameplay, such as the detailed statistics from matches within the Call of Duty League, the team aims to construct profiles of player behaviour that can be used to detect anomalies indicative of cheating. </w:t>
      </w:r>
      <w:r/>
    </w:p>
    <w:p>
      <w:r/>
      <w:r>
        <w:t>This AI development is part of a broader effort by Activision to enhance its anti-cheat measures. The company has revealed that some of these new tools were already implemented during the Black Ops 6 beta phase. According to Activision, there was a noticeable reduction in the number of games cheaters could partake in before being banned in the second weekend of the beta, with many bans occurring during a cheater's first match.</w:t>
      </w:r>
      <w:r/>
    </w:p>
    <w:p>
      <w:r/>
      <w:r>
        <w:t>Activision's ultimate goal with these advancements is to reduce the time it takes to identify and ban cheaters to under one hour. The company acknowledged that while it has achieved notable success in combatting cheating—by dismantling cheat development operations and counteracting unauthorised third-party hardware—there is still significant work to be done to ensure gameplay integrity.</w:t>
      </w:r>
      <w:r/>
    </w:p>
    <w:p>
      <w:r/>
      <w:r>
        <w:t>The efforts to integrate AI into the RICOCHET system reflect a broader industry trend towards utilising artificial intelligence to enhance digital security and user experience. As Activision continues to develop these tools, they have committed to keeping the gaming community informed about ongoing improvements and innovations in their anti-cheat strategy.</w:t>
      </w:r>
      <w:r/>
    </w:p>
    <w:p>
      <w:r/>
      <w:r>
        <w:t>This anti-cheat initiative comes as part of Activision's ongoing commitment to fostering a fair and enjoyable gaming environment for all players. With the impending launch of Black Ops 6, ensuring a robust anti-cheat system is of high priority for the company, as it seeks to maintain the integrity and competitiveness of its gaming offerings.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https://news.blizzard.com/en-us/blizzard/24150099/ricochet-anti-cheat-progress-report-black-ops-6-launch</w:t>
        </w:r>
      </w:hyperlink>
      <w:r>
        <w:t xml:space="preserve"> - Details the use of AI in the RICOCHET Anti-Cheat system and the goals to reduce the time to identify and ban cheaters, including the implementation of new tools during the Black Ops 6 beta phase.</w:t>
      </w:r>
      <w:r/>
    </w:p>
    <w:p>
      <w:pPr>
        <w:pStyle w:val="ListNumber"/>
        <w:spacing w:line="240" w:lineRule="auto"/>
        <w:ind w:left="720"/>
      </w:pPr>
      <w:r/>
      <w:hyperlink r:id="rId11">
        <w:r>
          <w:rPr>
            <w:color w:val="0000EE"/>
            <w:u w:val="single"/>
          </w:rPr>
          <w:t>https://www.callofduty.com/warzone/ricochet</w:t>
        </w:r>
      </w:hyperlink>
      <w:r>
        <w:t xml:space="preserve"> - Explains the multi-faceted approach of the RICOCHET Anti-Cheat initiative, including the use of server-side tools, enhanced investigation processes, and a kernel-level driver on PC to combat cheating.</w:t>
      </w:r>
      <w:r/>
    </w:p>
    <w:p>
      <w:pPr>
        <w:pStyle w:val="ListNumber"/>
        <w:spacing w:line="240" w:lineRule="auto"/>
        <w:ind w:left="720"/>
      </w:pPr>
      <w:r/>
      <w:hyperlink r:id="rId12">
        <w:r>
          <w:rPr>
            <w:color w:val="0000EE"/>
            <w:u w:val="single"/>
          </w:rPr>
          <w:t>https://www.callofduty.com/blog/2023/11/call-of-duty-ricochet-anti-cheat-modern-warfare-III-progress-report</w:t>
        </w:r>
      </w:hyperlink>
      <w:r>
        <w:t xml:space="preserve"> - Discusses the integration of AI and Machine Learning into the RICOCHET Anti-Cheat system to improve detection and prevention of cheating, including the use of the Replay Investigation Tool.</w:t>
      </w:r>
      <w:r/>
    </w:p>
    <w:p>
      <w:pPr>
        <w:pStyle w:val="ListNumber"/>
        <w:spacing w:line="240" w:lineRule="auto"/>
        <w:ind w:left="720"/>
      </w:pPr>
      <w:r/>
      <w:hyperlink r:id="rId13">
        <w:r>
          <w:rPr>
            <w:color w:val="0000EE"/>
            <w:u w:val="single"/>
          </w:rPr>
          <w:t>https://support.activision.com/articles/ricochet-overview</w:t>
        </w:r>
      </w:hyperlink>
      <w:r>
        <w:t xml:space="preserve"> - Provides an overview of the RICOCHET Anti-Cheat initiative, including its backend anti-cheat security features, kernel-level driver, and application across various Call of Duty titles.</w:t>
      </w:r>
      <w:r/>
    </w:p>
    <w:p>
      <w:pPr>
        <w:pStyle w:val="ListNumber"/>
        <w:spacing w:line="240" w:lineRule="auto"/>
        <w:ind w:left="720"/>
      </w:pPr>
      <w:r/>
      <w:hyperlink r:id="rId10">
        <w:r>
          <w:rPr>
            <w:color w:val="0000EE"/>
            <w:u w:val="single"/>
          </w:rPr>
          <w:t>https://news.blizzard.com/en-us/blizzard/24150099/ricochet-anti-cheat-progress-report-black-ops-6-launch</w:t>
        </w:r>
      </w:hyperlink>
      <w:r>
        <w:t xml:space="preserve"> - Mentions the reduction in the number of games cheaters could participate in before being banned during the Black Ops 6 beta phase and the goal to catch and remove cheaters within one hour.</w:t>
      </w:r>
      <w:r/>
    </w:p>
    <w:p>
      <w:pPr>
        <w:pStyle w:val="ListNumber"/>
        <w:spacing w:line="240" w:lineRule="auto"/>
        <w:ind w:left="720"/>
      </w:pPr>
      <w:r/>
      <w:hyperlink r:id="rId11">
        <w:r>
          <w:rPr>
            <w:color w:val="0000EE"/>
            <w:u w:val="single"/>
          </w:rPr>
          <w:t>https://www.callofduty.com/warzone/ricochet</w:t>
        </w:r>
      </w:hyperlink>
      <w:r>
        <w:t xml:space="preserve"> - Describes the commitment to keeping the gaming community informed about ongoing improvements and innovations in the RICOCHET Anti-Cheat strategy.</w:t>
      </w:r>
      <w:r/>
    </w:p>
    <w:p>
      <w:pPr>
        <w:pStyle w:val="ListNumber"/>
        <w:spacing w:line="240" w:lineRule="auto"/>
        <w:ind w:left="720"/>
      </w:pPr>
      <w:r/>
      <w:hyperlink r:id="rId12">
        <w:r>
          <w:rPr>
            <w:color w:val="0000EE"/>
            <w:u w:val="single"/>
          </w:rPr>
          <w:t>https://www.callofduty.com/blog/2023/11/call-of-duty-ricochet-anti-cheat-modern-warfare-III-progress-report</w:t>
        </w:r>
      </w:hyperlink>
      <w:r>
        <w:t xml:space="preserve"> - Details the use of behavioural data and match statistics to construct profiles of player behaviour for detecting anomalies indicative of cheating.</w:t>
      </w:r>
      <w:r/>
    </w:p>
    <w:p>
      <w:pPr>
        <w:pStyle w:val="ListNumber"/>
        <w:spacing w:line="240" w:lineRule="auto"/>
        <w:ind w:left="720"/>
      </w:pPr>
      <w:r/>
      <w:hyperlink r:id="rId13">
        <w:r>
          <w:rPr>
            <w:color w:val="0000EE"/>
            <w:u w:val="single"/>
          </w:rPr>
          <w:t>https://support.activision.com/articles/ricochet-overview</w:t>
        </w:r>
      </w:hyperlink>
      <w:r>
        <w:t xml:space="preserve"> - Outlines the broader effort by Activision to enhance anti-cheat measures, including updates to strengthen account security and mitigate cheating efforts.</w:t>
      </w:r>
      <w:r/>
    </w:p>
    <w:p>
      <w:pPr>
        <w:pStyle w:val="ListNumber"/>
        <w:spacing w:line="240" w:lineRule="auto"/>
        <w:ind w:left="720"/>
      </w:pPr>
      <w:r/>
      <w:hyperlink r:id="rId10">
        <w:r>
          <w:rPr>
            <w:color w:val="0000EE"/>
            <w:u w:val="single"/>
          </w:rPr>
          <w:t>https://news.blizzard.com/en-us/blizzard/24150099/ricochet-anti-cheat-progress-report-black-ops-6-launch</w:t>
        </w:r>
      </w:hyperlink>
      <w:r>
        <w:t xml:space="preserve"> - Highlights the industry trend towards using artificial intelligence to enhance digital security and user experience in gaming.</w:t>
      </w:r>
      <w:r/>
    </w:p>
    <w:p>
      <w:pPr>
        <w:pStyle w:val="ListNumber"/>
        <w:spacing w:line="240" w:lineRule="auto"/>
        <w:ind w:left="720"/>
      </w:pPr>
      <w:r/>
      <w:hyperlink r:id="rId11">
        <w:r>
          <w:rPr>
            <w:color w:val="0000EE"/>
            <w:u w:val="single"/>
          </w:rPr>
          <w:t>https://www.callofduty.com/warzone/ricochet</w:t>
        </w:r>
      </w:hyperlink>
      <w:r>
        <w:t xml:space="preserve"> - Explains the role of the kernel-level driver in monitoring and reporting applications that attempt to interact with Call of Duty games, enhancing anti-cheat security.</w:t>
      </w:r>
      <w:r/>
    </w:p>
    <w:p>
      <w:pPr>
        <w:pStyle w:val="ListNumber"/>
        <w:spacing w:line="240" w:lineRule="auto"/>
        <w:ind w:left="720"/>
      </w:pPr>
      <w:r/>
      <w:hyperlink r:id="rId12">
        <w:r>
          <w:rPr>
            <w:color w:val="0000EE"/>
            <w:u w:val="single"/>
          </w:rPr>
          <w:t>https://www.callofduty.com/blog/2023/11/call-of-duty-ricochet-anti-cheat-modern-warfare-III-progress-report</w:t>
        </w:r>
      </w:hyperlink>
      <w:r>
        <w:t xml:space="preserve"> - Discusses the ongoing commitment to fostering a fair and enjoyable gaming environment for all players through robust anti-cheat measures.</w:t>
      </w:r>
      <w:r/>
    </w:p>
    <w:p>
      <w:pPr>
        <w:pStyle w:val="ListNumber"/>
        <w:spacing w:line="240" w:lineRule="auto"/>
        <w:ind w:left="720"/>
      </w:pPr>
      <w:r/>
      <w:hyperlink r:id="rId14">
        <w:r>
          <w:rPr>
            <w:color w:val="0000EE"/>
            <w:u w:val="single"/>
          </w:rPr>
          <w:t>https://dotesports.com/call-of-duty/news/activision-cod-cheaters-wont-disappear-forever-end-goal-ban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blizzard.com/en-us/blizzard/24150099/ricochet-anti-cheat-progress-report-black-ops-6-launch" TargetMode="External"/><Relationship Id="rId11" Type="http://schemas.openxmlformats.org/officeDocument/2006/relationships/hyperlink" Target="https://www.callofduty.com/warzone/ricochet" TargetMode="External"/><Relationship Id="rId12" Type="http://schemas.openxmlformats.org/officeDocument/2006/relationships/hyperlink" Target="https://www.callofduty.com/blog/2023/11/call-of-duty-ricochet-anti-cheat-modern-warfare-III-progress-report" TargetMode="External"/><Relationship Id="rId13" Type="http://schemas.openxmlformats.org/officeDocument/2006/relationships/hyperlink" Target="https://support.activision.com/articles/ricochet-overview" TargetMode="External"/><Relationship Id="rId14" Type="http://schemas.openxmlformats.org/officeDocument/2006/relationships/hyperlink" Target="https://dotesports.com/call-of-duty/news/activision-cod-cheaters-wont-disappear-forever-end-goal-b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