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the 2024 elections: addressing misinformation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Thursday, 17th October, an event titled "AI + 2024 Elections: Navigating A Messy Information Space" is scheduled to be held at the Arizona State University's (ASU) Phoenix Campus. This significant discussion is being co-hosted by the McCain Institute and the Alliance for Securing Democracy. The gathering aims to address the growing concerns about artificial intelligence (AI) and its potential impact on the upcoming 2024 elections.</w:t>
      </w:r>
      <w:r/>
    </w:p>
    <w:p>
      <w:r/>
      <w:r>
        <w:t>Moderated by Stephanie Sy, the respected anchor of PBS NewsHour West, the panel will bring together an array of experts from various fields to dissect the implications and challenges AI presents in the electoral landscape. The line-up of speakers includes Adrian Fontes, the Arizona Secretary of State, known for his active involvement in managing election integrity in Arizona. Bill Gates, a Maricopa County Supervisor, will join the conversation, offering insights from a local government perspective.</w:t>
      </w:r>
      <w:r/>
    </w:p>
    <w:p>
      <w:r/>
      <w:r>
        <w:t>Additional expertise will be provided by Nadya Bliss, the Executive Director of ASU’s Global Security Initiative, who is reputed for her contributions to security and technology. Sarah Gonski, a Faculty Associate at ASU Elections Law, will lend her legal expertise on electoral processes and potential regulatory measures. Representing the Alliance for Securing Democracy at the German Marshall Fund, Rachael Dean Wilson and Bret Schafer are expected to discuss the broader implications of AI on democracy, drawing from their extensive research in the field. Paul Fagan, the Director of Democracy Programs at the McCain Institute, will also participate, bringing his experience in democratic governance and institutional responses to emerging threats.</w:t>
      </w:r>
      <w:r/>
    </w:p>
    <w:p>
      <w:r/>
      <w:r>
        <w:t xml:space="preserve">The conversation is set against the backdrop of growing apprehensions regarding the capabilities of generative AI programs. These technologies can produce content rapidly, echoing false narratives and fabricating intricate fake images, videos, and audio files that are difficult to differentiate from genuine material. The ease of access to these AI tools provides both domestic and international actors with a cost-effective means to potentially disrupt electoral processes. </w:t>
      </w:r>
      <w:r/>
    </w:p>
    <w:p>
      <w:r/>
      <w:r>
        <w:t>The event aims to assess these AI-related threats to the electoral process and explore proactive measures and solutions. Panelists are expected to share best practices and the strategies their respective organisations are implementing to protect the integrity of elections from AI-driven misinformation and disinformation.</w:t>
      </w:r>
      <w:r/>
    </w:p>
    <w:p>
      <w:r/>
      <w:r>
        <w:t>This discourse comes at a crucial time as stakeholders seek to navigate the complexities posed by technological advancements in election misinformation. The insights shared at this event may prove pivotal in shaping how electoral security is managed in the digital age. The panel’s findings and recommendations will likely influence future policies and strategies for safeguarding democracy in an increasingly AI-integrated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https://www.pbs.org/newshour/politics/watch-live-ai-2024-elections-navigating-a-messy-information-space-hosted-by-stephanie-sy</w:t>
        </w:r>
      </w:hyperlink>
      <w:r>
        <w:t xml:space="preserve"> - Corroborates the event 'AI + 2024 Elections: Navigating A Messy Information Space' and its hosts, including the McCain Institute and the Alliance for Securing Democracy.</w:t>
      </w:r>
      <w:r/>
    </w:p>
    <w:p>
      <w:pPr>
        <w:pStyle w:val="ListNumber"/>
        <w:spacing w:line="240" w:lineRule="auto"/>
        <w:ind w:left="720"/>
      </w:pPr>
      <w:r/>
      <w:hyperlink r:id="rId11">
        <w:r>
          <w:rPr>
            <w:color w:val="0000EE"/>
            <w:u w:val="single"/>
          </w:rPr>
          <w:t>https://www.mccaininstitute.org/resources/events/ai-2024-elections-navigating-a-messy-information-space/</w:t>
        </w:r>
      </w:hyperlink>
      <w:r>
        <w:t xml:space="preserve"> - Provides details about the event, including the date, location, and co-hosts.</w:t>
      </w:r>
      <w:r/>
    </w:p>
    <w:p>
      <w:pPr>
        <w:pStyle w:val="ListNumber"/>
        <w:spacing w:line="240" w:lineRule="auto"/>
        <w:ind w:left="720"/>
      </w:pPr>
      <w:r/>
      <w:hyperlink r:id="rId10">
        <w:r>
          <w:rPr>
            <w:color w:val="0000EE"/>
            <w:u w:val="single"/>
          </w:rPr>
          <w:t>https://www.pbs.org/newshour/politics/watch-live-ai-2024-elections-navigating-a-messy-information-space-hosted-by-stephanie-sy</w:t>
        </w:r>
      </w:hyperlink>
      <w:r>
        <w:t xml:space="preserve"> - Lists the panelists, including Adrian Fontes, Bill Gates, Nadya Bliss, Sarah Gonski, Rachael Dean Wilson, Bret Schafer, and Paul Fagan.</w:t>
      </w:r>
      <w:r/>
    </w:p>
    <w:p>
      <w:pPr>
        <w:pStyle w:val="ListNumber"/>
        <w:spacing w:line="240" w:lineRule="auto"/>
        <w:ind w:left="720"/>
      </w:pPr>
      <w:r/>
      <w:hyperlink r:id="rId12">
        <w:r>
          <w:rPr>
            <w:color w:val="0000EE"/>
            <w:u w:val="single"/>
          </w:rPr>
          <w:t>https://abcnews.go.com/Politics/ai-deepfakes-top-concern-election-officials-voting-underway/story?id=114202574</w:t>
        </w:r>
      </w:hyperlink>
      <w:r>
        <w:t xml:space="preserve"> - Discusses the concerns about AI's impact on the 2024 elections, including the use of generative AI to produce false narratives and fake media.</w:t>
      </w:r>
      <w:r/>
    </w:p>
    <w:p>
      <w:pPr>
        <w:pStyle w:val="ListNumber"/>
        <w:spacing w:line="240" w:lineRule="auto"/>
        <w:ind w:left="720"/>
      </w:pPr>
      <w:r/>
      <w:hyperlink r:id="rId12">
        <w:r>
          <w:rPr>
            <w:color w:val="0000EE"/>
            <w:u w:val="single"/>
          </w:rPr>
          <w:t>https://abcnews.go.com/Politics/ai-deepfakes-top-concern-election-officials-voting-underway/story?id=114202574</w:t>
        </w:r>
      </w:hyperlink>
      <w:r>
        <w:t xml:space="preserve"> - Details the threats posed by AI, such as deepfakes and voice-cloning technology, and the efforts by election officials to counter these threats.</w:t>
      </w:r>
      <w:r/>
    </w:p>
    <w:p>
      <w:pPr>
        <w:pStyle w:val="ListNumber"/>
        <w:spacing w:line="240" w:lineRule="auto"/>
        <w:ind w:left="720"/>
      </w:pPr>
      <w:r/>
      <w:hyperlink r:id="rId10">
        <w:r>
          <w:rPr>
            <w:color w:val="0000EE"/>
            <w:u w:val="single"/>
          </w:rPr>
          <w:t>https://www.pbs.org/newshour/politics/watch-live-ai-2024-elections-navigating-a-messy-information-space-hosted-by-stephanie-sy</w:t>
        </w:r>
      </w:hyperlink>
      <w:r>
        <w:t xml:space="preserve"> - Mentions the moderation by Stephanie Sy and the focus on assessing AI threats and sharing solutions.</w:t>
      </w:r>
      <w:r/>
    </w:p>
    <w:p>
      <w:pPr>
        <w:pStyle w:val="ListNumber"/>
        <w:spacing w:line="240" w:lineRule="auto"/>
        <w:ind w:left="720"/>
      </w:pPr>
      <w:r/>
      <w:hyperlink r:id="rId12">
        <w:r>
          <w:rPr>
            <w:color w:val="0000EE"/>
            <w:u w:val="single"/>
          </w:rPr>
          <w:t>https://abcnews.go.com/Politics/ai-deepfakes-top-concern-election-officials-voting-underway/story?id=114202574</w:t>
        </w:r>
      </w:hyperlink>
      <w:r>
        <w:t xml:space="preserve"> - Highlights the involvement of Adrian Fontes, Arizona Secretary of State, in addressing AI-related election threats.</w:t>
      </w:r>
      <w:r/>
    </w:p>
    <w:p>
      <w:pPr>
        <w:pStyle w:val="ListNumber"/>
        <w:spacing w:line="240" w:lineRule="auto"/>
        <w:ind w:left="720"/>
      </w:pPr>
      <w:r/>
      <w:hyperlink r:id="rId11">
        <w:r>
          <w:rPr>
            <w:color w:val="0000EE"/>
            <w:u w:val="single"/>
          </w:rPr>
          <w:t>https://www.mccaininstitute.org/resources/events/ai-2024-elections-navigating-a-messy-information-space/</w:t>
        </w:r>
      </w:hyperlink>
      <w:r>
        <w:t xml:space="preserve"> - Outlines the event's goal to explore proactive measures and solutions to protect election integrity from AI-driven misinformation.</w:t>
      </w:r>
      <w:r/>
    </w:p>
    <w:p>
      <w:pPr>
        <w:pStyle w:val="ListNumber"/>
        <w:spacing w:line="240" w:lineRule="auto"/>
        <w:ind w:left="720"/>
      </w:pPr>
      <w:r/>
      <w:hyperlink r:id="rId12">
        <w:r>
          <w:rPr>
            <w:color w:val="0000EE"/>
            <w:u w:val="single"/>
          </w:rPr>
          <w:t>https://abcnews.go.com/Politics/ai-deepfakes-top-concern-election-officials-voting-underway/story?id=114202574</w:t>
        </w:r>
      </w:hyperlink>
      <w:r>
        <w:t xml:space="preserve"> - Describes the broader implications of AI on democracy and the role of the Alliance for Securing Democracy in addressing these issues.</w:t>
      </w:r>
      <w:r/>
    </w:p>
    <w:p>
      <w:pPr>
        <w:pStyle w:val="ListNumber"/>
        <w:spacing w:line="240" w:lineRule="auto"/>
        <w:ind w:left="720"/>
      </w:pPr>
      <w:r/>
      <w:hyperlink r:id="rId10">
        <w:r>
          <w:rPr>
            <w:color w:val="0000EE"/>
            <w:u w:val="single"/>
          </w:rPr>
          <w:t>https://www.pbs.org/newshour/politics/watch-live-ai-2024-elections-navigating-a-messy-information-space-hosted-by-stephanie-sy</w:t>
        </w:r>
      </w:hyperlink>
      <w:r>
        <w:t xml:space="preserve"> - Corroborates the participation of experts from various fields, including Nadya Bliss, Sarah Gonski, Rachael Dean Wilson, Bret Schafer, and Paul Fagan.</w:t>
      </w:r>
      <w:r/>
    </w:p>
    <w:p>
      <w:pPr>
        <w:pStyle w:val="ListNumber"/>
        <w:spacing w:line="240" w:lineRule="auto"/>
        <w:ind w:left="720"/>
      </w:pPr>
      <w:r/>
      <w:hyperlink r:id="rId12">
        <w:r>
          <w:rPr>
            <w:color w:val="0000EE"/>
            <w:u w:val="single"/>
          </w:rPr>
          <w:t>https://abcnews.go.com/Politics/ai-deepfakes-top-concern-election-officials-voting-underway/story?id=114202574</w:t>
        </w:r>
      </w:hyperlink>
      <w:r>
        <w:t xml:space="preserve"> - Discusses the importance of the event in shaping future policies and strategies for safeguarding democracy in an AI-integrated world.</w:t>
      </w:r>
      <w:r/>
    </w:p>
    <w:p>
      <w:pPr>
        <w:pStyle w:val="ListNumber"/>
        <w:spacing w:line="240" w:lineRule="auto"/>
        <w:ind w:left="720"/>
      </w:pPr>
      <w:r/>
      <w:hyperlink r:id="rId10">
        <w:r>
          <w:rPr>
            <w:color w:val="0000EE"/>
            <w:u w:val="single"/>
          </w:rPr>
          <w:t>https://www.pbs.org/newshour/politics/watch-live-ai-2024-elections-navigating-a-messy-information-space-hosted-by-stephanie-sy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bs.org/newshour/politics/watch-live-ai-2024-elections-navigating-a-messy-information-space-hosted-by-stephanie-sy" TargetMode="External"/><Relationship Id="rId11" Type="http://schemas.openxmlformats.org/officeDocument/2006/relationships/hyperlink" Target="https://www.mccaininstitute.org/resources/events/ai-2024-elections-navigating-a-messy-information-space/" TargetMode="External"/><Relationship Id="rId12" Type="http://schemas.openxmlformats.org/officeDocument/2006/relationships/hyperlink" Target="https://abcnews.go.com/Politics/ai-deepfakes-top-concern-election-officials-voting-underway/story?id=1142025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