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brings Ernest Shackleton’s Antarctic expedition to life in new documentary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Brings Ernest Shackleton’s Antarctic Expedition to Life in New Documentary</w:t>
      </w:r>
      <w:r/>
    </w:p>
    <w:p>
      <w:r/>
      <w:r>
        <w:t>A new documentary titled "Endurance," directed by the acclaimed filmmakers Jimmy Chin and Elizabeth Chai Vasarhelyi, explores the historic Antarctic expedition led by British explorer Ernest Shackleton. The film, set to stream on Disney+ from 2nd November, integrates artificial intelligence to recreate and give voice to Shackleton's century-old diary entries, bringing a novel perspective to the narrative.</w:t>
      </w:r>
      <w:r/>
    </w:p>
    <w:p>
      <w:r/>
      <w:r>
        <w:t>The use of AI, particularly Respeecher technology, has been a focal point of discussion among industry professionals and audiences. This technology allowed Chin and Vasarhelyi to simulate the voices of Shackleton's crew by utilising available old audio recordings. This creative approach aimed to authentically revive the explorers’ personal accounts from their perilous journey, thus enhancing the emotional resonance of the documentary.</w:t>
      </w:r>
      <w:r/>
    </w:p>
    <w:p>
      <w:r/>
      <w:r>
        <w:t>Elizabeth Chai Vasarhelyi described AI as a "craft tool," drawing parallels with traditional filmmaking techniques like CGI in blockbusters or the use of IMAX by directors such as Christopher Nolan. The decision to employ AI was driven by the desire to connect audiences with the explorers' experiences directly, something that would be otherwise impossible given the time period. The diaries, rich with personality and multiple perspectives, serve as primary sources, capturing the essence of the expedition’s challenges and triumphs.</w:t>
      </w:r>
      <w:r/>
    </w:p>
    <w:p>
      <w:r/>
      <w:r>
        <w:t>Beyond the recreated voices, "Endurance" utilises footage from Frank Hurley, the crew's dedicated camera operator. Hurley, a significant figure in exploration photography, documented the expedition with original film that has been re-rendered and colourised for the documentary. This approach offers viewers a more vivid and engaging depiction of the harrowing survival story that unfolded as Shackleton and his crew endeavoured to endure the harsh Antarctic conditions over a year and a half.</w:t>
      </w:r>
      <w:r/>
    </w:p>
    <w:p>
      <w:r/>
      <w:r>
        <w:t>While there has been considerable debate over the use of AI in film and television, particularly regarding issues of originality and ethics, Chin and Vasarhelyi's application in "Endurance" is presented as thoughtful and respectful. The filmmakers advocate for the regulated and ethical use of AI, supporting industry unions and legislative oversight to address potential risks associated with the technology.</w:t>
      </w:r>
      <w:r/>
    </w:p>
    <w:p>
      <w:r/>
      <w:r>
        <w:t>"Endurance" simultaneously narrates two parallel stories: a recounting of Shackleton’s doomed but heroic 1914 expedition aboard the ship Endurance, and the 2022 mission to locate the wreck. These dual narratives highlight both the historical and modern quest for exploration and discovery.</w:t>
      </w:r>
      <w:r/>
    </w:p>
    <w:p>
      <w:r/>
      <w:r>
        <w:t>The documentary not only serves to illuminate Shackleton's extraordinary leadership and the crew’s resilience but also poses broader questions about human ambition and the boundaries of exploration. With its innovative use of AI and historic footage, "Endurance" promises a unique cinematic experience that marries historical authenticity with modern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https://www.hollywoodreporter.com/movies/movie-features/ernest-shackleton-nat-geo-endurance-bfi-london-film-festival-1236026721/</w:t>
        </w:r>
      </w:hyperlink>
      <w:r>
        <w:t xml:space="preserve"> - Corroborates the use of AI to recreate Shackleton's diary entries and the integration of Frank Hurley's footage in the documentary.</w:t>
      </w:r>
      <w:r/>
    </w:p>
    <w:p>
      <w:pPr>
        <w:pStyle w:val="ListNumber"/>
        <w:spacing w:line="240" w:lineRule="auto"/>
        <w:ind w:left="720"/>
      </w:pPr>
      <w:r/>
      <w:hyperlink r:id="rId11">
        <w:r>
          <w:rPr>
            <w:color w:val="0000EE"/>
            <w:u w:val="single"/>
          </w:rPr>
          <w:t>https://www.bbc.com/news/articles/cgq8d973139o</w:t>
        </w:r>
      </w:hyperlink>
      <w:r>
        <w:t xml:space="preserve"> - Supports the narrative of the 2022 mission to locate the wreck of Shackleton's ship and the use of restored footage.</w:t>
      </w:r>
      <w:r/>
    </w:p>
    <w:p>
      <w:pPr>
        <w:pStyle w:val="ListNumber"/>
        <w:spacing w:line="240" w:lineRule="auto"/>
        <w:ind w:left="720"/>
      </w:pPr>
      <w:r/>
      <w:hyperlink r:id="rId12">
        <w:r>
          <w:rPr>
            <w:color w:val="0000EE"/>
            <w:u w:val="single"/>
          </w:rPr>
          <w:t>https://www.theguardian.com/film/2024/oct/13/endurance-review-shackleton-antarctica-1914-expedition-frank-hurley-2022-wreck-search-documentary-national-geographic-chai-vasarhelyi-jimmy-chin-natalie-hewit</w:t>
        </w:r>
      </w:hyperlink>
      <w:r>
        <w:t xml:space="preserve"> - Details the use of AI-generated voice recreations and the interweaving of the 1914 expedition with the 2022 search mission.</w:t>
      </w:r>
      <w:r/>
    </w:p>
    <w:p>
      <w:pPr>
        <w:pStyle w:val="ListNumber"/>
        <w:spacing w:line="240" w:lineRule="auto"/>
        <w:ind w:left="720"/>
      </w:pPr>
      <w:r/>
      <w:hyperlink r:id="rId13">
        <w:r>
          <w:rPr>
            <w:color w:val="0000EE"/>
            <w:u w:val="single"/>
          </w:rPr>
          <w:t>https://films.nationalgeographic.com/endurance</w:t>
        </w:r>
      </w:hyperlink>
      <w:r>
        <w:t xml:space="preserve"> - Provides information on the directors, the use of AI, and the dual narratives of the documentary.</w:t>
      </w:r>
      <w:r/>
    </w:p>
    <w:p>
      <w:pPr>
        <w:pStyle w:val="ListNumber"/>
        <w:spacing w:line="240" w:lineRule="auto"/>
        <w:ind w:left="720"/>
      </w:pPr>
      <w:r/>
      <w:hyperlink r:id="rId14">
        <w:r>
          <w:rPr>
            <w:color w:val="0000EE"/>
            <w:u w:val="single"/>
          </w:rPr>
          <w:t>https://www.cbsnews.com/news/shipwreck-endurance-new-footage-ernest-shackleton/</w:t>
        </w:r>
      </w:hyperlink>
      <w:r>
        <w:t xml:space="preserve"> - Corroborates the discovery of the Endurance wreck in 2022, the use of AI for voice recreations, and the challenges faced by the modern-day explorers.</w:t>
      </w:r>
      <w:r/>
    </w:p>
    <w:p>
      <w:pPr>
        <w:pStyle w:val="ListNumber"/>
        <w:spacing w:line="240" w:lineRule="auto"/>
        <w:ind w:left="720"/>
      </w:pPr>
      <w:r/>
      <w:hyperlink r:id="rId10">
        <w:r>
          <w:rPr>
            <w:color w:val="0000EE"/>
            <w:u w:val="single"/>
          </w:rPr>
          <w:t>https://www.hollywoodreporter.com/movies/movie-features/ernest-shackleton-nat-geo-endurance-bfi-london-film-festival-1236026721/</w:t>
        </w:r>
      </w:hyperlink>
      <w:r>
        <w:t xml:space="preserve"> - Explains the significance of Frank Hurley's footage and its restoration for the documentary.</w:t>
      </w:r>
      <w:r/>
    </w:p>
    <w:p>
      <w:pPr>
        <w:pStyle w:val="ListNumber"/>
        <w:spacing w:line="240" w:lineRule="auto"/>
        <w:ind w:left="720"/>
      </w:pPr>
      <w:r/>
      <w:hyperlink r:id="rId12">
        <w:r>
          <w:rPr>
            <w:color w:val="0000EE"/>
            <w:u w:val="single"/>
          </w:rPr>
          <w:t>https://www.theguardian.com/film/2024/oct/13/endurance-review-shackleton-antarctica-1914-expedition-frank-hurley-2022-wreck-search-documentary-national-geographic-chai-vasarhelyi-jimmy-chin-natalie-hewit</w:t>
        </w:r>
      </w:hyperlink>
      <w:r>
        <w:t xml:space="preserve"> - Discusses the creative approach of using AI and traditional filmmaking techniques to enhance the narrative.</w:t>
      </w:r>
      <w:r/>
    </w:p>
    <w:p>
      <w:pPr>
        <w:pStyle w:val="ListNumber"/>
        <w:spacing w:line="240" w:lineRule="auto"/>
        <w:ind w:left="720"/>
      </w:pPr>
      <w:r/>
      <w:hyperlink r:id="rId14">
        <w:r>
          <w:rPr>
            <w:color w:val="0000EE"/>
            <w:u w:val="single"/>
          </w:rPr>
          <w:t>https://www.cbsnews.com/news/shipwreck-endurance-new-footage-ernest-shackleton/</w:t>
        </w:r>
      </w:hyperlink>
      <w:r>
        <w:t xml:space="preserve"> - Highlights the ethical considerations and the filmmakers' stance on the regulated use of AI in the documentary.</w:t>
      </w:r>
      <w:r/>
    </w:p>
    <w:p>
      <w:pPr>
        <w:pStyle w:val="ListNumber"/>
        <w:spacing w:line="240" w:lineRule="auto"/>
        <w:ind w:left="720"/>
      </w:pPr>
      <w:r/>
      <w:hyperlink r:id="rId13">
        <w:r>
          <w:rPr>
            <w:color w:val="0000EE"/>
            <w:u w:val="single"/>
          </w:rPr>
          <w:t>https://films.nationalgeographic.com/endurance</w:t>
        </w:r>
      </w:hyperlink>
      <w:r>
        <w:t xml:space="preserve"> - Details the dual narratives of Shackleton’s 1914 expedition and the 2022 mission to locate the wreck.</w:t>
      </w:r>
      <w:r/>
    </w:p>
    <w:p>
      <w:pPr>
        <w:pStyle w:val="ListNumber"/>
        <w:spacing w:line="240" w:lineRule="auto"/>
        <w:ind w:left="720"/>
      </w:pPr>
      <w:r/>
      <w:hyperlink r:id="rId11">
        <w:r>
          <w:rPr>
            <w:color w:val="0000EE"/>
            <w:u w:val="single"/>
          </w:rPr>
          <w:t>https://www.bbc.com/news/articles/cgq8d973139o</w:t>
        </w:r>
      </w:hyperlink>
      <w:r>
        <w:t xml:space="preserve"> - Supports the broader themes of human ambition and the boundaries of exploration discussed in the documentary.</w:t>
      </w:r>
      <w:r/>
    </w:p>
    <w:p>
      <w:pPr>
        <w:pStyle w:val="ListNumber"/>
        <w:spacing w:line="240" w:lineRule="auto"/>
        <w:ind w:left="720"/>
      </w:pPr>
      <w:r/>
      <w:hyperlink r:id="rId12">
        <w:r>
          <w:rPr>
            <w:color w:val="0000EE"/>
            <w:u w:val="single"/>
          </w:rPr>
          <w:t>https://www.theguardian.com/film/2024/oct/13/endurance-review-shackleton-antarctica-1914-expedition-frank-hurley-2022-wreck-search-documentary-national-geographic-chai-vasarhelyi-jimmy-chin-natalie-hewit</w:t>
        </w:r>
      </w:hyperlink>
      <w:r>
        <w:t xml:space="preserve"> - Corroborates the innovative use of AI and historic footage to create a unique cinematic experience.</w:t>
      </w:r>
      <w:r/>
    </w:p>
    <w:p>
      <w:pPr>
        <w:pStyle w:val="ListNumber"/>
        <w:spacing w:line="240" w:lineRule="auto"/>
        <w:ind w:left="720"/>
      </w:pPr>
      <w:r/>
      <w:hyperlink r:id="rId15">
        <w:r>
          <w:rPr>
            <w:color w:val="0000EE"/>
            <w:u w:val="single"/>
          </w:rPr>
          <w:t>https://movieweb.com/director-comments-ai-use-endurance-documentary/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movies/movie-features/ernest-shackleton-nat-geo-endurance-bfi-london-film-festival-1236026721/" TargetMode="External"/><Relationship Id="rId11" Type="http://schemas.openxmlformats.org/officeDocument/2006/relationships/hyperlink" Target="https://www.bbc.com/news/articles/cgq8d973139o" TargetMode="External"/><Relationship Id="rId12" Type="http://schemas.openxmlformats.org/officeDocument/2006/relationships/hyperlink" Target="https://www.theguardian.com/film/2024/oct/13/endurance-review-shackleton-antarctica-1914-expedition-frank-hurley-2022-wreck-search-documentary-national-geographic-chai-vasarhelyi-jimmy-chin-natalie-hewit" TargetMode="External"/><Relationship Id="rId13" Type="http://schemas.openxmlformats.org/officeDocument/2006/relationships/hyperlink" Target="https://films.nationalgeographic.com/endurance" TargetMode="External"/><Relationship Id="rId14" Type="http://schemas.openxmlformats.org/officeDocument/2006/relationships/hyperlink" Target="https://www.cbsnews.com/news/shipwreck-endurance-new-footage-ernest-shackleton/" TargetMode="External"/><Relationship Id="rId15" Type="http://schemas.openxmlformats.org/officeDocument/2006/relationships/hyperlink" Target="https://movieweb.com/director-comments-ai-use-endurance-document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