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cameras play crucial role in combating California wildfire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remarkable demonstration of advanced technology integration, artificial intelligence (AI)-powered cameras played a pivotal role in containing a potentially disastrous wildfire in California this week. Located at La Panzer Ranch, along San Juan Creek Road and Hay Canyon Road, the fire ignited without the customary eyewitness 911 calls. However, thanks to the swift alert from AI cameras, CAL FIRE Station 40 was able to respond expeditiously, minimising damage.</w:t>
      </w:r>
      <w:r/>
    </w:p>
    <w:p>
      <w:r/>
      <w:r>
        <w:t>The wildfire, which ignited on Tuesday afternoon, swept through an estimated 16 acres of terrain. Battalion Chief Nate Hamm highlighted the unobtrusive nature of the smoke at the early stages, noting, "If you hadn't been looking for the smoke that was present on the La Panzer Ranch, you would never have seen it." This underlines the crucial role the AI system played, as no traditional emergency calls were made by the public—a first in Hamm’s experience.</w:t>
      </w:r>
      <w:r/>
    </w:p>
    <w:p>
      <w:r/>
      <w:r>
        <w:t>Hamm further remarked on the potential scale of the disaster, stating, "We might still be out there today...We might be calling in resources from other areas to backfill. So, the effort to put the fire out yesterday saved us a lot of work." The proactive technology detected the fire in real-time, affording CAL FIRE the critical lead time required to prevent further spread.</w:t>
      </w:r>
      <w:r/>
    </w:p>
    <w:p>
      <w:r/>
      <w:r>
        <w:t>California is currently equipped with over 1,000 AI cameras, strategically installed on mountain tops and elevated areas, providing a 360-degree panoramic view. These cameras are vital assets in modernising fire response strategies. Ryan Grebe, CAL FIRE’s Public Information Officer, expressed enthusiasm about this technological advancement: “Typically we see AI used in our cell phones and personal computers and now it's being integrated into what we do in the fire service. That's really exciting.”</w:t>
      </w:r>
      <w:r/>
    </w:p>
    <w:p>
      <w:r/>
      <w:r>
        <w:t>The instantaneous nature of AI alerts has revolutionised how fire response teams are dispatched, fundamentally speeding up decision-making processes and deployment. This swift mobilisation is crucial, as Grebe pointed out: “Without that early detection, that fire could have grown to a couple of hundred acres in size and potentially burned structures or other infrastructure in the area."</w:t>
      </w:r>
      <w:r/>
    </w:p>
    <w:p>
      <w:r/>
      <w:r>
        <w:t>The process is notably efficient. Upon receiving an alert from the AI system, emergency command centres are promptly notified. With a fire captain serving as a duty officer, they are trained to evaluate the camera feed and verify the fire's location. This rapid verification system allows for immediate enactment of response plans, ensuring that resources are mobilised with utmost efficiency.</w:t>
      </w:r>
      <w:r/>
    </w:p>
    <w:p>
      <w:r/>
      <w:r>
        <w:t>As CAL FIRE continues to embrace AI technology, the shift highlights a transformative chapter in firefighting efforts, offering a glimpse into an era where rapid technology can strategically prevent catastrophic events, keeping communities and structures safer.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https://spectrumlocalnews.com/hi/hawaii/wildfires/2024/06/08/wildfire-detection-cameras-could-help-firefighters-in-palos-verdes-peninsula</w:t>
        </w:r>
      </w:hyperlink>
      <w:r>
        <w:t xml:space="preserve"> - Corroborates the use of AI-powered cameras for wildfire detection, specifically mentioning the installation of Pano AI cameras in the Palos Verdes Peninsula.</w:t>
      </w:r>
      <w:r/>
    </w:p>
    <w:p>
      <w:pPr>
        <w:pStyle w:val="ListNumber"/>
        <w:spacing w:line="240" w:lineRule="auto"/>
        <w:ind w:left="720"/>
      </w:pPr>
      <w:r/>
      <w:hyperlink r:id="rId11">
        <w:r>
          <w:rPr>
            <w:color w:val="0000EE"/>
            <w:u w:val="single"/>
          </w:rPr>
          <w:t>https://spectrumnews1.com/ca/southern-california/wildfires/2024/06/08/wildfire-detection-cameras-could-help-firefighters-in-palos-verdes-peninsula</w:t>
        </w:r>
      </w:hyperlink>
      <w:r>
        <w:t xml:space="preserve"> - Supports the deployment of a Pano AI camera network for 24/7 monitoring of smoke to alert emergency responders.</w:t>
      </w:r>
      <w:r/>
    </w:p>
    <w:p>
      <w:pPr>
        <w:pStyle w:val="ListNumber"/>
        <w:spacing w:line="240" w:lineRule="auto"/>
        <w:ind w:left="720"/>
      </w:pPr>
      <w:r/>
      <w:hyperlink r:id="rId12">
        <w:r>
          <w:rPr>
            <w:color w:val="0000EE"/>
            <w:u w:val="single"/>
          </w:rPr>
          <w:t>https://www.youtube.com/watch?v=X86OEn5sgXc</w:t>
        </w:r>
      </w:hyperlink>
      <w:r>
        <w:t xml:space="preserve"> - Provides a press conference coverage on the City of Rancho Palos Verdes' implementation of wildfire detection cameras.</w:t>
      </w:r>
      <w:r/>
    </w:p>
    <w:p>
      <w:pPr>
        <w:pStyle w:val="ListNumber"/>
        <w:spacing w:line="240" w:lineRule="auto"/>
        <w:ind w:left="720"/>
      </w:pPr>
      <w:r/>
      <w:hyperlink r:id="rId13">
        <w:r>
          <w:rPr>
            <w:color w:val="0000EE"/>
            <w:u w:val="single"/>
          </w:rPr>
          <w:t>https://alertcalifornia.org</w:t>
        </w:r>
      </w:hyperlink>
      <w:r>
        <w:t xml:space="preserve"> - Details the extensive network of over 1,080 high-definition cameras across California for real-time wildfire monitoring, aligning with the description of AI cameras in strategic locations.</w:t>
      </w:r>
      <w:r/>
    </w:p>
    <w:p>
      <w:pPr>
        <w:pStyle w:val="ListNumber"/>
        <w:spacing w:line="240" w:lineRule="auto"/>
        <w:ind w:left="720"/>
      </w:pPr>
      <w:r/>
      <w:hyperlink r:id="rId13">
        <w:r>
          <w:rPr>
            <w:color w:val="0000EE"/>
            <w:u w:val="single"/>
          </w:rPr>
          <w:t>https://alertcalifornia.org</w:t>
        </w:r>
      </w:hyperlink>
      <w:r>
        <w:t xml:space="preserve"> - Explains the capabilities of ALERTCalifornia cameras, including 360-degree sweeps and long-range visibility, which are crucial for early fire detection.</w:t>
      </w:r>
      <w:r/>
    </w:p>
    <w:p>
      <w:pPr>
        <w:pStyle w:val="ListNumber"/>
        <w:spacing w:line="240" w:lineRule="auto"/>
        <w:ind w:left="720"/>
      </w:pPr>
      <w:r/>
      <w:hyperlink r:id="rId13">
        <w:r>
          <w:rPr>
            <w:color w:val="0000EE"/>
            <w:u w:val="single"/>
          </w:rPr>
          <w:t>https://alertcalifornia.org</w:t>
        </w:r>
      </w:hyperlink>
      <w:r>
        <w:t xml:space="preserve"> - Highlights the role of UC San Diego researchers in processing and managing data from these camera installations to mitigate wildfire impacts.</w:t>
      </w:r>
      <w:r/>
    </w:p>
    <w:p>
      <w:pPr>
        <w:pStyle w:val="ListNumber"/>
        <w:spacing w:line="240" w:lineRule="auto"/>
        <w:ind w:left="720"/>
      </w:pPr>
      <w:r/>
      <w:hyperlink r:id="rId14">
        <w:r>
          <w:rPr>
            <w:color w:val="0000EE"/>
            <w:u w:val="single"/>
          </w:rPr>
          <w:t>https://patch.com/california/palosverdes/ai-camera-network-installed-peninsula-wide-to-detect-wildfires</w:t>
        </w:r>
      </w:hyperlink>
      <w:r>
        <w:t xml:space="preserve"> - Confirms the installation of a network of wildfire detection cameras by Pano AI on the Palos Verdes Peninsula to prevent wildfires.</w:t>
      </w:r>
      <w:r/>
    </w:p>
    <w:p>
      <w:pPr>
        <w:pStyle w:val="ListNumber"/>
        <w:spacing w:line="240" w:lineRule="auto"/>
        <w:ind w:left="720"/>
      </w:pPr>
      <w:r/>
      <w:hyperlink r:id="rId13">
        <w:r>
          <w:rPr>
            <w:color w:val="0000EE"/>
            <w:u w:val="single"/>
          </w:rPr>
          <w:t>https://alertcalifornia.org</w:t>
        </w:r>
      </w:hyperlink>
      <w:r>
        <w:t xml:space="preserve"> - Describes the technology and cyberinfrastructure supporting the ALERTCalifornia camera network, which aids in data-driven decisions for fire response.</w:t>
      </w:r>
      <w:r/>
    </w:p>
    <w:p>
      <w:pPr>
        <w:pStyle w:val="ListNumber"/>
        <w:spacing w:line="240" w:lineRule="auto"/>
        <w:ind w:left="720"/>
      </w:pPr>
      <w:r/>
      <w:hyperlink r:id="rId10">
        <w:r>
          <w:rPr>
            <w:color w:val="0000EE"/>
            <w:u w:val="single"/>
          </w:rPr>
          <w:t>https://spectrumlocalnews.com/hi/hawaii/wildfires/2024/06/08/wildfire-detection-cameras-could-help-firefighters-in-palos-verdes-peninsula</w:t>
        </w:r>
      </w:hyperlink>
      <w:r>
        <w:t xml:space="preserve"> - Supports the idea that AI cameras can detect smoke early, even when it is not visible to the public, which is crucial for prompt fire response.</w:t>
      </w:r>
      <w:r/>
    </w:p>
    <w:p>
      <w:pPr>
        <w:pStyle w:val="ListNumber"/>
        <w:spacing w:line="240" w:lineRule="auto"/>
        <w:ind w:left="720"/>
      </w:pPr>
      <w:r/>
      <w:hyperlink r:id="rId13">
        <w:r>
          <w:rPr>
            <w:color w:val="0000EE"/>
            <w:u w:val="single"/>
          </w:rPr>
          <w:t>https://alertcalifornia.org</w:t>
        </w:r>
      </w:hyperlink>
      <w:r>
        <w:t xml:space="preserve"> - Details the efficiency and rapid response enabled by the AI camera network, aligning with the description of swift alerts and verification processes.</w:t>
      </w:r>
      <w:r/>
    </w:p>
    <w:p>
      <w:pPr>
        <w:pStyle w:val="ListNumber"/>
        <w:spacing w:line="240" w:lineRule="auto"/>
        <w:ind w:left="720"/>
      </w:pPr>
      <w:r/>
      <w:hyperlink r:id="rId15">
        <w:r>
          <w:rPr>
            <w:color w:val="0000EE"/>
            <w:u w:val="single"/>
          </w:rPr>
          <w:t>https://www.ksby.com/santa-margarita/ai-technology-detects-fire-in-san-luis-obispo-county-before-911-calls-are-made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pectrumlocalnews.com/hi/hawaii/wildfires/2024/06/08/wildfire-detection-cameras-could-help-firefighters-in-palos-verdes-peninsula" TargetMode="External"/><Relationship Id="rId11" Type="http://schemas.openxmlformats.org/officeDocument/2006/relationships/hyperlink" Target="https://spectrumnews1.com/ca/southern-california/wildfires/2024/06/08/wildfire-detection-cameras-could-help-firefighters-in-palos-verdes-peninsula" TargetMode="External"/><Relationship Id="rId12" Type="http://schemas.openxmlformats.org/officeDocument/2006/relationships/hyperlink" Target="https://www.youtube.com/watch?v=X86OEn5sgXc" TargetMode="External"/><Relationship Id="rId13" Type="http://schemas.openxmlformats.org/officeDocument/2006/relationships/hyperlink" Target="https://alertcalifornia.org" TargetMode="External"/><Relationship Id="rId14" Type="http://schemas.openxmlformats.org/officeDocument/2006/relationships/hyperlink" Target="https://patch.com/california/palosverdes/ai-camera-network-installed-peninsula-wide-to-detect-wildfires" TargetMode="External"/><Relationship Id="rId15" Type="http://schemas.openxmlformats.org/officeDocument/2006/relationships/hyperlink" Target="https://www.ksby.com/santa-margarita/ai-technology-detects-fire-in-san-luis-obispo-county-before-911-calls-are-m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