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companionship emerges as a solution to loneliness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world increasingly grappling with isolation and loneliness, individuals are turning to innovative solutions involving Artificial Intelligence (AI) to bridge the emotional gap. A study from the Harvard Graduate School of Education highlights that 21% of adults in the United States report feelings of loneliness and a sense of disconnection from their social circles. This rising trend in loneliness across all age groups has sparked the growth of AI-powered companion apps, which have seen an estimated user base of 52 million, according to data from Sensor Tower.</w:t>
      </w:r>
      <w:r/>
    </w:p>
    <w:p>
      <w:r/>
      <w:r>
        <w:t>Among these innovations is "PalUp," a social platform offering AI personalities designed to interact with humans on an equal footing. These AI companions, developed with emotional intelligence, aim to provide empathy and understanding in every interaction, catering to the various emotional states of users. Furthermore, the AI pals are capable of forming their own connections with AI companions belonging to other users, thereby creating a network of digital relationships.</w:t>
      </w:r>
      <w:r/>
    </w:p>
    <w:p>
      <w:r/>
      <w:r>
        <w:t>Simultaneously, the technological landscape continues to evolve with the introduction of several AI-driven products aimed at enhancing business capabilities and consumer experiences. Antavo's "Timi AI" is pioneering in the loyalty sector with real-time video chat features to aid in loyalty program development. Hype AI unveils a marketing platform that empowers businesses by generating comprehensive marketing strategies and content. Meanwhile, Zoovu's integration into the Microsoft Azure Marketplace with its new AI-powered product advisor, Zoe, offers enriched product discovery solutions.</w:t>
      </w:r>
      <w:r/>
    </w:p>
    <w:p>
      <w:r/>
      <w:r>
        <w:t>Treasure Data introduces its AI Framework, providing marketing teams with generative AI chat interfaces, enhancing campaign ideation and activation processes. Sago's "Query AI" facilitates a direct conversation interface with qualitative research data, granting researchers quick access to insights.</w:t>
      </w:r>
      <w:r/>
    </w:p>
    <w:p>
      <w:r/>
      <w:r>
        <w:t>In the realm of customer assistance, TechSee showcases "VRAi," available on Salesforce AppExchange, which uses AI-powered vision models to assist agents with product identification. Amplitude enhances web experiences with "Web Experimentation," allowing extensive A/B testing and personalization with minimal engineering support. Moreover, Amplitude expands its capabilities with the acquisition of Command AI, a startup designed to streamline software usage through AI.</w:t>
      </w:r>
      <w:r/>
    </w:p>
    <w:p>
      <w:r/>
      <w:r>
        <w:t>Bridgeline Digital updates its HawkSearch Rapid UI Framework, aimed at accelerating search interface integration through AI-powered Smart Response features. In the advertising sphere, PRophet launches tools for brand safety and influencer impact prediction, while Amazon Ads unveils an AI creative studio designed to simplify the creation and scaling of ad content. Rokt introduces "ACE," an adaptive content engine optimizing message relevance across customer segments. Additionally, Taboola's "Abby" serves as an advanced AI assistant for advertiser campaign management.</w:t>
      </w:r>
      <w:r/>
    </w:p>
    <w:p>
      <w:r/>
      <w:r>
        <w:t>These advancements indicate a comprehensive shift towards leveraging AI to address various societal challenges, offering innovative solutions both in personal emotional connections and professional domains. As these developments unfold, AI continues to shape the fabric of human interaction and business operations, reflecting an era of increasing dependence on intelligent technology.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https://www.hbs.edu/faculty/Pages/item.aspx?num=66065</w:t>
        </w:r>
      </w:hyperlink>
      <w:r>
        <w:t xml:space="preserve"> - Supports the claim that AI companions can alleviate loneliness, highlighting studies that show AI companions are as effective as interacting with another person and more effective than passive activities like watching YouTube videos.</w:t>
      </w:r>
      <w:r/>
    </w:p>
    <w:p>
      <w:pPr>
        <w:pStyle w:val="ListNumber"/>
        <w:spacing w:line="240" w:lineRule="auto"/>
        <w:ind w:left="720"/>
      </w:pPr>
      <w:r/>
      <w:hyperlink r:id="rId11">
        <w:r>
          <w:rPr>
            <w:color w:val="0000EE"/>
            <w:u w:val="single"/>
          </w:rPr>
          <w:t>https://edrm.net/2024/10/loneliness-pandemic-can-empathic-ai-friendship-chatbots-be-the-cure/</w:t>
        </w:r>
      </w:hyperlink>
      <w:r>
        <w:t xml:space="preserve"> - Corroborates the effectiveness of AI companions in reducing loneliness, noting they can simulate empathy and are a scalable solution for societal loneliness.</w:t>
      </w:r>
      <w:r/>
    </w:p>
    <w:p>
      <w:pPr>
        <w:pStyle w:val="ListNumber"/>
        <w:spacing w:line="240" w:lineRule="auto"/>
        <w:ind w:left="720"/>
      </w:pPr>
      <w:r/>
      <w:hyperlink r:id="rId12">
        <w:r>
          <w:rPr>
            <w:color w:val="0000EE"/>
            <w:u w:val="single"/>
          </w:rPr>
          <w:t>https://apps.apple.com/kw/app/replika-virtual-ai-friend/id1158555867</w:t>
        </w:r>
      </w:hyperlink>
      <w:r>
        <w:t xml:space="preserve"> - Provides an example of an AI companion app, Replika, which helps users feel heard and supported, alleviating loneliness and emotional distress.</w:t>
      </w:r>
      <w:r/>
    </w:p>
    <w:p>
      <w:pPr>
        <w:pStyle w:val="ListNumber"/>
        <w:spacing w:line="240" w:lineRule="auto"/>
        <w:ind w:left="720"/>
      </w:pPr>
      <w:r/>
      <w:hyperlink r:id="rId13">
        <w:r>
          <w:rPr>
            <w:color w:val="0000EE"/>
            <w:u w:val="single"/>
          </w:rPr>
          <w:t>https://www.hbs.edu/ris/Publication%20Files/24-078_3deb075c-780b-4c05-8c0b-e13fcd2dc8b9.pdf</w:t>
        </w:r>
      </w:hyperlink>
      <w:r>
        <w:t xml:space="preserve"> - Details the Harvard study on AI companions, including their ability to detect and alleviate loneliness through sophisticated conversations and making users feel heard.</w:t>
      </w:r>
      <w:r/>
    </w:p>
    <w:p>
      <w:pPr>
        <w:pStyle w:val="ListNumber"/>
        <w:spacing w:line="240" w:lineRule="auto"/>
        <w:ind w:left="720"/>
      </w:pPr>
      <w:r/>
      <w:hyperlink r:id="rId14">
        <w:r>
          <w:rPr>
            <w:color w:val="0000EE"/>
            <w:u w:val="single"/>
          </w:rPr>
          <w:t>https://www.reddit.com/r/lonely/comments/1cmypmd/what_are_the_best_ai_apps_to_use_for_friendship/</w:t>
        </w:r>
      </w:hyperlink>
      <w:r>
        <w:t xml:space="preserve"> - Discusses various AI apps used for friendship and alleviating loneliness, though it does not specifically support the statistical claims or the specific examples mentioned in the article.</w:t>
      </w:r>
      <w:r/>
    </w:p>
    <w:p>
      <w:pPr>
        <w:pStyle w:val="ListNumber"/>
        <w:spacing w:line="240" w:lineRule="auto"/>
        <w:ind w:left="720"/>
      </w:pPr>
      <w:r/>
      <w:hyperlink r:id="rId9">
        <w:r>
          <w:rPr>
            <w:color w:val="0000EE"/>
            <w:u w:val="single"/>
          </w:rPr>
          <w:t>https://www.noahwire.com</w:t>
        </w:r>
      </w:hyperlink>
      <w:r>
        <w:t xml:space="preserve"> - The source article itself, which discusses the rise of AI-powered companion apps and various AI-driven products, though it does not provide direct evidence for each claim within the article.</w:t>
      </w:r>
      <w:r/>
    </w:p>
    <w:p>
      <w:pPr>
        <w:pStyle w:val="ListNumber"/>
        <w:spacing w:line="240" w:lineRule="auto"/>
        <w:ind w:left="720"/>
      </w:pPr>
      <w:r/>
      <w:hyperlink r:id="rId11">
        <w:r>
          <w:rPr>
            <w:color w:val="0000EE"/>
            <w:u w:val="single"/>
          </w:rPr>
          <w:t>https://edrm.net/2024/10/loneliness-pandemic-can-empathic-ai-friendship-chatbots-be-the-cure/</w:t>
        </w:r>
      </w:hyperlink>
      <w:r>
        <w:t xml:space="preserve"> - Mentions the scalability and potential benefits of AI companions in addressing societal loneliness, aligning with the article's discussion on innovative solutions.</w:t>
      </w:r>
      <w:r/>
    </w:p>
    <w:p>
      <w:pPr>
        <w:pStyle w:val="ListNumber"/>
        <w:spacing w:line="240" w:lineRule="auto"/>
        <w:ind w:left="720"/>
      </w:pPr>
      <w:r/>
      <w:hyperlink r:id="rId10">
        <w:r>
          <w:rPr>
            <w:color w:val="0000EE"/>
            <w:u w:val="single"/>
          </w:rPr>
          <w:t>https://www.hbs.edu/faculty/Pages/item.aspx?num=66065</w:t>
        </w:r>
      </w:hyperlink>
      <w:r>
        <w:t xml:space="preserve"> - Supports the claim that AI companions can provide sustained emotional support over time, as shown in the longitudinal study (Study 4).</w:t>
      </w:r>
      <w:r/>
    </w:p>
    <w:p>
      <w:pPr>
        <w:pStyle w:val="ListNumber"/>
        <w:spacing w:line="240" w:lineRule="auto"/>
        <w:ind w:left="720"/>
      </w:pPr>
      <w:r/>
      <w:hyperlink r:id="rId13">
        <w:r>
          <w:rPr>
            <w:color w:val="0000EE"/>
            <w:u w:val="single"/>
          </w:rPr>
          <w:t>https://www.hbs.edu/ris/Publication%20Files/24-078_3deb075c-780b-4c05-8c0b-e13fcd2dc8b9.pdf</w:t>
        </w:r>
      </w:hyperlink>
      <w:r>
        <w:t xml:space="preserve"> - Explains the critical features of AI companions, such as making users feel heard and the chatbot's performance, which are key to reducing loneliness.</w:t>
      </w:r>
      <w:r/>
    </w:p>
    <w:p>
      <w:pPr>
        <w:pStyle w:val="ListNumber"/>
        <w:spacing w:line="240" w:lineRule="auto"/>
        <w:ind w:left="720"/>
      </w:pPr>
      <w:r/>
      <w:hyperlink r:id="rId12">
        <w:r>
          <w:rPr>
            <w:color w:val="0000EE"/>
            <w:u w:val="single"/>
          </w:rPr>
          <w:t>https://apps.apple.com/kw/app/replika-virtual-ai-friend/id1158555867</w:t>
        </w:r>
      </w:hyperlink>
      <w:r>
        <w:t xml:space="preserve"> - Highlights Replika's features that allow users to form emotional connections and feel supported, which aligns with the article's discussion on AI companions providing emotional intelligence and empathy.</w:t>
      </w:r>
      <w:r/>
    </w:p>
    <w:p>
      <w:pPr>
        <w:pStyle w:val="ListNumber"/>
        <w:spacing w:line="240" w:lineRule="auto"/>
        <w:ind w:left="720"/>
      </w:pPr>
      <w:r/>
      <w:hyperlink r:id="rId11">
        <w:r>
          <w:rPr>
            <w:color w:val="0000EE"/>
            <w:u w:val="single"/>
          </w:rPr>
          <w:t>https://edrm.net/2024/10/loneliness-pandemic-can-empathic-ai-friendship-chatbots-be-the-cure/</w:t>
        </w:r>
      </w:hyperlink>
      <w:r>
        <w:t xml:space="preserve"> - Discusses the potential of AI companions to be a better antidote to loneliness than other activities, supporting the broader context of AI's role in addressing loneliness.</w:t>
      </w:r>
      <w:r/>
    </w:p>
    <w:p>
      <w:pPr>
        <w:pStyle w:val="ListNumber"/>
        <w:spacing w:line="240" w:lineRule="auto"/>
        <w:ind w:left="720"/>
      </w:pPr>
      <w:r/>
      <w:hyperlink r:id="rId15">
        <w:r>
          <w:rPr>
            <w:color w:val="0000EE"/>
            <w:u w:val="single"/>
          </w:rPr>
          <w:t>https://martech.org/ai-powered-martech-news-and-releases-october-17/</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hbs.edu/faculty/Pages/item.aspx?num=66065" TargetMode="External"/><Relationship Id="rId11" Type="http://schemas.openxmlformats.org/officeDocument/2006/relationships/hyperlink" Target="https://edrm.net/2024/10/loneliness-pandemic-can-empathic-ai-friendship-chatbots-be-the-cure/" TargetMode="External"/><Relationship Id="rId12" Type="http://schemas.openxmlformats.org/officeDocument/2006/relationships/hyperlink" Target="https://apps.apple.com/kw/app/replika-virtual-ai-friend/id1158555867" TargetMode="External"/><Relationship Id="rId13" Type="http://schemas.openxmlformats.org/officeDocument/2006/relationships/hyperlink" Target="https://www.hbs.edu/ris/Publication%20Files/24-078_3deb075c-780b-4c05-8c0b-e13fcd2dc8b9.pdf" TargetMode="External"/><Relationship Id="rId14" Type="http://schemas.openxmlformats.org/officeDocument/2006/relationships/hyperlink" Target="https://www.reddit.com/r/lonely/comments/1cmypmd/what_are_the_best_ai_apps_to_use_for_friendship/" TargetMode="External"/><Relationship Id="rId15" Type="http://schemas.openxmlformats.org/officeDocument/2006/relationships/hyperlink" Target="https://martech.org/ai-powered-martech-news-and-releases-october-1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