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Horizons Conference set for debut in Miami with focus on enhancing brand voice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Horizons Conference Set for Debut in Miami with Focus on Enhancing Brand Voice Through AI</w:t>
      </w:r>
      <w:r/>
    </w:p>
    <w:p>
      <w:r/>
      <w:r>
        <w:t>Miami, Florida, is poised to host a pioneering event aimed at exploring the role of artificial intelligence in brand communication. Ragan’s AI Horizons Conference, scheduled from February 24 to 26, promises to provide insightful discussions on how businesses can effectively utilise AI to align with their brand voice.</w:t>
      </w:r>
      <w:r/>
    </w:p>
    <w:p>
      <w:r/>
      <w:r>
        <w:t>The event is designed to address the sometimes flat and uninspired nature of AI-generated content. While AI can produce vast amounts of writing, it often lacks the intuitive understanding of nuance and tone that characterise a brand’s unique voice. However, with strategic input, AI tools have the potential to learn, adapt, and reproduce a consistent brand voice across various forms of communication.</w:t>
      </w:r>
      <w:r/>
    </w:p>
    <w:p>
      <w:r/>
      <w:r>
        <w:t>Business representatives attending the conference are encouraged to prepare by collecting a reference library that features examples of their brand’s voice. This might include existing materials like press releases, internal communications, and public speeches, all of which can guide AI tools to better emulate the desired tone and style. Providing AI with a style guide can also assist in calibrating its output more accurately.</w:t>
      </w:r>
      <w:r/>
    </w:p>
    <w:p>
      <w:r/>
      <w:r>
        <w:t>Throughout the conference, sessions will detail how participants can give targeted feedback to AI systems, which functions as an electronic 'intern'. This feedback loop is crucial as it enables AI to improve over time, getting ever closer to the elusive human touch required for effective communication.</w:t>
      </w:r>
      <w:r/>
    </w:p>
    <w:p>
      <w:r/>
      <w:r>
        <w:t>Importantly, organisers stress the necessity of human oversight in the editing phase. While AI can significantly help streamline creative processes, the final touches still require a human editorial hand to ensure content resonates authentically with audiences.</w:t>
      </w:r>
      <w:r/>
    </w:p>
    <w:p>
      <w:r/>
      <w:r>
        <w:t>The event is expected to attract a wide array of professionals ranging from communication experts to tech enthusiasts. This convergence aims to foster discussions that not only deal with current challenges but also envision future possibilities in the realm of AI-driven brand communication.</w:t>
      </w:r>
      <w:r/>
    </w:p>
    <w:p>
      <w:r/>
      <w:r>
        <w:t>The first edition of the Ragan’s AI Horizons Conference in Miami offers attendees the chance to gain a comprehensive understanding of how AI can be tailored to meet their brand’s unique narrative requirements, promising an exciting leap forward in the integration of technological advancements with marketing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https://industrycalendar.com/event-details/6076/ai-horizon-conference</w:t>
        </w:r>
      </w:hyperlink>
      <w:r>
        <w:t xml:space="preserve"> - Corroborates the details of the AI Horizons Conference, including its dates, location, and the focus on enhancing brand communication through AI.</w:t>
      </w:r>
      <w:r/>
    </w:p>
    <w:p>
      <w:pPr>
        <w:pStyle w:val="ListNumber"/>
        <w:spacing w:line="240" w:lineRule="auto"/>
        <w:ind w:left="720"/>
      </w:pPr>
      <w:r/>
      <w:hyperlink r:id="rId11">
        <w:r>
          <w:rPr>
            <w:color w:val="0000EE"/>
            <w:u w:val="single"/>
          </w:rPr>
          <w:t>https://na.eventscloud.com/ereg/index.php?eventid=807071&amp;hss_channel=fbp-173826082649918&amp;aopt=58153541&amp;dur=30&amp;aref=AIHorizons24LI&amp;preload%5B58153541%5D=AIHorizons24LI</w:t>
        </w:r>
      </w:hyperlink>
      <w:r>
        <w:t xml:space="preserve"> - Provides information on the registration and event details of the AI Horizons Conference.</w:t>
      </w:r>
      <w:r/>
    </w:p>
    <w:p>
      <w:pPr>
        <w:pStyle w:val="ListNumber"/>
        <w:spacing w:line="240" w:lineRule="auto"/>
        <w:ind w:left="720"/>
      </w:pPr>
      <w:r/>
      <w:hyperlink r:id="rId12">
        <w:r>
          <w:rPr>
            <w:color w:val="0000EE"/>
            <w:u w:val="single"/>
          </w:rPr>
          <w:t>https://app.qwoted.com/opportunities/event-ai-horizons-conference-2025</w:t>
        </w:r>
      </w:hyperlink>
      <w:r>
        <w:t xml:space="preserve"> - Details the event schedule, location, and the various tracks and sessions of the AI Horizons Conference.</w:t>
      </w:r>
      <w:r/>
    </w:p>
    <w:p>
      <w:pPr>
        <w:pStyle w:val="ListNumber"/>
        <w:spacing w:line="240" w:lineRule="auto"/>
        <w:ind w:left="720"/>
      </w:pPr>
      <w:r/>
      <w:hyperlink r:id="rId10">
        <w:r>
          <w:rPr>
            <w:color w:val="0000EE"/>
            <w:u w:val="single"/>
          </w:rPr>
          <w:t>https://industrycalendar.com/event-details/6076/ai-horizon-conference</w:t>
        </w:r>
      </w:hyperlink>
      <w:r>
        <w:t xml:space="preserve"> - Explains the importance of human oversight in the editing phase and the need for human-AI collaboration.</w:t>
      </w:r>
      <w:r/>
    </w:p>
    <w:p>
      <w:pPr>
        <w:pStyle w:val="ListNumber"/>
        <w:spacing w:line="240" w:lineRule="auto"/>
        <w:ind w:left="720"/>
      </w:pPr>
      <w:r/>
      <w:hyperlink r:id="rId12">
        <w:r>
          <w:rPr>
            <w:color w:val="0000EE"/>
            <w:u w:val="single"/>
          </w:rPr>
          <w:t>https://app.qwoted.com/opportunities/event-ai-horizons-conference-2025</w:t>
        </w:r>
      </w:hyperlink>
      <w:r>
        <w:t xml:space="preserve"> - Lists the types of professionals expected to attend the conference, including communication experts and tech enthusiasts.</w:t>
      </w:r>
      <w:r/>
    </w:p>
    <w:p>
      <w:pPr>
        <w:pStyle w:val="ListNumber"/>
        <w:spacing w:line="240" w:lineRule="auto"/>
        <w:ind w:left="720"/>
      </w:pPr>
      <w:r/>
      <w:hyperlink r:id="rId10">
        <w:r>
          <w:rPr>
            <w:color w:val="0000EE"/>
            <w:u w:val="single"/>
          </w:rPr>
          <w:t>https://industrycalendar.com/event-details/6076/ai-horizon-conference</w:t>
        </w:r>
      </w:hyperlink>
      <w:r>
        <w:t xml:space="preserve"> - Describes the 'Show' and 'Tell' tracks of the conference, which offer both tactical and strategic insights.</w:t>
      </w:r>
      <w:r/>
    </w:p>
    <w:p>
      <w:pPr>
        <w:pStyle w:val="ListNumber"/>
        <w:spacing w:line="240" w:lineRule="auto"/>
        <w:ind w:left="720"/>
      </w:pPr>
      <w:r/>
      <w:hyperlink r:id="rId11">
        <w:r>
          <w:rPr>
            <w:color w:val="0000EE"/>
            <w:u w:val="single"/>
          </w:rPr>
          <w:t>https://na.eventscloud.com/ereg/index.php?eventid=807071&amp;hss_channel=fbp-173826082649918&amp;aopt=58153541&amp;dur=30&amp;aref=AIHorizons24LI&amp;preload%5B58153541%5D=AIHorizons24LI</w:t>
        </w:r>
      </w:hyperlink>
      <w:r>
        <w:t xml:space="preserve"> - Mentions the hybrid nature of the conference and the immersive experience it offers.</w:t>
      </w:r>
      <w:r/>
    </w:p>
    <w:p>
      <w:pPr>
        <w:pStyle w:val="ListNumber"/>
        <w:spacing w:line="240" w:lineRule="auto"/>
        <w:ind w:left="720"/>
      </w:pPr>
      <w:r/>
      <w:hyperlink r:id="rId12">
        <w:r>
          <w:rPr>
            <w:color w:val="0000EE"/>
            <w:u w:val="single"/>
          </w:rPr>
          <w:t>https://app.qwoted.com/opportunities/event-ai-horizons-conference-2025</w:t>
        </w:r>
      </w:hyperlink>
      <w:r>
        <w:t xml:space="preserve"> - Highlights the need for a reference library of brand materials to guide AI tools in emulating the brand voice.</w:t>
      </w:r>
      <w:r/>
    </w:p>
    <w:p>
      <w:pPr>
        <w:pStyle w:val="ListNumber"/>
        <w:spacing w:line="240" w:lineRule="auto"/>
        <w:ind w:left="720"/>
      </w:pPr>
      <w:r/>
      <w:hyperlink r:id="rId10">
        <w:r>
          <w:rPr>
            <w:color w:val="0000EE"/>
            <w:u w:val="single"/>
          </w:rPr>
          <w:t>https://industrycalendar.com/event-details/6076/ai-horizon-conference</w:t>
        </w:r>
      </w:hyperlink>
      <w:r>
        <w:t xml:space="preserve"> - Emphasizes the importance of feedback loops in improving AI systems to better align with brand voice.</w:t>
      </w:r>
      <w:r/>
    </w:p>
    <w:p>
      <w:pPr>
        <w:pStyle w:val="ListNumber"/>
        <w:spacing w:line="240" w:lineRule="auto"/>
        <w:ind w:left="720"/>
      </w:pPr>
      <w:r/>
      <w:hyperlink r:id="rId12">
        <w:r>
          <w:rPr>
            <w:color w:val="0000EE"/>
            <w:u w:val="single"/>
          </w:rPr>
          <w:t>https://app.qwoted.com/opportunities/event-ai-horizons-conference-2025</w:t>
        </w:r>
      </w:hyperlink>
      <w:r>
        <w:t xml:space="preserve"> - Details the various topics that will be covered, such as creating an AI-ready culture and integrating AI and data strategies.</w:t>
      </w:r>
      <w:r/>
    </w:p>
    <w:p>
      <w:pPr>
        <w:pStyle w:val="ListNumber"/>
        <w:spacing w:line="240" w:lineRule="auto"/>
        <w:ind w:left="720"/>
      </w:pPr>
      <w:r/>
      <w:hyperlink r:id="rId11">
        <w:r>
          <w:rPr>
            <w:color w:val="0000EE"/>
            <w:u w:val="single"/>
          </w:rPr>
          <w:t>https://na.eventscloud.com/ereg/index.php?eventid=807071&amp;hss_channel=fbp-173826082649918&amp;aopt=58153541&amp;dur=30&amp;aref=AIHorizons24LI&amp;preload%5B58153541%5D=AIHorizons24LI</w:t>
        </w:r>
      </w:hyperlink>
      <w:r>
        <w:t xml:space="preserve"> - Provides the location and venue of the conference, which is the Fontainebleau Miami Beach.</w:t>
      </w:r>
      <w:r/>
    </w:p>
    <w:p>
      <w:pPr>
        <w:pStyle w:val="ListNumber"/>
        <w:spacing w:line="240" w:lineRule="auto"/>
        <w:ind w:left="720"/>
      </w:pPr>
      <w:r/>
      <w:hyperlink r:id="rId13">
        <w:r>
          <w:rPr>
            <w:color w:val="0000EE"/>
            <w:u w:val="single"/>
          </w:rPr>
          <w:t>https://www.prdaily.com/one-big-ai-tip-train-ai-on-your-brand-voice/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ustrycalendar.com/event-details/6076/ai-horizon-conference" TargetMode="External"/><Relationship Id="rId11" Type="http://schemas.openxmlformats.org/officeDocument/2006/relationships/hyperlink" Target="https://na.eventscloud.com/ereg/index.php?eventid=807071&amp;hss_channel=fbp-173826082649918&amp;aopt=58153541&amp;dur=30&amp;aref=AIHorizons24LI&amp;preload%5B58153541%5D=AIHorizons24LI" TargetMode="External"/><Relationship Id="rId12" Type="http://schemas.openxmlformats.org/officeDocument/2006/relationships/hyperlink" Target="https://app.qwoted.com/opportunities/event-ai-horizons-conference-2025" TargetMode="External"/><Relationship Id="rId13" Type="http://schemas.openxmlformats.org/officeDocument/2006/relationships/hyperlink" Target="https://www.prdaily.com/one-big-ai-tip-train-ai-on-your-brand-vo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