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mishap leads to unexpected alteration of speaker's headshot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peculiar incident involving artificial intelligence and photo editing, tech industry professional Elizabeth Laraki found herself at the centre of an unintended digital mishap. Laraki, a design partner at Electric Capital and a former employee at technology giants such as Google, Facebook, and YouTube, shared her surprising encounter on Twitter earlier this week.</w:t>
      </w:r>
      <w:r/>
    </w:p>
    <w:p>
      <w:r/>
      <w:r>
        <w:t>The issue arose when Laraki noticed a discrepancy in a headshot used in an advertisement for a conference at which she was scheduled to speak. The image appeared to show a slight glimpse of her undergarment — something Laraki was certain was absent from the original photograph. To her surprise, upon comparing the two images, she confirmed that her original headshot was indeed more modest.</w:t>
      </w:r>
      <w:r/>
    </w:p>
    <w:p>
      <w:r/>
      <w:r>
        <w:t>The incident occurred because the conference organiser required the image to be vertically expanded. The social media coordinator, possessing only a cropped version of Laraki's headshot, resorted to using an AI tool designed to extend images to fulfil this requirement. Unfortunately, the AI's modifications resulted in the unintentional alteration of Laraki's attire, creating the illusion of an unbuttoned blouse.</w:t>
      </w:r>
      <w:r/>
    </w:p>
    <w:p>
      <w:r/>
      <w:r>
        <w:t>AI-enhanced photo editing tools, integrated into sophisticated software like Photoshop, employ algorithms to fill in missing parts of images when required. These tools draw from vast datasets of photographs available online to make educated guesses about what might occupy the extended spaces. However, these guesses can sometimes lead to unexpected outcomes, as demonstrated in Laraki's case.</w:t>
      </w:r>
      <w:r/>
    </w:p>
    <w:p>
      <w:r/>
      <w:r>
        <w:t>While this incident could appear as an AI manifestation of male bias, it rather highlights the AI's reliance on patterns from online images, many of which happen to feature more provocative styles.</w:t>
      </w:r>
      <w:r/>
    </w:p>
    <w:p>
      <w:r/>
      <w:r>
        <w:t>Laraki's headshot mishap is not an isolated case, raising broader questions about AI's role and perception in today's tech landscape. AI-driven tools, although designed to assist, can misinterpret contexts because they lack understanding and discretion. Instances like these showcase the unpredictability inherent in artificial intelligence demonstrations and illustrate how AI models rely heavily on existing data, which may not always align with user expectations.</w:t>
      </w:r>
      <w:r/>
    </w:p>
    <w:p>
      <w:r/>
      <w:r>
        <w:t>The conference organisers were reportedly "super apologetic" about the mix-up, attributing the error to the limitations and oversights in using AI tools for photo editing.</w:t>
      </w:r>
      <w:r/>
    </w:p>
    <w:p>
      <w:r/>
      <w:r>
        <w:t>This incident traces the fine line AI technologies tread—balancing utility with potential for misinterpretation. As AI continues to evolve rapidly, such episodes emphasise the necessity for human oversight in machine-driven processes, especially in fields as sensitive as image editing. As artificial intelligence becomes an integral part of various aspects of life, the importance of understanding its capabilities and limitations becomes ever more apparent.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https://www.news18.com/viral/unbuttoned-blouse-added-bra-ex-google-facebook-employee-claims-photo-edited-for-ai-conference-9089518.html</w:t>
        </w:r>
      </w:hyperlink>
      <w:r>
        <w:t xml:space="preserve"> - Elizabeth Laraki's accusation that her photo was edited by AI to show an unbuttoned blouse and a bra, and the conference organisers' apology.</w:t>
      </w:r>
      <w:r/>
    </w:p>
    <w:p>
      <w:pPr>
        <w:pStyle w:val="ListNumber"/>
        <w:spacing w:line="240" w:lineRule="auto"/>
        <w:ind w:left="720"/>
      </w:pPr>
      <w:r/>
      <w:hyperlink r:id="rId11">
        <w:r>
          <w:rPr>
            <w:color w:val="0000EE"/>
            <w:u w:val="single"/>
          </w:rPr>
          <w:t>https://www.republicworld.com/viral/ai-altered-my-image-ex-google-designer-elizabeth-lazarki-shocked-by-conference-photo-edit</w:t>
        </w:r>
      </w:hyperlink>
      <w:r>
        <w:t xml:space="preserve"> - Details of the AI altering Laraki's photo, including the removal of pockets and the addition of a bra, and the social media manager's use of AI to resize the image.</w:t>
      </w:r>
      <w:r/>
    </w:p>
    <w:p>
      <w:pPr>
        <w:pStyle w:val="ListNumber"/>
        <w:spacing w:line="240" w:lineRule="auto"/>
        <w:ind w:left="720"/>
      </w:pPr>
      <w:r/>
      <w:hyperlink r:id="rId12">
        <w:r>
          <w:rPr>
            <w:color w:val="0000EE"/>
            <w:u w:val="single"/>
          </w:rPr>
          <w:t>https://www.ndtv.com/feature/unbuttoned-blouse-made-up-bra-ex-google-techie-claims-her-photo-was-edited-for-ai-conference-6811999</w:t>
        </w:r>
      </w:hyperlink>
      <w:r>
        <w:t xml:space="preserve"> - Laraki's discovery of the edited photo, her comparison of the original and edited images, and the conference host's apologetic response.</w:t>
      </w:r>
      <w:r/>
    </w:p>
    <w:p>
      <w:pPr>
        <w:pStyle w:val="ListNumber"/>
        <w:spacing w:line="240" w:lineRule="auto"/>
        <w:ind w:left="720"/>
      </w:pPr>
      <w:r/>
      <w:hyperlink r:id="rId13">
        <w:r>
          <w:rPr>
            <w:color w:val="0000EE"/>
            <w:u w:val="single"/>
          </w:rPr>
          <w:t>https://in.mashable.com/tech/83980/edited-photo-to-unbutton-my-blouse-ex-google-and-facebook-techie-alleges-her-pic-altered-for-ai-conf</w:t>
        </w:r>
      </w:hyperlink>
      <w:r>
        <w:t xml:space="preserve"> - Laraki's experience with the edited photo and the use of AI to extend the image, leading to unintended alterations.</w:t>
      </w:r>
      <w:r/>
    </w:p>
    <w:p>
      <w:pPr>
        <w:pStyle w:val="ListNumber"/>
        <w:spacing w:line="240" w:lineRule="auto"/>
        <w:ind w:left="720"/>
      </w:pPr>
      <w:r/>
      <w:hyperlink r:id="rId14">
        <w:r>
          <w:rPr>
            <w:color w:val="0000EE"/>
            <w:u w:val="single"/>
          </w:rPr>
          <w:t>https://thedailyguardian.com/ai-genrated-my-bra-ex-google-designer-discovers-bra-edit-in-conference-photo/</w:t>
        </w:r>
      </w:hyperlink>
      <w:r>
        <w:t xml:space="preserve"> - The AI-generated bra in Laraki's photo, the conference organizer's apology, and the broader discussion on AI's role in image editing.</w:t>
      </w:r>
      <w:r/>
    </w:p>
    <w:p>
      <w:pPr>
        <w:pStyle w:val="ListNumber"/>
        <w:spacing w:line="240" w:lineRule="auto"/>
        <w:ind w:left="720"/>
      </w:pPr>
      <w:r/>
      <w:hyperlink r:id="rId10">
        <w:r>
          <w:rPr>
            <w:color w:val="0000EE"/>
            <w:u w:val="single"/>
          </w:rPr>
          <w:t>https://www.news18.com/viral/unbuttoned-blouse-added-bra-ex-google-facebook-employee-claims-photo-edited-for-ai-conference-9089518.html</w:t>
        </w:r>
      </w:hyperlink>
      <w:r>
        <w:t xml:space="preserve"> - The social media coordinator's use of an AI tool to elongate the photo and the AI's invention of the bottom part of the image.</w:t>
      </w:r>
      <w:r/>
    </w:p>
    <w:p>
      <w:pPr>
        <w:pStyle w:val="ListNumber"/>
        <w:spacing w:line="240" w:lineRule="auto"/>
        <w:ind w:left="720"/>
      </w:pPr>
      <w:r/>
      <w:hyperlink r:id="rId11">
        <w:r>
          <w:rPr>
            <w:color w:val="0000EE"/>
            <w:u w:val="single"/>
          </w:rPr>
          <w:t>https://www.republicworld.com/viral/ai-altered-my-image-ex-google-designer-elizabeth-lazarki-shocked-by-conference-photo-edit</w:t>
        </w:r>
      </w:hyperlink>
      <w:r>
        <w:t xml:space="preserve"> - The AI tool's modifications and the unintended alteration of Laraki's attire, creating the illusion of an unbuttoned blouse.</w:t>
      </w:r>
      <w:r/>
    </w:p>
    <w:p>
      <w:pPr>
        <w:pStyle w:val="ListNumber"/>
        <w:spacing w:line="240" w:lineRule="auto"/>
        <w:ind w:left="720"/>
      </w:pPr>
      <w:r/>
      <w:hyperlink r:id="rId12">
        <w:r>
          <w:rPr>
            <w:color w:val="0000EE"/>
            <w:u w:val="single"/>
          </w:rPr>
          <w:t>https://www.ndtv.com/feature/unbuttoned-blouse-made-up-bra-ex-google-techie-claims-her-photo-was-edited-for-ai-conference-6811999</w:t>
        </w:r>
      </w:hyperlink>
      <w:r>
        <w:t xml:space="preserve"> - The broader implications of AI's role in image editing and the potential for AI to reinforce gender stereotypes and sexualize images of women.</w:t>
      </w:r>
      <w:r/>
    </w:p>
    <w:p>
      <w:pPr>
        <w:pStyle w:val="ListNumber"/>
        <w:spacing w:line="240" w:lineRule="auto"/>
        <w:ind w:left="720"/>
      </w:pPr>
      <w:r/>
      <w:hyperlink r:id="rId13">
        <w:r>
          <w:rPr>
            <w:color w:val="0000EE"/>
            <w:u w:val="single"/>
          </w:rPr>
          <w:t>https://in.mashable.com/tech/83980/edited-photo-to-unbutton-my-blouse-ex-google-and-facebook-techie-alleges-her-pic-altered-for-ai-conf</w:t>
        </w:r>
      </w:hyperlink>
      <w:r>
        <w:t xml:space="preserve"> - The necessity for human oversight in machine-driven processes, especially in fields as sensitive as image editing.</w:t>
      </w:r>
      <w:r/>
    </w:p>
    <w:p>
      <w:pPr>
        <w:pStyle w:val="ListNumber"/>
        <w:spacing w:line="240" w:lineRule="auto"/>
        <w:ind w:left="720"/>
      </w:pPr>
      <w:r/>
      <w:hyperlink r:id="rId14">
        <w:r>
          <w:rPr>
            <w:color w:val="0000EE"/>
            <w:u w:val="single"/>
          </w:rPr>
          <w:t>https://thedailyguardian.com/ai-genrated-my-bra-ex-google-designer-discovers-bra-edit-in-conference-photo/</w:t>
        </w:r>
      </w:hyperlink>
      <w:r>
        <w:t xml:space="preserve"> - The fine line AI technologies tread between utility and potential misinterpretation, and the importance of understanding AI's capabilities and limitations.</w:t>
      </w:r>
      <w:r/>
    </w:p>
    <w:p>
      <w:pPr>
        <w:pStyle w:val="ListNumber"/>
        <w:spacing w:line="240" w:lineRule="auto"/>
        <w:ind w:left="720"/>
      </w:pPr>
      <w:r/>
      <w:hyperlink r:id="rId12">
        <w:r>
          <w:rPr>
            <w:color w:val="0000EE"/>
            <w:u w:val="single"/>
          </w:rPr>
          <w:t>https://www.ndtv.com/feature/unbuttoned-blouse-made-up-bra-ex-google-techie-claims-her-photo-was-edited-for-ai-conference-6811999</w:t>
        </w:r>
      </w:hyperlink>
      <w:r>
        <w:t xml:space="preserve"> - The conference organisers' apology and the attribution of the error to the limitations and oversights in using AI tools for photo editing.</w:t>
      </w:r>
      <w:r/>
    </w:p>
    <w:p>
      <w:pPr>
        <w:pStyle w:val="ListNumber"/>
        <w:spacing w:line="240" w:lineRule="auto"/>
        <w:ind w:left="720"/>
      </w:pPr>
      <w:r/>
      <w:hyperlink r:id="rId15">
        <w:r>
          <w:rPr>
            <w:color w:val="0000EE"/>
            <w:u w:val="single"/>
          </w:rPr>
          <w:t>https://pjmedia.com/vodkapundit/2024/10/16/ai-unbuttoned-this-programmers-blouse-but-it-isnt-what-you-think-n4933385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18.com/viral/unbuttoned-blouse-added-bra-ex-google-facebook-employee-claims-photo-edited-for-ai-conference-9089518.html" TargetMode="External"/><Relationship Id="rId11" Type="http://schemas.openxmlformats.org/officeDocument/2006/relationships/hyperlink" Target="https://www.republicworld.com/viral/ai-altered-my-image-ex-google-designer-elizabeth-lazarki-shocked-by-conference-photo-edit" TargetMode="External"/><Relationship Id="rId12" Type="http://schemas.openxmlformats.org/officeDocument/2006/relationships/hyperlink" Target="https://www.ndtv.com/feature/unbuttoned-blouse-made-up-bra-ex-google-techie-claims-her-photo-was-edited-for-ai-conference-6811999" TargetMode="External"/><Relationship Id="rId13" Type="http://schemas.openxmlformats.org/officeDocument/2006/relationships/hyperlink" Target="https://in.mashable.com/tech/83980/edited-photo-to-unbutton-my-blouse-ex-google-and-facebook-techie-alleges-her-pic-altered-for-ai-conf" TargetMode="External"/><Relationship Id="rId14" Type="http://schemas.openxmlformats.org/officeDocument/2006/relationships/hyperlink" Target="https://thedailyguardian.com/ai-genrated-my-bra-ex-google-designer-discovers-bra-edit-in-conference-photo/" TargetMode="External"/><Relationship Id="rId15" Type="http://schemas.openxmlformats.org/officeDocument/2006/relationships/hyperlink" Target="https://pjmedia.com/vodkapundit/2024/10/16/ai-unbuttoned-this-programmers-blouse-but-it-isnt-what-you-think-n493338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