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mods reshape player interactions in gaming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evolving realm of video gaming, modifications, or mods, have long enriched player experiences by introducing new features or expanding existing ones. Recently, strides in artificial intelligence (AI) are reshaping how players interact with virtual worlds, illustrated vividly by AI mods in popular games like Stardew Valley and Skyrim.</w:t>
      </w:r>
      <w:r/>
    </w:p>
    <w:p>
      <w:r/>
      <w:r>
        <w:t>In Stardew Valley, a mod created by a developer known as DualityOfSoul capitalises on AI to extend conversations between players and non-playable characters (NPCs). Traditionally, interactions are limited to a few exchanges per day, fostering a desire among players for deeper connections. This mod implements OpenAI’s API, facilitating theoretically endless dialogues with NPCs. While users have praised this innovation, noting it as "brilliant" on forums like Nexus Mods, the feature is not without its imperfections. Characters, including the usually grumpy Linus and routine-bound Pam, exhibit responses that, despite being tailored, can occasionally feel overly similar due to the underlying language model’s innate jovial bias. This sometimes contrasts with a character's original in-game personality. Nonetheless, many players appreciate the enhanced engagement this mod brings, as it aligns with the game’s overall cheerful ambiance once friendships develop.</w:t>
      </w:r>
      <w:r/>
    </w:p>
    <w:p>
      <w:r/>
      <w:r>
        <w:t>In contrast, the Skyrim mod Herika takes AI integration a step further, not only by enhancing conversational interfaces but by embedding these exchanges into the game’s mechanics. Herika operates as a companion within the game, aiding in combat and responding dynamically to both written and spoken dialogue. The AI can tap into Skyrim’s map, quests, and lore, creating a more immersive and personalised gameplay experience. Furthermore, unlike the Stardew Valley mod, Herika can adopt a varied personality, partially moving away from the general language model voice that characterises many AI interactions.</w:t>
      </w:r>
      <w:r/>
    </w:p>
    <w:p>
      <w:r/>
      <w:r>
        <w:t>The Herika project, steered by creators Reece Meakings and Tylermaister, aims to broaden this capability, eventually providing a framework where any NPC could become an AI companion. However, Meakings acknowledges that the video game industry might not yet be ready for widespread integration of AI in game development. Cost considerations are significant, as both the Stardew Valley and Skyrim mods depend on OpenAI’s API, incurring expense for each dialogue line. While Herika offers a no-cost option requiring personal computational resources, this can be prohibitively demanding.</w:t>
      </w:r>
      <w:r/>
    </w:p>
    <w:p>
      <w:r/>
      <w:r>
        <w:t>The open-ended interactive nature of AI dialogue also presents challenges for game design, potentially shifting narrative control from developers’ hands and complicating script coordination. Despite safeguards, maintaining appropriate language in AI-generated content remains complex, raising concerns of potential misuse or unintended consequences.</w:t>
      </w:r>
      <w:r/>
    </w:p>
    <w:p>
      <w:r/>
      <w:r>
        <w:t>Amidst these technological and ethical challenges, Meakings sees AI potential primarily within modding communities, citing parallels with AI NPC mods in other games like Hogwarts Legacy and Cyberpunk 2077. The feedback for these has been largely positive, indicating a growing acceptance and enjoyment of AI-enhanced gaming experiences among players.</w:t>
      </w:r>
      <w:r/>
    </w:p>
    <w:p>
      <w:r/>
      <w:r>
        <w:t>The popularity of these mods stems from the enriched engagement they offer. Meakings shares an anecdote from his gameplay with Herika, involving a nuanced moral decision when responding to a racially insensitive NPC comment. Herika's response, which avoided confrontation and diffused tension, exemplifies the creative narratives AI can generate, which are rooted in procedural generation and player interaction but lifted by the adaptive nature of AI.</w:t>
      </w:r>
      <w:r/>
    </w:p>
    <w:p>
      <w:r/>
      <w:r>
        <w:t>Despite these advances, AI mods rely heavily on existing game frameworks. Herika, for instance, would be ineffective without Skyrim's detailed lore and narrative foundation. This challenges the notion that AI could replace traditional game writing, highlighting the persistent necessity for skilled writers in providing rich, foundational content.</w:t>
      </w:r>
      <w:r/>
    </w:p>
    <w:p>
      <w:r/>
      <w:r>
        <w:t>Complicating the landscape further, issues around digital replication of voice actors are brought to light by ongoing discussions and strikes within the industry. Nexus Mods allows for AI mod usage but also provides a pathway for creators, including voice actors, to veto mods they find detrimental.</w:t>
      </w:r>
      <w:r/>
    </w:p>
    <w:p>
      <w:r/>
      <w:r>
        <w:t>In summary, while AI integration in video games is still in its infancy, modifications like those seen in Stardew Valley and Skyrim point towards a fascinating future where AI-generated empathy and narrative adaptability could redefine virtual interactions. These developments continue to intrigue and challenge developers, modders, and players alike, as they navigate the possibilities and limitations of AI in gaming.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https://www.youtube.com/watch?v=7Zpag3R-NLo</w:t>
        </w:r>
      </w:hyperlink>
      <w:r>
        <w:t xml:space="preserve"> - This link supports the information about the Skyrim AI mod, specifically how it enhances conversational interfaces and embeds these exchanges into the game’s mechanics.</w:t>
      </w:r>
      <w:r/>
    </w:p>
    <w:p>
      <w:pPr>
        <w:pStyle w:val="ListNumber"/>
        <w:spacing w:line="240" w:lineRule="auto"/>
        <w:ind w:left="720"/>
      </w:pPr>
      <w:r/>
      <w:hyperlink r:id="rId11">
        <w:r>
          <w:rPr>
            <w:color w:val="0000EE"/>
            <w:u w:val="single"/>
          </w:rPr>
          <w:t>https://inworld.ai/blog/best-ai-mods-for-better-ai-npcs</w:t>
        </w:r>
      </w:hyperlink>
      <w:r>
        <w:t xml:space="preserve"> - This link provides an overview of various AI mods, including those for Skyrim and Ready or Not, highlighting their impact on NPC behavior and gameplay experience.</w:t>
      </w:r>
      <w:r/>
    </w:p>
    <w:p>
      <w:pPr>
        <w:pStyle w:val="ListNumber"/>
        <w:spacing w:line="240" w:lineRule="auto"/>
        <w:ind w:left="720"/>
      </w:pPr>
      <w:r/>
      <w:hyperlink r:id="rId12">
        <w:r>
          <w:rPr>
            <w:color w:val="0000EE"/>
            <w:u w:val="single"/>
          </w:rPr>
          <w:t>https://www.youtube.com/watch?v=_sAktXda8Pc</w:t>
        </w:r>
      </w:hyperlink>
      <w:r>
        <w:t xml:space="preserve"> - This link details the Ready or Not AI mod, which improves the game's AI by making NPCs more realistic and dynamic in their behaviors.</w:t>
      </w:r>
      <w:r/>
    </w:p>
    <w:p>
      <w:pPr>
        <w:pStyle w:val="ListNumber"/>
        <w:spacing w:line="240" w:lineRule="auto"/>
        <w:ind w:left="720"/>
      </w:pPr>
      <w:r/>
      <w:hyperlink r:id="rId13">
        <w:r>
          <w:rPr>
            <w:color w:val="0000EE"/>
            <w:u w:val="single"/>
          </w:rPr>
          <w:t>https://convai.com/blog/convai-modding</w:t>
        </w:r>
      </w:hyperlink>
      <w:r>
        <w:t xml:space="preserve"> - This link explains the Convai modding framework for Unreal and Unity-based games, which allows for the creation of AI-driven NPCs, similar to those discussed in the context of Hogwarts Legacy and Cyberpunk 2077.</w:t>
      </w:r>
      <w:r/>
    </w:p>
    <w:p>
      <w:pPr>
        <w:pStyle w:val="ListNumber"/>
        <w:spacing w:line="240" w:lineRule="auto"/>
        <w:ind w:left="720"/>
      </w:pPr>
      <w:r/>
      <w:hyperlink r:id="rId14">
        <w:r>
          <w:rPr>
            <w:color w:val="0000EE"/>
            <w:u w:val="single"/>
          </w:rPr>
          <w:t>https://forum.beyond3d.com/threads/using-ai-to-improve-games.63614/</w:t>
        </w:r>
      </w:hyperlink>
      <w:r>
        <w:t xml:space="preserve"> - This link discusses the use of AI in improving game visuals and backgrounds, such as the Resident Evil HD Remaster mod, which is analogous to the AI-enhanced mods mentioned in the article.</w:t>
      </w:r>
      <w:r/>
    </w:p>
    <w:p>
      <w:pPr>
        <w:pStyle w:val="ListNumber"/>
        <w:spacing w:line="240" w:lineRule="auto"/>
        <w:ind w:left="720"/>
      </w:pPr>
      <w:r/>
      <w:hyperlink r:id="rId15">
        <w:r>
          <w:rPr>
            <w:color w:val="0000EE"/>
            <w:u w:val="single"/>
          </w:rPr>
          <w:t>https://www.nexusmods.com/</w:t>
        </w:r>
      </w:hyperlink>
      <w:r>
        <w:t xml:space="preserve"> - This link is to Nexus Mods, a platform mentioned in the article where users can find and discuss various AI mods, including those for Stardew Valley and Skyrim.</w:t>
      </w:r>
      <w:r/>
    </w:p>
    <w:p>
      <w:pPr>
        <w:pStyle w:val="ListNumber"/>
        <w:spacing w:line="240" w:lineRule="auto"/>
        <w:ind w:left="720"/>
      </w:pPr>
      <w:r/>
      <w:hyperlink r:id="rId16">
        <w:r>
          <w:rPr>
            <w:color w:val="0000EE"/>
            <w:u w:val="single"/>
          </w:rPr>
          <w:t>https://www.youtube.com/@art_from_the_machine</w:t>
        </w:r>
      </w:hyperlink>
      <w:r>
        <w:t xml:space="preserve"> - This link is to the YouTube channel of the creator of the Skyrim AI mod, which provides more details on how the mod works and its features.</w:t>
      </w:r>
      <w:r/>
    </w:p>
    <w:p>
      <w:pPr>
        <w:pStyle w:val="ListNumber"/>
        <w:spacing w:line="240" w:lineRule="auto"/>
        <w:ind w:left="720"/>
      </w:pPr>
      <w:r/>
      <w:hyperlink r:id="rId17">
        <w:r>
          <w:rPr>
            <w:color w:val="0000EE"/>
            <w:u w:val="single"/>
          </w:rPr>
          <w:t>https://inworld.ai/blog/best-ai-mods-for-better-ai-npcs#arma-3-ai-mod</w:t>
        </w:r>
      </w:hyperlink>
      <w:r>
        <w:t xml:space="preserve"> - This link lists various AI mods for Arma 3, highlighting the extensive community involvement in enhancing game mechanics through AI.</w:t>
      </w:r>
      <w:r/>
    </w:p>
    <w:p>
      <w:pPr>
        <w:pStyle w:val="ListNumber"/>
        <w:spacing w:line="240" w:lineRule="auto"/>
        <w:ind w:left="720"/>
      </w:pPr>
      <w:r/>
      <w:hyperlink r:id="rId18">
        <w:r>
          <w:rPr>
            <w:color w:val="0000EE"/>
            <w:u w:val="single"/>
          </w:rPr>
          <w:t>https://convai.com/blog/convai-modding#Proven-Success</w:t>
        </w:r>
      </w:hyperlink>
      <w:r>
        <w:t xml:space="preserve"> - This link details the success of AI mods in games like Hogwarts Legacy and Cyberpunk 2077, which aligns with the positive feedback mentioned in the article.</w:t>
      </w:r>
      <w:r/>
    </w:p>
    <w:p>
      <w:pPr>
        <w:pStyle w:val="ListNumber"/>
        <w:spacing w:line="240" w:lineRule="auto"/>
        <w:ind w:left="720"/>
      </w:pPr>
      <w:r/>
      <w:hyperlink r:id="rId19">
        <w:r>
          <w:rPr>
            <w:color w:val="0000EE"/>
            <w:u w:val="single"/>
          </w:rPr>
          <w:t>https://www.nexusmods.com/skyrim/mods/101268</w:t>
        </w:r>
      </w:hyperlink>
      <w:r>
        <w:t xml:space="preserve"> - This link would typically lead to specific Skyrim mods, such as Herika, which are discussed in the article for their advanced AI integration.</w:t>
      </w:r>
      <w:r/>
    </w:p>
    <w:p>
      <w:pPr>
        <w:pStyle w:val="ListNumber"/>
        <w:spacing w:line="240" w:lineRule="auto"/>
        <w:ind w:left="720"/>
      </w:pPr>
      <w:r/>
      <w:hyperlink r:id="rId9">
        <w:r>
          <w:rPr>
            <w:color w:val="0000EE"/>
            <w:u w:val="single"/>
          </w:rPr>
          <w:t>https://www.noahwire.com</w:t>
        </w:r>
      </w:hyperlink>
      <w:r>
        <w:t xml:space="preserve"> - This is the source of the original article, though it does not directly provide additional links, it serves as the foundation for the information presented.</w:t>
      </w:r>
      <w:r/>
    </w:p>
    <w:p>
      <w:pPr>
        <w:pStyle w:val="ListNumber"/>
        <w:spacing w:line="240" w:lineRule="auto"/>
        <w:ind w:left="720"/>
      </w:pPr>
      <w:r/>
      <w:hyperlink r:id="rId20">
        <w:r>
          <w:rPr>
            <w:color w:val="0000EE"/>
            <w:u w:val="single"/>
          </w:rPr>
          <w:t>https://www.theverge.com/2024/10/17/24268007/modders-ai-companions-stardew-valley-skyrim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7Zpag3R-NLo" TargetMode="External"/><Relationship Id="rId11" Type="http://schemas.openxmlformats.org/officeDocument/2006/relationships/hyperlink" Target="https://inworld.ai/blog/best-ai-mods-for-better-ai-npcs" TargetMode="External"/><Relationship Id="rId12" Type="http://schemas.openxmlformats.org/officeDocument/2006/relationships/hyperlink" Target="https://www.youtube.com/watch?v=_sAktXda8Pc" TargetMode="External"/><Relationship Id="rId13" Type="http://schemas.openxmlformats.org/officeDocument/2006/relationships/hyperlink" Target="https://convai.com/blog/convai-modding" TargetMode="External"/><Relationship Id="rId14" Type="http://schemas.openxmlformats.org/officeDocument/2006/relationships/hyperlink" Target="https://forum.beyond3d.com/threads/using-ai-to-improve-games.63614/" TargetMode="External"/><Relationship Id="rId15" Type="http://schemas.openxmlformats.org/officeDocument/2006/relationships/hyperlink" Target="https://www.nexusmods.com/" TargetMode="External"/><Relationship Id="rId16" Type="http://schemas.openxmlformats.org/officeDocument/2006/relationships/hyperlink" Target="https://www.youtube.com/@art_from_the_machine" TargetMode="External"/><Relationship Id="rId17" Type="http://schemas.openxmlformats.org/officeDocument/2006/relationships/hyperlink" Target="https://inworld.ai/blog/best-ai-mods-for-better-ai-npcs#arma-3-ai-mod" TargetMode="External"/><Relationship Id="rId18" Type="http://schemas.openxmlformats.org/officeDocument/2006/relationships/hyperlink" Target="https://convai.com/blog/convai-modding#Proven-Success" TargetMode="External"/><Relationship Id="rId19" Type="http://schemas.openxmlformats.org/officeDocument/2006/relationships/hyperlink" Target="https://www.nexusmods.com/skyrim/mods/101268" TargetMode="External"/><Relationship Id="rId20" Type="http://schemas.openxmlformats.org/officeDocument/2006/relationships/hyperlink" Target="https://www.theverge.com/2024/10/17/24268007/modders-ai-companions-stardew-valley-skyri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