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helps mother regain her voice after ALS diagnosis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heartening story of technology providing hope amidst adversity, 42-year-old April Kerner from Frederick, Maryland, has managed to regain a part of herself she feared lost forever, her voice, courtesy of artificial intelligence. April, a mother of three, was diagnosed with amyotrophic lateral sclerosis (ALS) in December 2022, a progressive neurological disorder that affects nerve cells in the brain and spinal cord, ultimately impacting voluntary muscle movements including speech.</w:t>
      </w:r>
      <w:r/>
    </w:p>
    <w:p>
      <w:r/>
      <w:r>
        <w:t>April's struggles began in April 2022 with weakness in her right leg, leading to her first fall on Mother's Day that year. A series of medical consultations ensued, including visits to orthopaedic doctors, spinal experts, and neurologists, all hoping for a reversible diagnosis. However, only days after Christmas 2022, the Kerner family received the heart-wrenching diagnosis from medical professionals that it was indeed ALS.</w:t>
      </w:r>
      <w:r/>
    </w:p>
    <w:p>
      <w:r/>
      <w:r>
        <w:t>By May 2023, April had begun losing her voice, with respiratory failure the following month requiring the insertion of a tracheostomy that took away her voice completely. This circumstance posed a significant emotional and communicative barrier for the family, particularly for her young children, Ryker, Ava, and Jax, then just four and five years old.</w:t>
      </w:r>
      <w:r/>
    </w:p>
    <w:p>
      <w:r/>
      <w:r>
        <w:t>In search of a method to bridge the communicative gap, April and her husband, Bill, discovered ElevenLabs, a company dedicated to creating human-like text-to-speech programmes using AI technology. The company requested recordings of April's voice, which they then adeptly utilised to produce a voice that closely resembled her original tones, unlike the typical robotic alternatives available in many standard programmes. April now types messages with her eyes, which are then vocalised by the AI in her recreated voice.</w:t>
      </w:r>
      <w:r/>
    </w:p>
    <w:p>
      <w:r/>
      <w:r>
        <w:t>This technological innovation has brought a semblance of normalcy back to the Kerner household. The cadence might be slightly off, as Bill notes, but to the Kerners, it represents a piece of April restored. The moment her children first heard their mother's AI voice was filled with joy, sparking a heartwarming scene as they jumped and danced with excitement. April's AI-assisted voice has also allowed her to participate in cherished family activities such as reading bedtime stories, an interaction that delightfully reunites her family through familiar sounds.</w:t>
      </w:r>
      <w:r/>
    </w:p>
    <w:p>
      <w:r/>
      <w:r>
        <w:t>Despite the severe limitations ALS imposes, including the current need for a ventilator and a feeding tube, April finds solace and strength in her renewed ability to communicate. The AI voice has become a pivotal tool in preserving the emotional bond with her children, who eagerly gather for her storytelling sessions, and has restored a fraction of independence she deeply cherishes.</w:t>
      </w:r>
      <w:r/>
    </w:p>
    <w:p>
      <w:r/>
      <w:r>
        <w:t>April looks beyond the personal challenges, aspiring to use her experience to increase awareness of ALS and its impact. Bill highlights that while the lack of mobility is a significant struggle for April, the reclaimed voice through AI has been a profoundly important consolation.</w:t>
      </w:r>
      <w:r/>
    </w:p>
    <w:p>
      <w:r/>
      <w:r>
        <w:t>This story of technological triumph amid tragic circumstances reflects the potential of artificial intelligence in making a difference in lives touched by profound medical hardships. The Kerner family exemplifies resilience and the embrace of innovative solutions to navigate through the complexities brought upon by 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https://abcnews.go.com/alerts/technology</w:t>
        </w:r>
      </w:hyperlink>
      <w:r>
        <w:t xml:space="preserve"> - April Kerner's diagnosis with ALS in December 2022 and her subsequent loss of voice, as well as the use of AI to regain her voice.</w:t>
      </w:r>
      <w:r/>
    </w:p>
    <w:p>
      <w:pPr>
        <w:pStyle w:val="ListNumber"/>
        <w:spacing w:line="240" w:lineRule="auto"/>
        <w:ind w:left="720"/>
      </w:pPr>
      <w:r/>
      <w:hyperlink r:id="rId11">
        <w:r>
          <w:rPr>
            <w:color w:val="0000EE"/>
            <w:u w:val="single"/>
          </w:rPr>
          <w:t>https://www.gofundme.com/f/join-us-in-supporting-aprils-care-needs</w:t>
        </w:r>
      </w:hyperlink>
      <w:r>
        <w:t xml:space="preserve"> - April Kerner's diagnosis with end-stage ALS in December 2022 and the impact on her family.</w:t>
      </w:r>
      <w:r/>
    </w:p>
    <w:p>
      <w:pPr>
        <w:pStyle w:val="ListNumber"/>
        <w:spacing w:line="240" w:lineRule="auto"/>
        <w:ind w:left="720"/>
      </w:pPr>
      <w:r/>
      <w:hyperlink r:id="rId12">
        <w:r>
          <w:rPr>
            <w:color w:val="0000EE"/>
            <w:u w:val="single"/>
          </w:rPr>
          <w:t>https://www.wmar2news.com/local/april-kerner-is-a-warrior</w:t>
        </w:r>
      </w:hyperlink>
      <w:r>
        <w:t xml:space="preserve"> - April Kerner's diagnosis with Amyotrophic Lateral Sclerosis (ALS) in December 2022.</w:t>
      </w:r>
      <w:r/>
    </w:p>
    <w:p>
      <w:pPr>
        <w:pStyle w:val="ListNumber"/>
        <w:spacing w:line="240" w:lineRule="auto"/>
        <w:ind w:left="720"/>
      </w:pPr>
      <w:r/>
      <w:hyperlink r:id="rId13">
        <w:r>
          <w:rPr>
            <w:color w:val="0000EE"/>
            <w:u w:val="single"/>
          </w:rPr>
          <w:t>https://abcnews.go.com/Health/video/als-young-mothers-voice-ai-helped-regain-114934328</w:t>
        </w:r>
      </w:hyperlink>
      <w:r>
        <w:t xml:space="preserve"> - April Kerner losing her voice due to ALS and regaining it through AI technology.</w:t>
      </w:r>
      <w:r/>
    </w:p>
    <w:p>
      <w:pPr>
        <w:pStyle w:val="ListNumber"/>
        <w:spacing w:line="240" w:lineRule="auto"/>
        <w:ind w:left="720"/>
      </w:pPr>
      <w:r/>
      <w:hyperlink r:id="rId14">
        <w:r>
          <w:rPr>
            <w:color w:val="0000EE"/>
            <w:u w:val="single"/>
          </w:rPr>
          <w:t>https://abcnews.go.com/alerts/artificial-intelligence</w:t>
        </w:r>
      </w:hyperlink>
      <w:r>
        <w:t xml:space="preserve"> - The use of AI to help April Kerner regain her voice after losing it to ALS.</w:t>
      </w:r>
      <w:r/>
    </w:p>
    <w:p>
      <w:pPr>
        <w:pStyle w:val="ListNumber"/>
        <w:spacing w:line="240" w:lineRule="auto"/>
        <w:ind w:left="720"/>
      </w:pPr>
      <w:r/>
      <w:hyperlink r:id="rId9">
        <w:r>
          <w:rPr>
            <w:color w:val="0000EE"/>
            <w:u w:val="single"/>
          </w:rPr>
          <w:t>https://www.noahwire.com</w:t>
        </w:r>
      </w:hyperlink>
      <w:r>
        <w:t xml:space="preserve"> - While not directly linked, this is the source mentioned in the query that details April's story, though it is not accessible here.</w:t>
      </w:r>
      <w:r/>
    </w:p>
    <w:p>
      <w:pPr>
        <w:pStyle w:val="ListNumber"/>
        <w:spacing w:line="240" w:lineRule="auto"/>
        <w:ind w:left="720"/>
      </w:pPr>
      <w:r/>
      <w:hyperlink r:id="rId10">
        <w:r>
          <w:rPr>
            <w:color w:val="0000EE"/>
            <w:u w:val="single"/>
          </w:rPr>
          <w:t>https://abcnews.go.com/alerts/technology</w:t>
        </w:r>
      </w:hyperlink>
      <w:r>
        <w:t xml:space="preserve"> - The emotional and communicative impact of April's voice loss on her family, including her young children.</w:t>
      </w:r>
      <w:r/>
    </w:p>
    <w:p>
      <w:pPr>
        <w:pStyle w:val="ListNumber"/>
        <w:spacing w:line="240" w:lineRule="auto"/>
        <w:ind w:left="720"/>
      </w:pPr>
      <w:r/>
      <w:hyperlink r:id="rId11">
        <w:r>
          <w:rPr>
            <w:color w:val="0000EE"/>
            <w:u w:val="single"/>
          </w:rPr>
          <w:t>https://www.gofundme.com/f/join-us-in-supporting-aprils-care-needs</w:t>
        </w:r>
      </w:hyperlink>
      <w:r>
        <w:t xml:space="preserve"> - The medical consultations and eventual diagnosis of ALS, highlighting the family's struggles.</w:t>
      </w:r>
      <w:r/>
    </w:p>
    <w:p>
      <w:pPr>
        <w:pStyle w:val="ListNumber"/>
        <w:spacing w:line="240" w:lineRule="auto"/>
        <w:ind w:left="720"/>
      </w:pPr>
      <w:r/>
      <w:hyperlink r:id="rId12">
        <w:r>
          <w:rPr>
            <w:color w:val="0000EE"/>
            <w:u w:val="single"/>
          </w:rPr>
          <w:t>https://www.wmar2news.com/local/april-kerner-is-a-warrior</w:t>
        </w:r>
      </w:hyperlink>
      <w:r>
        <w:t xml:space="preserve"> - April's condition and the family's efforts to cope with ALS.</w:t>
      </w:r>
      <w:r/>
    </w:p>
    <w:p>
      <w:pPr>
        <w:pStyle w:val="ListNumber"/>
        <w:spacing w:line="240" w:lineRule="auto"/>
        <w:ind w:left="720"/>
      </w:pPr>
      <w:r/>
      <w:hyperlink r:id="rId13">
        <w:r>
          <w:rPr>
            <w:color w:val="0000EE"/>
            <w:u w:val="single"/>
          </w:rPr>
          <w:t>https://abcnews.go.com/Health/video/als-young-mothers-voice-ai-helped-regain-114934328</w:t>
        </w:r>
      </w:hyperlink>
      <w:r>
        <w:t xml:space="preserve"> - The role of ElevenLabs in creating a human-like text-to-speech program for April using AI technology.</w:t>
      </w:r>
      <w:r/>
    </w:p>
    <w:p>
      <w:pPr>
        <w:pStyle w:val="ListNumber"/>
        <w:spacing w:line="240" w:lineRule="auto"/>
        <w:ind w:left="720"/>
      </w:pPr>
      <w:r/>
      <w:hyperlink r:id="rId15">
        <w:r>
          <w:rPr>
            <w:color w:val="0000EE"/>
            <w:u w:val="single"/>
          </w:rPr>
          <w:t>https://abc7ny.com/health/als-took-a-young-mothers-voice-away-ai-helped-her-regain-it/15441377/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alerts/technology" TargetMode="External"/><Relationship Id="rId11" Type="http://schemas.openxmlformats.org/officeDocument/2006/relationships/hyperlink" Target="https://www.gofundme.com/f/join-us-in-supporting-aprils-care-needs" TargetMode="External"/><Relationship Id="rId12" Type="http://schemas.openxmlformats.org/officeDocument/2006/relationships/hyperlink" Target="https://www.wmar2news.com/local/april-kerner-is-a-warrior" TargetMode="External"/><Relationship Id="rId13" Type="http://schemas.openxmlformats.org/officeDocument/2006/relationships/hyperlink" Target="https://abcnews.go.com/Health/video/als-young-mothers-voice-ai-helped-regain-114934328" TargetMode="External"/><Relationship Id="rId14" Type="http://schemas.openxmlformats.org/officeDocument/2006/relationships/hyperlink" Target="https://abcnews.go.com/alerts/artificial-intelligence" TargetMode="External"/><Relationship Id="rId15" Type="http://schemas.openxmlformats.org/officeDocument/2006/relationships/hyperlink" Target="https://abc7ny.com/health/als-took-a-young-mothers-voice-away-ai-helped-her-regain-it/154413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