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Alex Van Halen explores AI to revive legendary band's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Alex Van Halen Explores AI to Revive Legendary Band's Music</w:t>
      </w:r>
      <w:r/>
    </w:p>
    <w:p>
      <w:r/>
      <w:r>
        <w:t>Alex Van Halen, co-founder and drummer of the iconic rock band Van Halen, is exploring innovative ways to continue the musical legacy of his late brother, Eddie Van Halen. In a recent interview with Rolling Stone, Alex discussed the potential use of artificial intelligence (AI) to finish and release unreleased music left by the band.</w:t>
      </w:r>
      <w:r/>
    </w:p>
    <w:p>
      <w:r/>
      <w:r>
        <w:t>Van Halen, known for their electrifying performances and Eddie's virtuosic guitar skills, have a vault of unreleased music. However, Alex noted that these works are largely incomplete and lack vocals, describing them as "little pieces" that alone do not constitute finished songs. To bridge this gap, Alex has considered reaching out to OpenAI to analyse Eddie Van Halen’s unique guitar style and generate new guitar solos that capture his essence.</w:t>
      </w:r>
      <w:r/>
    </w:p>
    <w:p>
      <w:r/>
      <w:r>
        <w:t>In terms of vocals, Alex is aiming high, expressing interest in working with rock legend Robert Plant from Led Zeppelin. Despite not having spoken to Plant since 1993, Alex remains hopeful about the potential collaboration. "When conditions are right, things will manifest," he told Rolling Stone.</w:t>
      </w:r>
      <w:r/>
    </w:p>
    <w:p>
      <w:r/>
      <w:r>
        <w:t>Eddie Van Halen, who died in 2020 at the age of 65 after a long battle with cancer, left an indelible mark on the music world. His son, Wolfgang Van Halen, joined the band in 2006 as a bass player and contributed to their 2012 album "A Different Kind of Truth." Following Eddie's passing, the band dissolved in 2020. Wolfgang recently shared that he does not intend to perform Van Halen’s music without his father, asserting "there's no chance" of a reunion.</w:t>
      </w:r>
      <w:r/>
    </w:p>
    <w:p>
      <w:r/>
      <w:r>
        <w:t>The concept of using AI to continue musical legacies is not without precedent. Earlier this year, country singer Randy Travis utilised AI technology to produce a new song, following a stroke in 2013 that severely limited his speech and singing abilities. AI models were used to recreate Travis’s voice, leading to the release of a song titled "Where That Came From." The process involved sampling Travis's voice from different periods throughout his career, demonstrating the potential of AI to revive the voices and styles of iconic musicians.</w:t>
      </w:r>
      <w:r/>
    </w:p>
    <w:p>
      <w:r/>
      <w:r>
        <w:t>Alex Van Halen’s endeavours signal a growing intersection between technology and music, offering innovative means to preserve and extend the influence of beloved artists. As AI continues to develop, it presents intriguing possibilities for the future of music production and legacy preservation. While this technological exploration unfolds, fans of Van Halen remain curious about the potential revitalisation of the band’s storied catalogue.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https://www.loudersound.com/news/alex-van-halen-unfinished-songs</w:t>
        </w:r>
      </w:hyperlink>
      <w:r>
        <w:t xml:space="preserve"> - Alex Van Halen considering finishing unreleased Van Halen material using AI and potentially collaborating with Robert Plant.</w:t>
      </w:r>
      <w:r/>
    </w:p>
    <w:p>
      <w:pPr>
        <w:pStyle w:val="ListNumber"/>
        <w:spacing w:line="240" w:lineRule="auto"/>
        <w:ind w:left="720"/>
      </w:pPr>
      <w:r/>
      <w:hyperlink r:id="rId11">
        <w:r>
          <w:rPr>
            <w:color w:val="0000EE"/>
            <w:u w:val="single"/>
          </w:rPr>
          <w:t>https://www.guitarworld.com/news/alex-van-halen-eddie-van-halen-ai-solos</w:t>
        </w:r>
      </w:hyperlink>
      <w:r>
        <w:t xml:space="preserve"> - Details on the unreleased material and the possibility of AI-aided Eddie Van Halen solos.</w:t>
      </w:r>
      <w:r/>
    </w:p>
    <w:p>
      <w:pPr>
        <w:pStyle w:val="ListNumber"/>
        <w:spacing w:line="240" w:lineRule="auto"/>
        <w:ind w:left="720"/>
      </w:pPr>
      <w:r/>
      <w:hyperlink r:id="rId12">
        <w:r>
          <w:rPr>
            <w:color w:val="0000EE"/>
            <w:u w:val="single"/>
          </w:rPr>
          <w:t>https://www.foxnews.com/entertainment/eddie-van-halens-brother-wants-ai-complete-bands-unreleased-music</w:t>
        </w:r>
      </w:hyperlink>
      <w:r>
        <w:t xml:space="preserve"> - Alex Van Halen's plans to use AI to complete Van Halen's unreleased music and his interest in working with Robert Plant.</w:t>
      </w:r>
      <w:r/>
    </w:p>
    <w:p>
      <w:pPr>
        <w:pStyle w:val="ListNumber"/>
        <w:spacing w:line="240" w:lineRule="auto"/>
        <w:ind w:left="720"/>
      </w:pPr>
      <w:r/>
      <w:hyperlink r:id="rId10">
        <w:r>
          <w:rPr>
            <w:color w:val="0000EE"/>
            <w:u w:val="single"/>
          </w:rPr>
          <w:t>https://www.loudersound.com/news/alex-van-halen-unfinished-songs</w:t>
        </w:r>
      </w:hyperlink>
      <w:r>
        <w:t xml:space="preserve"> - Eddie Van Halen's death and the impact on the band, as well as Alex Van Halen's memoir 'Brothers'.</w:t>
      </w:r>
      <w:r/>
    </w:p>
    <w:p>
      <w:pPr>
        <w:pStyle w:val="ListNumber"/>
        <w:spacing w:line="240" w:lineRule="auto"/>
        <w:ind w:left="720"/>
      </w:pPr>
      <w:r/>
      <w:hyperlink r:id="rId13">
        <w:r>
          <w:rPr>
            <w:color w:val="0000EE"/>
            <w:u w:val="single"/>
          </w:rPr>
          <w:t>https://wcsx.com/2024/08/22/alex-van-halen-last-song-eddie-van-halen/</w:t>
        </w:r>
      </w:hyperlink>
      <w:r>
        <w:t xml:space="preserve"> - The last song Alex Van Halen worked on with Eddie Van Halen, titled 'Unfinished', featured in the audiobook of 'Brothers'.</w:t>
      </w:r>
      <w:r/>
    </w:p>
    <w:p>
      <w:pPr>
        <w:pStyle w:val="ListNumber"/>
        <w:spacing w:line="240" w:lineRule="auto"/>
        <w:ind w:left="720"/>
      </w:pPr>
      <w:r/>
      <w:hyperlink r:id="rId12">
        <w:r>
          <w:rPr>
            <w:color w:val="0000EE"/>
            <w:u w:val="single"/>
          </w:rPr>
          <w:t>https://www.foxnews.com/entertainment/eddie-van-halens-brother-wants-ai-complete-bands-unreleased-music</w:t>
        </w:r>
      </w:hyperlink>
      <w:r>
        <w:t xml:space="preserve"> - Wolfgang Van Halen's role in the band and his stance on not performing Van Halen’s music without his father.</w:t>
      </w:r>
      <w:r/>
    </w:p>
    <w:p>
      <w:pPr>
        <w:pStyle w:val="ListNumber"/>
        <w:spacing w:line="240" w:lineRule="auto"/>
        <w:ind w:left="720"/>
      </w:pPr>
      <w:r/>
      <w:hyperlink r:id="rId11">
        <w:r>
          <w:rPr>
            <w:color w:val="0000EE"/>
            <w:u w:val="single"/>
          </w:rPr>
          <w:t>https://www.guitarworld.com/news/alex-van-halen-eddie-van-halen-ai-solos</w:t>
        </w:r>
      </w:hyperlink>
      <w:r>
        <w:t xml:space="preserve"> - Michael Anthony's hopes for Wolfgang Van Halen to go through the band's unreleased material.</w:t>
      </w:r>
      <w:r/>
    </w:p>
    <w:p>
      <w:pPr>
        <w:pStyle w:val="ListNumber"/>
        <w:spacing w:line="240" w:lineRule="auto"/>
        <w:ind w:left="720"/>
      </w:pPr>
      <w:r/>
      <w:hyperlink r:id="rId13">
        <w:r>
          <w:rPr>
            <w:color w:val="0000EE"/>
            <w:u w:val="single"/>
          </w:rPr>
          <w:t>https://wcsx.com/2024/08/22/alex-van-halen-last-song-eddie-van-halen/</w:t>
        </w:r>
      </w:hyperlink>
      <w:r>
        <w:t xml:space="preserve"> - The story of Alex and Eddie Van Halen's immigration to the United States and their early life.</w:t>
      </w:r>
      <w:r/>
    </w:p>
    <w:p>
      <w:pPr>
        <w:pStyle w:val="ListNumber"/>
        <w:spacing w:line="240" w:lineRule="auto"/>
        <w:ind w:left="720"/>
      </w:pPr>
      <w:r/>
      <w:hyperlink r:id="rId12">
        <w:r>
          <w:rPr>
            <w:color w:val="0000EE"/>
            <w:u w:val="single"/>
          </w:rPr>
          <w:t>https://www.foxnews.com/entertainment/eddie-van-halens-brother-wants-ai-complete-bands-unreleased-music</w:t>
        </w:r>
      </w:hyperlink>
      <w:r>
        <w:t xml:space="preserve"> - The use of AI to revive musical legacies, exemplified by Randy Travis's new song 'Where That Came From'.</w:t>
      </w:r>
      <w:r/>
    </w:p>
    <w:p>
      <w:pPr>
        <w:pStyle w:val="ListNumber"/>
        <w:spacing w:line="240" w:lineRule="auto"/>
        <w:ind w:left="720"/>
      </w:pPr>
      <w:r/>
      <w:hyperlink r:id="rId12">
        <w:r>
          <w:rPr>
            <w:color w:val="0000EE"/>
            <w:u w:val="single"/>
          </w:rPr>
          <w:t>https://www.foxnews.com/entertainment/eddie-van-halens-brother-wants-ai-complete-bands-unreleased-music</w:t>
        </w:r>
      </w:hyperlink>
      <w:r>
        <w:t xml:space="preserve"> - The process of using AI models to recreate Randy Travis’s voice after his stroke.</w:t>
      </w:r>
      <w:r/>
    </w:p>
    <w:p>
      <w:pPr>
        <w:pStyle w:val="ListNumber"/>
        <w:spacing w:line="240" w:lineRule="auto"/>
        <w:ind w:left="720"/>
      </w:pPr>
      <w:r/>
      <w:hyperlink r:id="rId10">
        <w:r>
          <w:rPr>
            <w:color w:val="0000EE"/>
            <w:u w:val="single"/>
          </w:rPr>
          <w:t>https://www.loudersound.com/news/alex-van-halen-unfinished-songs</w:t>
        </w:r>
      </w:hyperlink>
      <w:r>
        <w:t xml:space="preserve"> - Alex Van Halen's thoughts on the band's archive and the potential for AI to generate new guitar solos in Eddie's style.</w:t>
      </w:r>
      <w:r/>
    </w:p>
    <w:p>
      <w:pPr>
        <w:pStyle w:val="ListNumber"/>
        <w:spacing w:line="240" w:lineRule="auto"/>
        <w:ind w:left="720"/>
      </w:pPr>
      <w:r/>
      <w:hyperlink r:id="rId14">
        <w:r>
          <w:rPr>
            <w:color w:val="0000EE"/>
            <w:u w:val="single"/>
          </w:rPr>
          <w:t>https://www.wwbl.com/2024/10/18/eddie-van-halens-brother-wants-ai-to-complete-the-bands-unreleased-music/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udersound.com/news/alex-van-halen-unfinished-songs" TargetMode="External"/><Relationship Id="rId11" Type="http://schemas.openxmlformats.org/officeDocument/2006/relationships/hyperlink" Target="https://www.guitarworld.com/news/alex-van-halen-eddie-van-halen-ai-solos" TargetMode="External"/><Relationship Id="rId12" Type="http://schemas.openxmlformats.org/officeDocument/2006/relationships/hyperlink" Target="https://www.foxnews.com/entertainment/eddie-van-halens-brother-wants-ai-complete-bands-unreleased-music" TargetMode="External"/><Relationship Id="rId13" Type="http://schemas.openxmlformats.org/officeDocument/2006/relationships/hyperlink" Target="https://wcsx.com/2024/08/22/alex-van-halen-last-song-eddie-van-halen/" TargetMode="External"/><Relationship Id="rId14" Type="http://schemas.openxmlformats.org/officeDocument/2006/relationships/hyperlink" Target="https://www.wwbl.com/2024/10/18/eddie-van-halens-brother-wants-ai-to-complete-the-bands-unreleased-mus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