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Amazon launches its new 2024 Kindle lineup with colour display and AI features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t>Amazon has unveiled its new 2024 Kindle lineup, marking a significant update to its flagship e-reader series. The announcement introduces the Kindle Colorsoft Signature Edition, the first Kindle to feature a color display, alongside refreshed versions of the Kindle Scribe, Kindle Paperwhite, and the entry-level Kindle.</w:t>
      </w:r>
      <w:r/>
    </w:p>
    <w:p>
      <w:r/>
      <w:r>
        <w:t>The Kindle Colorsoft Signature Edition, priced at $279.99, is designed to enhance the reading experience with its "rich and paper-like color" display, capable of showing book covers and highlighted text in vivid hues. The device also features wireless charging, is waterproof, and boasts an eight-week battery life. It is set to begin shipping on October 30.</w:t>
      </w:r>
      <w:r/>
    </w:p>
    <w:p>
      <w:r/>
      <w:r>
        <w:t>The Kindle Scribe is also receiving an update. This second-generation Kindle Scribe is tailored for both reading and note-taking, featuring a 300ppi screen, white borders, and new artificial intelligence (AI) tools. It supports Amazon’s Premium Pencil, which includes a soft-tip eraser, and introduces the "Active Canvas" feature, allowing users to add notes directly to book pages with dynamic text flow around annotations. The device is priced at $399.99 and will be available from December 4, with pre-orders open immediately.</w:t>
      </w:r>
      <w:r/>
    </w:p>
    <w:p>
      <w:r/>
      <w:r>
        <w:t>Joining the lineup is the Kindle Paperwhite 6, marketed as the fastest Kindle yet, with a 25% increase in page turn speed. It features a larger 7-inch display in a slimmer profile, offers a three-month battery life, and is water-resistant. Available now, the standard model with 16GB of storage is priced at $159.99, while the Kindle Paperwhite Signature Edition with 32GB and additional features retails for $199.99.</w:t>
      </w:r>
      <w:r/>
    </w:p>
    <w:p>
      <w:r/>
      <w:r>
        <w:t>Finally, the entry-level Kindle has been updated to its 12th generation, featuring a 300ppi non-reflective screen, faster page turns, and 16GB of storage, all while maintaining a lightweight design. This model is available for $109.99.</w:t>
      </w:r>
      <w:r/>
    </w:p>
    <w:p>
      <w:r/>
      <w:r>
        <w:t>Amazon's vice president of Devices International, Eric Saarnio, expressed enthusiasm about the new lineup, highlighting a rise in global Kindle sales, which reached their highest level in a decade last year. With the introduction of a color display and AI features, the company aims to cater to both long-standing users and first-time Kindle buyers. Emma Gilmartin, Kindle Europe's director, echoed this sentiment, stating the new lineup offers options to suit diverse reading preferences.</w:t>
      </w:r>
      <w:r/>
    </w:p>
    <w:p>
      <w:r/>
      <w:r>
        <w:t>The announcement was briefly published in a Spanish-language statement but was quickly retracted, indicating a potential premature release. However, details from the announcement have been widely circulated, providing clear insights into the features and pricing of the new Kindle models.</w:t>
      </w:r>
      <w:r/>
    </w:p>
    <w:p>
      <w:r/>
      <w:r>
        <w:t>In summary, Amazon's 2024 Kindle lineup represents a notable evolution of its e-readers, introducing color displays and enhanced note-taking capabilities, aimed at maintaining its stronghold in the e-reader market against competitors like Kobo and Boox.</w:t>
      </w:r>
      <w:r/>
    </w:p>
    <w:p>
      <w:r/>
      <w:r>
        <w:t xml:space="preserve">Source: </w:t>
      </w:r>
      <w:hyperlink r:id="rId9">
        <w:r>
          <w:rPr>
            <w:color w:val="0000EE"/>
            <w:u w:val="single"/>
          </w:rPr>
          <w:t>Noah Wire Services</w:t>
        </w:r>
      </w:hyperlink>
      <w:r/>
    </w:p>
    <w:p>
      <w:pPr>
        <w:pStyle w:val="Heading2"/>
      </w:pPr>
      <w:r>
        <w:t>Bibliography</w:t>
      </w:r>
      <w:r/>
      <w:r/>
    </w:p>
    <w:p>
      <w:pPr>
        <w:pStyle w:val="ListNumber"/>
        <w:numPr>
          <w:ilvl w:val="0"/>
          <w:numId w:val="14"/>
        </w:numPr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https://www.aboutamazon.com/news/devices/new-kindle-color-scribe-paperwhite-entry</w:t>
        </w:r>
      </w:hyperlink>
      <w:r>
        <w:t xml:space="preserve"> - Corroborates the introduction of the Kindle Colorsoft Signature Edition with a color display, wireless charging, and waterproof features.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https://www.aboutamazon.com/news/devices/new-kindle-color-scribe-paperwhite-entry</w:t>
        </w:r>
      </w:hyperlink>
      <w:r>
        <w:t xml:space="preserve"> - Details the updated Kindle Scribe with AI tools, Premium Pencil, and the 'Active Canvas' feature.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https://www.aboutamazon.com/news/devices/new-kindle-color-scribe-paperwhite-entry</w:t>
        </w:r>
      </w:hyperlink>
      <w:r>
        <w:t xml:space="preserve"> - Describes the Kindle Paperwhite 6 with a larger 7-inch display, faster page turns, and water resistance.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https://www.aboutamazon.com/news/devices/new-kindle-color-scribe-paperwhite-entry</w:t>
        </w:r>
      </w:hyperlink>
      <w:r>
        <w:t xml:space="preserve"> - Outlines the features of the updated entry-level Kindle, including a 300ppi screen and faster page turns.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https://www.amazon.com/kindle-paperwhite-2024/s?k=kindle+paperwhite+2024</w:t>
        </w:r>
      </w:hyperlink>
      <w:r>
        <w:t xml:space="preserve"> - Provides pricing and availability details for the Kindle Paperwhite 2024 models, including storage options and colors.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https://www.businessinsider.com/guides/tech/amazon-kindle-colorsoft-release-date-features-specs</w:t>
        </w:r>
      </w:hyperlink>
      <w:r>
        <w:t xml:space="preserve"> - Confirms the launch date and features of the Kindle Colorsoft, including its display technology and wireless charging.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https://www.businessinsider.com/guides/tech/amazon-kindle-colorsoft-release-date-features-specs</w:t>
        </w:r>
      </w:hyperlink>
      <w:r>
        <w:t xml:space="preserve"> - Details the specifications and features of the new Kindle Scribe, including AI-powered notebook and Active Canvas.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https://www.businessinsider.com/guides/tech/amazon-kindle-colorsoft-release-date-features-specs</w:t>
        </w:r>
      </w:hyperlink>
      <w:r>
        <w:t xml:space="preserve"> - Describes the improvements in the Kindle Paperwhite 2024, such as faster page turns and a larger display.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https://www.businessinsider.com/guides/tech/amazon-kindle-colorsoft-release-date-features-specs</w:t>
        </w:r>
      </w:hyperlink>
      <w:r>
        <w:t xml:space="preserve"> - Outlines the features and pricing of the 11th-generation entry-level Kindle.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https://www.reddit.com/r/kindle/comments/1g4uo4q/megathread_2024_kindle_range_kindle_kindle/</w:t>
        </w:r>
      </w:hyperlink>
      <w:r>
        <w:t xml:space="preserve"> - Provides community discussion and additional details on the specifications and availability of the 2024 Kindle lineup.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https://www.aboutamazon.com/news/devices/new-kindle-color-scribe-paperwhite-entry</w:t>
        </w:r>
      </w:hyperlink>
      <w:r>
        <w:t xml:space="preserve"> - Mentions the enthusiasm from Amazon's vice president and Kindle Europe's director about the new lineup and its impact on global sales.</w:t>
      </w:r>
      <w:r/>
    </w:p>
    <w:p>
      <w:pPr>
        <w:pStyle w:val="ListNumber"/>
        <w:spacing w:line="240" w:lineRule="auto"/>
        <w:ind w:left="720"/>
      </w:pPr>
      <w:r/>
      <w:hyperlink r:id="rId14">
        <w:r>
          <w:rPr>
            <w:color w:val="0000EE"/>
            <w:u w:val="single"/>
          </w:rPr>
          <w:t>https://www.androidauthority.com/amazon-new-kindle-family-2024-3491084/</w:t>
        </w:r>
      </w:hyperlink>
      <w:r>
        <w:t xml:space="preserve"> - Please view link - unable to able to access data</w:t>
      </w:r>
      <w:r/>
    </w:p>
    <w:p>
      <w:pPr>
        <w:pStyle w:val="ListNumber"/>
        <w:spacing w:line="240" w:lineRule="auto"/>
        <w:ind w:left="720"/>
      </w:pPr>
      <w:r/>
      <w:hyperlink r:id="rId15">
        <w:r>
          <w:rPr>
            <w:color w:val="0000EE"/>
            <w:u w:val="single"/>
          </w:rPr>
          <w:t>https://www.irishnews.com/news/uk/amazon-unveils-new-kindle-devices-after-sales-hit-decade-high-6BV3T7HYR5K5PFFOAHSFXT6LAY/</w:t>
        </w:r>
      </w:hyperlink>
      <w:r>
        <w:t xml:space="preserve"> - Please view link - unable to able to access data</w:t>
      </w:r>
      <w:r/>
    </w:p>
    <w:p>
      <w:pPr>
        <w:pStyle w:val="ListNumber"/>
        <w:spacing w:line="240" w:lineRule="auto"/>
        <w:ind w:left="720"/>
      </w:pPr>
      <w:r/>
      <w:hyperlink r:id="rId16">
        <w:r>
          <w:rPr>
            <w:color w:val="0000EE"/>
            <w:u w:val="single"/>
          </w:rPr>
          <w:t>https://www.techradar.com/tablets/ereaders/the-first-color-amazon-kindle-is-finally-here-and-its-been-joined-by-an-ai-powered-scribe-too</w:t>
        </w:r>
      </w:hyperlink>
      <w:r>
        <w:t xml:space="preserve"> - Please view link - unable to able to access data</w:t>
      </w:r>
      <w:r/>
    </w:p>
    <w:p>
      <w:pPr>
        <w:pStyle w:val="ListNumber"/>
        <w:spacing w:line="240" w:lineRule="auto"/>
        <w:ind w:left="720"/>
      </w:pPr>
      <w:r/>
      <w:hyperlink r:id="rId17">
        <w:r>
          <w:rPr>
            <w:color w:val="0000EE"/>
            <w:u w:val="single"/>
          </w:rPr>
          <w:t>https://techcrunch.com/2024/10/16/amazon-kindle-finally-gets-color/</w:t>
        </w:r>
      </w:hyperlink>
      <w:r>
        <w:t xml:space="preserve"> - Please view link - unable to able to access data</w:t>
      </w:r>
      <w:r/>
    </w:p>
    <w:p>
      <w:pPr>
        <w:pStyle w:val="ListNumber"/>
        <w:spacing w:line="240" w:lineRule="auto"/>
        <w:ind w:left="720"/>
      </w:pPr>
      <w:r/>
      <w:hyperlink r:id="rId18">
        <w:r>
          <w:rPr>
            <w:color w:val="0000EE"/>
            <w:u w:val="single"/>
          </w:rPr>
          <w:t>https://www.independent.co.uk/business/amazon-unveils-new-kindle-devices-after-sales-hit-decade-high-b2630300.html</w:t>
        </w:r>
      </w:hyperlink>
      <w:r>
        <w:t xml:space="preserve"> - Please view link - unable to able to access data</w:t>
      </w:r>
      <w:r/>
    </w:p>
    <w:p>
      <w:pPr>
        <w:pStyle w:val="ListNumber"/>
        <w:spacing w:line="240" w:lineRule="auto"/>
        <w:ind w:left="720"/>
      </w:pPr>
      <w:r/>
      <w:hyperlink r:id="rId19">
        <w:r>
          <w:rPr>
            <w:color w:val="0000EE"/>
            <w:u w:val="single"/>
          </w:rPr>
          <w:t>https://www.stuff.tv/features/i-tried-the-new-kindle-scribe-and-these-are-the-exciting-new-features-youll-love/</w:t>
        </w:r>
      </w:hyperlink>
      <w:r>
        <w:t xml:space="preserve"> - Please view link - unable to able to access data</w:t>
      </w:r>
      <w:r/>
    </w:p>
    <w:p>
      <w:pPr>
        <w:pStyle w:val="ListNumber"/>
        <w:spacing w:line="240" w:lineRule="auto"/>
        <w:ind w:left="720"/>
      </w:pPr>
      <w:r/>
      <w:hyperlink r:id="rId20">
        <w:r>
          <w:rPr>
            <w:color w:val="0000EE"/>
            <w:u w:val="single"/>
          </w:rPr>
          <w:t>https://www.theverge.com/2024/10/16/24271603/kindle-2024-colorsoft-scribe-paperwhite-specs-price-date</w:t>
        </w:r>
      </w:hyperlink>
      <w:r>
        <w:t xml:space="preserve"> - Please view link - unable to able to access data</w:t>
      </w:r>
      <w:r/>
    </w:p>
    <w:p>
      <w:pPr>
        <w:pStyle w:val="ListNumber"/>
        <w:spacing w:line="240" w:lineRule="auto"/>
        <w:ind w:left="720"/>
      </w:pPr>
      <w:r/>
      <w:hyperlink r:id="rId21">
        <w:r>
          <w:rPr>
            <w:color w:val="0000EE"/>
            <w:u w:val="single"/>
          </w:rPr>
          <w:t>https://www.engadget.com/mobile/tablets/amazons-new-kindle-paperwhite-reader-has-a-larger-screen-and-faster-page-turns-130050515.html?src=rss</w:t>
        </w:r>
      </w:hyperlink>
      <w:r>
        <w:t xml:space="preserve"> - Please view link - unable to able to access data</w:t>
      </w:r>
      <w:r/>
    </w:p>
    <w:p>
      <w:pPr>
        <w:pStyle w:val="ListNumber"/>
        <w:spacing w:line="240" w:lineRule="auto"/>
        <w:ind w:left="720"/>
      </w:pPr>
      <w:r/>
      <w:hyperlink r:id="rId22">
        <w:r>
          <w:rPr>
            <w:color w:val="0000EE"/>
            <w:u w:val="single"/>
          </w:rPr>
          <w:t>https://www.wired.com/story/amazon-new-kindle-colorsoft-kindle-paperwhite-kindle-scribe-2024/</w:t>
        </w:r>
      </w:hyperlink>
      <w:r>
        <w:t xml:space="preserve"> - Please view link - unable to able to access data</w:t>
      </w:r>
      <w:r/>
    </w:p>
    <w:p>
      <w:pPr>
        <w:pStyle w:val="ListNumber"/>
        <w:spacing w:line="240" w:lineRule="auto"/>
        <w:ind w:left="720"/>
      </w:pPr>
      <w:r/>
      <w:hyperlink r:id="rId23">
        <w:r>
          <w:rPr>
            <w:color w:val="0000EE"/>
            <w:u w:val="single"/>
          </w:rPr>
          <w:t>https://uk.pcmag.com/ebook-readers/154905/hands-on-meet-the-kindle-colorsoft-amazons-first-color-e-reader</w:t>
        </w:r>
      </w:hyperlink>
      <w:r>
        <w:t xml:space="preserve"> - Please view link - unable to able to access data</w:t>
      </w:r>
      <w:r/>
    </w:p>
    <w:p>
      <w:pPr>
        <w:pStyle w:val="ListNumber"/>
        <w:spacing w:line="240" w:lineRule="auto"/>
        <w:ind w:left="720"/>
      </w:pPr>
      <w:r/>
      <w:hyperlink r:id="rId24">
        <w:r>
          <w:rPr>
            <w:color w:val="0000EE"/>
            <w:u w:val="single"/>
          </w:rPr>
          <w:t>https://www.techtimes.com/articles/307894/20241016/amazon-drops-first-ever-color-kindlegame-changing-e-reader-can-last-weeks-battery-life.htm</w:t>
        </w:r>
      </w:hyperlink>
      <w:r>
        <w:t xml:space="preserve"> - Please view link - unable to able to access data</w:t>
      </w:r>
      <w:r/>
    </w:p>
    <w:p>
      <w:pPr>
        <w:pStyle w:val="ListNumber"/>
        <w:spacing w:line="240" w:lineRule="auto"/>
        <w:ind w:left="720"/>
      </w:pPr>
      <w:r/>
      <w:hyperlink r:id="rId25">
        <w:r>
          <w:rPr>
            <w:color w:val="0000EE"/>
            <w:u w:val="single"/>
          </w:rPr>
          <w:t>https://www.zdnet.com/article/amazon-just-launched-four-new-kindles-including-a-full-color-model-heres-whats-new/#ftag=RSSbaffb68</w:t>
        </w:r>
      </w:hyperlink>
      <w:r>
        <w:t xml:space="preserve"> - Please view link - unable to able to access data</w:t>
      </w:r>
      <w:r/>
    </w:p>
    <w:p>
      <w:pPr>
        <w:pStyle w:val="ListNumber"/>
        <w:spacing w:line="240" w:lineRule="auto"/>
        <w:ind w:left="720"/>
      </w:pPr>
      <w:r/>
      <w:hyperlink r:id="rId26">
        <w:r>
          <w:rPr>
            <w:color w:val="0000EE"/>
            <w:u w:val="single"/>
          </w:rPr>
          <w:t>https://www.stuff.tv/news/this-is-my-favourite-of-the-new-amazon-kindle-lineup/</w:t>
        </w:r>
      </w:hyperlink>
      <w:r>
        <w:t xml:space="preserve"> - Please view link - unable to able to access data</w:t>
      </w:r>
      <w:r/>
    </w:p>
    <w:p>
      <w:pPr>
        <w:pStyle w:val="ListNumber"/>
        <w:spacing w:line="240" w:lineRule="auto"/>
        <w:ind w:left="720"/>
      </w:pPr>
      <w:r/>
      <w:hyperlink r:id="rId27">
        <w:r>
          <w:rPr>
            <w:color w:val="0000EE"/>
            <w:u w:val="single"/>
          </w:rPr>
          <w:t>https://www.dallasnews.com/business/technology/2024/10/16/amazon-adds-color-to-kindle-for-first-time-in-e-readers-history/</w:t>
        </w:r>
      </w:hyperlink>
      <w:r>
        <w:t xml:space="preserve"> - Please view link - unable to able to access data</w:t>
      </w:r>
      <w:r/>
    </w:p>
    <w:p>
      <w:pPr>
        <w:pStyle w:val="ListNumber"/>
        <w:spacing w:line="240" w:lineRule="auto"/>
        <w:ind w:left="720"/>
      </w:pPr>
      <w:r/>
      <w:hyperlink r:id="rId28">
        <w:r>
          <w:rPr>
            <w:color w:val="0000EE"/>
            <w:u w:val="single"/>
          </w:rPr>
          <w:t>https://techcrunch.com/2024/10/16/amazon-revamps-kindle-line-with-faster-page-turns-ai-and-a-new-green-color/</w:t>
        </w:r>
      </w:hyperlink>
      <w:r>
        <w:t xml:space="preserve"> - Please view link - unable to able to access data</w:t>
      </w:r>
      <w:r/>
    </w:p>
    <w:p>
      <w:pPr>
        <w:pStyle w:val="ListNumber"/>
        <w:spacing w:line="240" w:lineRule="auto"/>
        <w:ind w:left="720"/>
      </w:pPr>
      <w:r/>
      <w:hyperlink r:id="rId29">
        <w:r>
          <w:rPr>
            <w:color w:val="0000EE"/>
            <w:u w:val="single"/>
          </w:rPr>
          <w:t>https://www.independent.co.uk/tech/amazon-kindle-new-update-coloursoft-b2630263.html</w:t>
        </w:r>
      </w:hyperlink>
      <w:r>
        <w:t xml:space="preserve"> - Please view link - unable to able to access data</w:t>
      </w:r>
      <w:r/>
    </w:p>
    <w:p>
      <w:pPr>
        <w:pStyle w:val="ListNumber"/>
        <w:spacing w:line="240" w:lineRule="auto"/>
        <w:ind w:left="720"/>
      </w:pPr>
      <w:r/>
      <w:hyperlink r:id="rId30">
        <w:r>
          <w:rPr>
            <w:color w:val="0000EE"/>
            <w:u w:val="single"/>
          </w:rPr>
          <w:t>https://www.digitaltrends.com/mobile/amazon-kindle-colorsoft-signature-edition-launch-specifications-release/</w:t>
        </w:r>
      </w:hyperlink>
      <w:r>
        <w:t xml:space="preserve"> - Please view link - unable to able to access data</w:t>
      </w:r>
      <w:r/>
    </w:p>
    <w:p>
      <w:pPr>
        <w:pStyle w:val="ListNumber"/>
        <w:spacing w:line="240" w:lineRule="auto"/>
        <w:ind w:left="720"/>
      </w:pPr>
      <w:r/>
      <w:hyperlink r:id="rId31">
        <w:r>
          <w:rPr>
            <w:color w:val="0000EE"/>
            <w:u w:val="single"/>
          </w:rPr>
          <w:t>https://9to5toys.com/2024/10/16/amazon-next-gen-family-kindle-devices-colorsoft/</w:t>
        </w:r>
      </w:hyperlink>
      <w:r>
        <w:t xml:space="preserve"> - Please view link - unable to able to access data</w:t>
      </w:r>
      <w:r/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noahwire.com" TargetMode="External"/><Relationship Id="rId10" Type="http://schemas.openxmlformats.org/officeDocument/2006/relationships/hyperlink" Target="https://www.aboutamazon.com/news/devices/new-kindle-color-scribe-paperwhite-entry" TargetMode="External"/><Relationship Id="rId11" Type="http://schemas.openxmlformats.org/officeDocument/2006/relationships/hyperlink" Target="https://www.amazon.com/kindle-paperwhite-2024/s?k=kindle+paperwhite+2024" TargetMode="External"/><Relationship Id="rId12" Type="http://schemas.openxmlformats.org/officeDocument/2006/relationships/hyperlink" Target="https://www.businessinsider.com/guides/tech/amazon-kindle-colorsoft-release-date-features-specs" TargetMode="External"/><Relationship Id="rId13" Type="http://schemas.openxmlformats.org/officeDocument/2006/relationships/hyperlink" Target="https://www.reddit.com/r/kindle/comments/1g4uo4q/megathread_2024_kindle_range_kindle_kindle/" TargetMode="External"/><Relationship Id="rId14" Type="http://schemas.openxmlformats.org/officeDocument/2006/relationships/hyperlink" Target="https://www.androidauthority.com/amazon-new-kindle-family-2024-3491084/" TargetMode="External"/><Relationship Id="rId15" Type="http://schemas.openxmlformats.org/officeDocument/2006/relationships/hyperlink" Target="https://www.irishnews.com/news/uk/amazon-unveils-new-kindle-devices-after-sales-hit-decade-high-6BV3T7HYR5K5PFFOAHSFXT6LAY/" TargetMode="External"/><Relationship Id="rId16" Type="http://schemas.openxmlformats.org/officeDocument/2006/relationships/hyperlink" Target="https://www.techradar.com/tablets/ereaders/the-first-color-amazon-kindle-is-finally-here-and-its-been-joined-by-an-ai-powered-scribe-too" TargetMode="External"/><Relationship Id="rId17" Type="http://schemas.openxmlformats.org/officeDocument/2006/relationships/hyperlink" Target="https://techcrunch.com/2024/10/16/amazon-kindle-finally-gets-color/" TargetMode="External"/><Relationship Id="rId18" Type="http://schemas.openxmlformats.org/officeDocument/2006/relationships/hyperlink" Target="https://www.independent.co.uk/business/amazon-unveils-new-kindle-devices-after-sales-hit-decade-high-b2630300.html" TargetMode="External"/><Relationship Id="rId19" Type="http://schemas.openxmlformats.org/officeDocument/2006/relationships/hyperlink" Target="https://www.stuff.tv/features/i-tried-the-new-kindle-scribe-and-these-are-the-exciting-new-features-youll-love/" TargetMode="External"/><Relationship Id="rId20" Type="http://schemas.openxmlformats.org/officeDocument/2006/relationships/hyperlink" Target="https://www.theverge.com/2024/10/16/24271603/kindle-2024-colorsoft-scribe-paperwhite-specs-price-date" TargetMode="External"/><Relationship Id="rId21" Type="http://schemas.openxmlformats.org/officeDocument/2006/relationships/hyperlink" Target="https://www.engadget.com/mobile/tablets/amazons-new-kindle-paperwhite-reader-has-a-larger-screen-and-faster-page-turns-130050515.html?src=rss" TargetMode="External"/><Relationship Id="rId22" Type="http://schemas.openxmlformats.org/officeDocument/2006/relationships/hyperlink" Target="https://www.wired.com/story/amazon-new-kindle-colorsoft-kindle-paperwhite-kindle-scribe-2024/" TargetMode="External"/><Relationship Id="rId23" Type="http://schemas.openxmlformats.org/officeDocument/2006/relationships/hyperlink" Target="https://uk.pcmag.com/ebook-readers/154905/hands-on-meet-the-kindle-colorsoft-amazons-first-color-e-reader" TargetMode="External"/><Relationship Id="rId24" Type="http://schemas.openxmlformats.org/officeDocument/2006/relationships/hyperlink" Target="https://www.techtimes.com/articles/307894/20241016/amazon-drops-first-ever-color-kindlegame-changing-e-reader-can-last-weeks-battery-life.htm" TargetMode="External"/><Relationship Id="rId25" Type="http://schemas.openxmlformats.org/officeDocument/2006/relationships/hyperlink" Target="https://www.zdnet.com/article/amazon-just-launched-four-new-kindles-including-a-full-color-model-heres-whats-new/#ftag=RSSbaffb68" TargetMode="External"/><Relationship Id="rId26" Type="http://schemas.openxmlformats.org/officeDocument/2006/relationships/hyperlink" Target="https://www.stuff.tv/news/this-is-my-favourite-of-the-new-amazon-kindle-lineup/" TargetMode="External"/><Relationship Id="rId27" Type="http://schemas.openxmlformats.org/officeDocument/2006/relationships/hyperlink" Target="https://www.dallasnews.com/business/technology/2024/10/16/amazon-adds-color-to-kindle-for-first-time-in-e-readers-history/" TargetMode="External"/><Relationship Id="rId28" Type="http://schemas.openxmlformats.org/officeDocument/2006/relationships/hyperlink" Target="https://techcrunch.com/2024/10/16/amazon-revamps-kindle-line-with-faster-page-turns-ai-and-a-new-green-color/" TargetMode="External"/><Relationship Id="rId29" Type="http://schemas.openxmlformats.org/officeDocument/2006/relationships/hyperlink" Target="https://www.independent.co.uk/tech/amazon-kindle-new-update-coloursoft-b2630263.html" TargetMode="External"/><Relationship Id="rId30" Type="http://schemas.openxmlformats.org/officeDocument/2006/relationships/hyperlink" Target="https://www.digitaltrends.com/mobile/amazon-kindle-colorsoft-signature-edition-launch-specifications-release/" TargetMode="External"/><Relationship Id="rId31" Type="http://schemas.openxmlformats.org/officeDocument/2006/relationships/hyperlink" Target="https://9to5toys.com/2024/10/16/amazon-next-gen-family-kindle-devices-colorsoft/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