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Amazon's robotics revolution: enhancing efficiency and safety at Shreveport warehouse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Amazon’s Robotics Revolution: Enhancing Efficiency and Safety at Shreveport Warehouse</w:t>
      </w:r>
      <w:r/>
    </w:p>
    <w:p>
      <w:r/>
      <w:r>
        <w:t>In an ambitious technological leap, Amazon has introduced a new era of warehouse automation, prominently featuring its innovative robotics at their largest next-generation fulfillment centre in Shreveport, Louisiana. This facility stands as a testament to Amazon’s commitment to efficiency and safety, spanning five floors and encompassing over 3 million square feet – an area comparable to 55 football fields.</w:t>
      </w:r>
      <w:r/>
    </w:p>
    <w:p>
      <w:r/>
      <w:r>
        <w:rPr>
          <w:b/>
        </w:rPr>
        <w:t>Proteus: The Autonomous Warehouse Assistant</w:t>
      </w:r>
      <w:r/>
    </w:p>
    <w:p>
      <w:r/>
      <w:r>
        <w:t>Proteus, a star in Amazon's array of robotic solutions, showcases Amazon’s prowess in robotics design and functionality. The machine, resembling a large, green Roomba, autonomously navigates the warehouse floor, efficiently transporting carts of packages, each weighing up to 880 pounds, to loading docks for dispatch. Significantly, Proteus is engineered with an intelligent self-management feature; it autonomously seeks out a charging station when low on power and requires only eight minutes to recharge and resume operations.</w:t>
      </w:r>
      <w:r/>
    </w:p>
    <w:p>
      <w:r/>
      <w:r>
        <w:t>Designed with safety and user-friendliness in mind, Proteus halts when encountering human workers, emitting a pleasant alert noise and changing its 'face' from green to red. "A sound in the warehouse environment is crucial," explained Mitchell, one of the key figures behind the robotics initiative. "What you hear today is not a grating noise, it's an inviting noise. We wanted to make Proteus loveable." This human-machine interaction reduces the physical demands on human workers, potentially allowing them to focus on complex problem-solving tasks.</w:t>
      </w:r>
      <w:r/>
    </w:p>
    <w:p>
      <w:r/>
      <w:r>
        <w:rPr>
          <w:b/>
        </w:rPr>
        <w:t>Sparrow and Cardinal: Precision and Efficiency</w:t>
      </w:r>
      <w:r/>
    </w:p>
    <w:p>
      <w:r/>
      <w:r>
        <w:t>Inside the Shreveport facility, a variety of robotic systems supplement human labour. Among these are Sparrow and Cardinal, two sophisticated robotic arms that contribute significantly to the facility's operations. Sparrow, with its ability to identify, pick, and handle over 200 million individual products of varying shapes and sizes, prepares items for packaging with remarkable speed and accuracy. Meanwhile, Cardinal is celebrated for its advanced artificial intelligence that allows it to stack packages with efficiency akin to expert Tetris players, as noted by Udit Madan, Vice President, Worldwide Operations.</w:t>
      </w:r>
      <w:r/>
    </w:p>
    <w:p>
      <w:r/>
      <w:r>
        <w:t>The integration of these robotic systems reportedly yields a 25 per cent reduction in the cost of delivering goods to customers, presenting a clear advancement in operational efficiency.</w:t>
      </w:r>
      <w:r/>
    </w:p>
    <w:p>
      <w:r/>
      <w:r>
        <w:rPr>
          <w:b/>
        </w:rPr>
        <w:t>Human-Robot Collaboration and Job Implications</w:t>
      </w:r>
      <w:r/>
    </w:p>
    <w:p>
      <w:r/>
      <w:r>
        <w:t>Despite the impressive robot capabilities, Amazon underscores the indispensable role of human employees in this system. "Automating doesn't mean there's little for humans to do. We rely on employees to keep systems running smoothly," Mitchell noted. Training workers to service these robots is described as straightforward and achievable without advanced technical education.</w:t>
      </w:r>
      <w:r/>
    </w:p>
    <w:p>
      <w:r/>
      <w:r>
        <w:t>The Shreveport facility alone will employ around 2,500 people, demonstrating Amazon's hybrid approach of human-robot collaboration. Concerns have been raised about automation potentially usurping human jobs and the challenges of integrating these systems harmoniously. However, Ben Armstrong, research scientist and executive director at MIT, asserts that managing anxiety around automation should be a priority for employers aiming to create effective human-robot work environments.</w:t>
      </w:r>
      <w:r/>
    </w:p>
    <w:p>
      <w:r/>
      <w:r>
        <w:rPr>
          <w:b/>
        </w:rPr>
        <w:t>Sequoia: The Future of Inventory Management</w:t>
      </w:r>
      <w:r/>
    </w:p>
    <w:p>
      <w:r/>
      <w:r>
        <w:t>Further enhancing the Shreveport centre's capabilities is Sequoia, a cutting-edge multilevel containerised inventory system with the capacity to store over 30 million items. This system epitomises Amazon’s strategy of blending advanced robotics with human oversight to push the boundaries of supply chain management.</w:t>
      </w:r>
      <w:r/>
    </w:p>
    <w:p>
      <w:r/>
      <w:r>
        <w:t>In sum, Amazon’s Shreveport facility represents a significant stride forward in the implementation of robotics to streamline and secure warehouse operations. While there are concerns regarding employment and safety, the initiative broadly aims to augment human productivity rather than replace it, setting a new benchmark in the evolving landscape of logistics and fulfilment.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https://www.aboutamazon.com/amazon-fulfillment-center-robotics-ai</w:t>
        </w:r>
      </w:hyperlink>
      <w:r>
        <w:t xml:space="preserve"> - Corroborates the introduction of Amazon's newest fulfillment center in Shreveport, Louisiana, powered by AI and robotics, and its massive scale of 3 million square feet.</w:t>
      </w:r>
      <w:r/>
    </w:p>
    <w:p>
      <w:pPr>
        <w:pStyle w:val="ListNumber"/>
        <w:spacing w:line="240" w:lineRule="auto"/>
        <w:ind w:left="720"/>
      </w:pPr>
      <w:r/>
      <w:hyperlink r:id="rId11">
        <w:r>
          <w:rPr>
            <w:color w:val="0000EE"/>
            <w:u w:val="single"/>
          </w:rPr>
          <w:t>https://www.aboutamazon.com/news/operations/amazon-robotics-autonomous-robot-proteus-warehouse-packages</w:t>
        </w:r>
      </w:hyperlink>
      <w:r>
        <w:t xml:space="preserve"> - Details Proteus, Amazon’s first fully autonomous mobile robot, and its capabilities in navigating the warehouse floor and interacting with human workers.</w:t>
      </w:r>
      <w:r/>
    </w:p>
    <w:p>
      <w:pPr>
        <w:pStyle w:val="ListNumber"/>
        <w:spacing w:line="240" w:lineRule="auto"/>
        <w:ind w:left="720"/>
      </w:pPr>
      <w:r/>
      <w:hyperlink r:id="rId12">
        <w:r>
          <w:rPr>
            <w:color w:val="0000EE"/>
            <w:u w:val="single"/>
          </w:rPr>
          <w:t>https://supplychain360.io/amazon-shreveport-robotic-fulfillment-center-warehouse-design-ai-technology-robots-evolution-2021/</w:t>
        </w:r>
      </w:hyperlink>
      <w:r>
        <w:t xml:space="preserve"> - Describes the Shreveport facility's integration of technology solutions in all key production areas and the role of various robotic systems, including Proteus, Sparrow, and Cardinal.</w:t>
      </w:r>
      <w:r/>
    </w:p>
    <w:p>
      <w:pPr>
        <w:pStyle w:val="ListNumber"/>
        <w:spacing w:line="240" w:lineRule="auto"/>
        <w:ind w:left="720"/>
      </w:pPr>
      <w:r/>
      <w:hyperlink r:id="rId13">
        <w:r>
          <w:rPr>
            <w:color w:val="0000EE"/>
            <w:u w:val="single"/>
          </w:rPr>
          <w:t>https://www.thescxchange.com/move/store/amazon-warehouse-shreveport-louisiana</w:t>
        </w:r>
      </w:hyperlink>
      <w:r>
        <w:t xml:space="preserve"> - Provides information on the Shreveport facility's size, the number of robots used, and the specific roles of different robotic systems like Sequoia and the AI-powered robotic arms.</w:t>
      </w:r>
      <w:r/>
    </w:p>
    <w:p>
      <w:pPr>
        <w:pStyle w:val="ListNumber"/>
        <w:spacing w:line="240" w:lineRule="auto"/>
        <w:ind w:left="720"/>
      </w:pPr>
      <w:r/>
      <w:hyperlink r:id="rId14">
        <w:r>
          <w:rPr>
            <w:color w:val="0000EE"/>
            <w:u w:val="single"/>
          </w:rPr>
          <w:t>https://www.pymnts.com/amazon/2024/amazons-robotics-revolution-transforming-fulfillment-centers-to-enhance-efficiency/</w:t>
        </w:r>
      </w:hyperlink>
      <w:r>
        <w:t xml:space="preserve"> - Explains the efficiency gains and safety improvements through the use of robotics, including the roles of Sparrow, Cardinal, and Proteus, and the overall impact on operational efficiency.</w:t>
      </w:r>
      <w:r/>
    </w:p>
    <w:p>
      <w:pPr>
        <w:pStyle w:val="ListNumber"/>
        <w:spacing w:line="240" w:lineRule="auto"/>
        <w:ind w:left="720"/>
      </w:pPr>
      <w:r/>
      <w:hyperlink r:id="rId10">
        <w:r>
          <w:rPr>
            <w:color w:val="0000EE"/>
            <w:u w:val="single"/>
          </w:rPr>
          <w:t>https://www.aboutamazon.com/amazon-fulfillment-center-robotics-ai</w:t>
        </w:r>
      </w:hyperlink>
      <w:r>
        <w:t xml:space="preserve"> - Discusses the human-robot collaboration and the employment implications, highlighting that automation creates more skilled job opportunities rather than replacing human jobs.</w:t>
      </w:r>
      <w:r/>
    </w:p>
    <w:p>
      <w:pPr>
        <w:pStyle w:val="ListNumber"/>
        <w:spacing w:line="240" w:lineRule="auto"/>
        <w:ind w:left="720"/>
      </w:pPr>
      <w:r/>
      <w:hyperlink r:id="rId12">
        <w:r>
          <w:rPr>
            <w:color w:val="0000EE"/>
            <w:u w:val="single"/>
          </w:rPr>
          <w:t>https://supplychain360.io/amazon-shreveport-robotic-fulfillment-center-warehouse-design-ai-technology-robots-evolution-2021/</w:t>
        </w:r>
      </w:hyperlink>
      <w:r>
        <w:t xml:space="preserve"> - Details the Sequoia system, a multilevel containerized inventory system, and its capacity to store over 30 million items, enhancing inventory management.</w:t>
      </w:r>
      <w:r/>
    </w:p>
    <w:p>
      <w:pPr>
        <w:pStyle w:val="ListNumber"/>
        <w:spacing w:line="240" w:lineRule="auto"/>
        <w:ind w:left="720"/>
      </w:pPr>
      <w:r/>
      <w:hyperlink r:id="rId13">
        <w:r>
          <w:rPr>
            <w:color w:val="0000EE"/>
            <w:u w:val="single"/>
          </w:rPr>
          <w:t>https://www.thescxchange.com/move/store/amazon-warehouse-shreveport-louisiana</w:t>
        </w:r>
      </w:hyperlink>
      <w:r>
        <w:t xml:space="preserve"> - Corroborates the employment numbers at the Shreveport facility, which will employ around 2,500 people, and the emphasis on human-robot collaboration.</w:t>
      </w:r>
      <w:r/>
    </w:p>
    <w:p>
      <w:pPr>
        <w:pStyle w:val="ListNumber"/>
        <w:spacing w:line="240" w:lineRule="auto"/>
        <w:ind w:left="720"/>
      </w:pPr>
      <w:r/>
      <w:hyperlink r:id="rId14">
        <w:r>
          <w:rPr>
            <w:color w:val="0000EE"/>
            <w:u w:val="single"/>
          </w:rPr>
          <w:t>https://www.pymnts.com/amazon/2024/amazons-robotics-revolution-transforming-fulfillment-centers-to-enhance-efficiency/</w:t>
        </w:r>
      </w:hyperlink>
      <w:r>
        <w:t xml:space="preserve"> - Explains the safety features and user-friendliness of Proteus, including its ability to halt and alert human workers, and its autonomous charging capability.</w:t>
      </w:r>
      <w:r/>
    </w:p>
    <w:p>
      <w:pPr>
        <w:pStyle w:val="ListNumber"/>
        <w:spacing w:line="240" w:lineRule="auto"/>
        <w:ind w:left="720"/>
      </w:pPr>
      <w:r/>
      <w:hyperlink r:id="rId11">
        <w:r>
          <w:rPr>
            <w:color w:val="0000EE"/>
            <w:u w:val="single"/>
          </w:rPr>
          <w:t>https://www.aboutamazon.com/news/operations/amazon-robotics-autonomous-robot-proteus-warehouse-packages</w:t>
        </w:r>
      </w:hyperlink>
      <w:r>
        <w:t xml:space="preserve"> - Describes the advanced navigation and self-management features of Proteus, using Simultaneous Localization and Mapping (SLAM) technology.</w:t>
      </w:r>
      <w:r/>
    </w:p>
    <w:p>
      <w:pPr>
        <w:pStyle w:val="ListNumber"/>
        <w:spacing w:line="240" w:lineRule="auto"/>
        <w:ind w:left="720"/>
      </w:pPr>
      <w:r/>
      <w:hyperlink r:id="rId12">
        <w:r>
          <w:rPr>
            <w:color w:val="0000EE"/>
            <w:u w:val="single"/>
          </w:rPr>
          <w:t>https://supplychain360.io/amazon-shreveport-robotic-fulfillment-center-warehouse-design-ai-technology-robots-evolution-2021/</w:t>
        </w:r>
      </w:hyperlink>
      <w:r>
        <w:t xml:space="preserve"> - Highlights the training programs for workers, such as the Career Choice program and mechatronics and robotics apprenticeship, which support the integration of advanced robotics.</w:t>
      </w:r>
      <w:r/>
    </w:p>
    <w:p>
      <w:pPr>
        <w:pStyle w:val="ListNumber"/>
        <w:spacing w:line="240" w:lineRule="auto"/>
        <w:ind w:left="720"/>
      </w:pPr>
      <w:r/>
      <w:hyperlink r:id="rId15">
        <w:r>
          <w:rPr>
            <w:color w:val="0000EE"/>
            <w:u w:val="single"/>
          </w:rPr>
          <w:t>https://www.express.co.uk/news/us/1963693/amazon-robot-ai-facility-technology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boutamazon.com/amazon-fulfillment-center-robotics-ai" TargetMode="External"/><Relationship Id="rId11" Type="http://schemas.openxmlformats.org/officeDocument/2006/relationships/hyperlink" Target="https://www.aboutamazon.com/news/operations/amazon-robotics-autonomous-robot-proteus-warehouse-packages" TargetMode="External"/><Relationship Id="rId12" Type="http://schemas.openxmlformats.org/officeDocument/2006/relationships/hyperlink" Target="https://supplychain360.io/amazon-shreveport-robotic-fulfillment-center-warehouse-design-ai-technology-robots-evolution-2021/" TargetMode="External"/><Relationship Id="rId13" Type="http://schemas.openxmlformats.org/officeDocument/2006/relationships/hyperlink" Target="https://www.thescxchange.com/move/store/amazon-warehouse-shreveport-louisiana" TargetMode="External"/><Relationship Id="rId14" Type="http://schemas.openxmlformats.org/officeDocument/2006/relationships/hyperlink" Target="https://www.pymnts.com/amazon/2024/amazons-robotics-revolution-transforming-fulfillment-centers-to-enhance-efficiency/" TargetMode="External"/><Relationship Id="rId15" Type="http://schemas.openxmlformats.org/officeDocument/2006/relationships/hyperlink" Target="https://www.express.co.uk/news/us/1963693/amazon-robot-ai-facility-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