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launches iPad Mini 7 with enhanced features and performance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Apple has recently unveiled its latest addition to the tablet market, the iPad Mini 7, which promises a range of upgraded features and enhanced performance. This latest release, available for pre-order now and set for delivery from 23rd October, comes with a starting price of $499. </w:t>
      </w:r>
      <w:r/>
    </w:p>
    <w:p>
      <w:r/>
      <w:r>
        <w:t>A significant enhancement in the iPad Mini 7 is the inclusion of the new A17 Pro chip, a notable improvement over its predecessor. This upgrade ensures smoother and quicker functionality, enhancing user experience across a variety of uses, from gaming to web browsing. Storage capacity has also been increased, with the base model now offering 128GB—double the storage of previous iterations—at the same entry price point.</w:t>
      </w:r>
      <w:r/>
    </w:p>
    <w:p>
      <w:r/>
      <w:r>
        <w:t>Further advancing its utility, the new iPad Mini works seamlessly with the Apple Pencil Pro. The integration of Apple's latest software advancements, including Apple Intelligence, transforms tasks like email writing into a more intuitive process by suggesting clearer phrasing, summarizing text, and offering word enhancements.</w:t>
      </w:r>
      <w:r/>
    </w:p>
    <w:p>
      <w:r/>
      <w:r>
        <w:t>Moreover, Siri has received considerable improvements, with better comprehension abilities allowing for more natural and coherent user interactions. For those with a creative flair, the addition of the Image Wand tool and Image Playground enables users to transform sketches into full images and even generate artworks based on simple descriptions. The Clean Up tool offers an enhanced editing experience by easily removing unwanted objects from photographs.</w:t>
      </w:r>
      <w:r/>
    </w:p>
    <w:p>
      <w:r/>
      <w:r>
        <w:t>The introduction of iPadOS 18 brings a host of enhancements to built-in applications. The Calculator, Notes, Photos, and Messages apps have been updated with features like Math Notes, Smart Script, Audio Recording and Transcription, and themed photo browsing. The messaging app now allows for scheduled texts. Users will also appreciate the ability to customise the Home Screen, offering flexibility in organising apps and widgets.</w:t>
      </w:r>
      <w:r/>
    </w:p>
    <w:p>
      <w:r/>
      <w:r>
        <w:t>Photography enthusiasts will benefit from the upgraded camera system. The new 12 MP back camera, equipped with Smart HDR 4, promises sharper and more vivid photos. The addition of a 12 MP Ultra Wide front-facing camera is poised to improve the quality of video calls, a feature increasingly important in today’s interconnected world.</w:t>
      </w:r>
      <w:r/>
    </w:p>
    <w:p>
      <w:r/>
      <w:r>
        <w:t>Adding to its appeal, the iPad Mini 7 is available in two new colour options: blue and purple. Connectivity has also seen an upgrade, with faster Wi-Fi and 5G capabilities ensuring quicker download speeds and a better streaming experience.</w:t>
      </w:r>
      <w:r/>
    </w:p>
    <w:p>
      <w:r/>
      <w:r>
        <w:t>The iPad Mini 7 offers three storage capacities: 128 GB, 256 GB, and 512 GB, providing options for different needs and preferences. With these advancements, Apple continues its tradition of producing highly capable and versatile devices, reinforcing its presence in the competitive tablet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https://www.youtube.com/watch?v=OXnVBPueOns</w:t>
        </w:r>
      </w:hyperlink>
      <w:r>
        <w:t xml:space="preserve"> - Corroborates the inclusion of the A17 Pro chip, 8GB of RAM, and the integration with Apple Pencil Pro in the iPad Mini 7.</w:t>
      </w:r>
      <w:r/>
    </w:p>
    <w:p>
      <w:pPr>
        <w:pStyle w:val="ListNumber"/>
        <w:spacing w:line="240" w:lineRule="auto"/>
        <w:ind w:left="720"/>
      </w:pPr>
      <w:r/>
      <w:hyperlink r:id="rId11">
        <w:r>
          <w:rPr>
            <w:color w:val="0000EE"/>
            <w:u w:val="single"/>
          </w:rPr>
          <w:t>https://www.macworld.com/article/678361/ipad-mini-7-specs-design-processor-release.html</w:t>
        </w:r>
      </w:hyperlink>
      <w:r>
        <w:t xml:space="preserve"> - Confirms the upgrade to the A17 Pro chip, increased storage capacity, and the potential for new colors and improved connectivity.</w:t>
      </w:r>
      <w:r/>
    </w:p>
    <w:p>
      <w:pPr>
        <w:pStyle w:val="ListNumber"/>
        <w:spacing w:line="240" w:lineRule="auto"/>
        <w:ind w:left="720"/>
      </w:pPr>
      <w:r/>
      <w:hyperlink r:id="rId11">
        <w:r>
          <w:rPr>
            <w:color w:val="0000EE"/>
            <w:u w:val="single"/>
          </w:rPr>
          <w:t>https://www.macworld.com/article/678361/ipad-mini-7-specs-design-processor-release.html</w:t>
        </w:r>
      </w:hyperlink>
      <w:r>
        <w:t xml:space="preserve"> - Supports the information about the iPad Mini 7 retaining the same 8.3-inch display and the absence of OLED technology in this generation.</w:t>
      </w:r>
      <w:r/>
    </w:p>
    <w:p>
      <w:pPr>
        <w:pStyle w:val="ListNumber"/>
        <w:spacing w:line="240" w:lineRule="auto"/>
        <w:ind w:left="720"/>
      </w:pPr>
      <w:r/>
      <w:hyperlink r:id="rId12">
        <w:r>
          <w:rPr>
            <w:color w:val="0000EE"/>
            <w:u w:val="single"/>
          </w:rPr>
          <w:t>https://www.macrumors.com/roundup/ipad-mini/</w:t>
        </w:r>
      </w:hyperlink>
      <w:r>
        <w:t xml:space="preserve"> - Details the improvements in the camera system, including the 12 MP wide-angle rear-facing camera and the 12 MP Ultra Wide front-facing camera.</w:t>
      </w:r>
      <w:r/>
    </w:p>
    <w:p>
      <w:pPr>
        <w:pStyle w:val="ListNumber"/>
        <w:spacing w:line="240" w:lineRule="auto"/>
        <w:ind w:left="720"/>
      </w:pPr>
      <w:r/>
      <w:hyperlink r:id="rId12">
        <w:r>
          <w:rPr>
            <w:color w:val="0000EE"/>
            <w:u w:val="single"/>
          </w:rPr>
          <w:t>https://www.macrumors.com/roundup/ipad-mini/</w:t>
        </w:r>
      </w:hyperlink>
      <w:r>
        <w:t xml:space="preserve"> - Confirms the addition of USB-C, Wi-Fi 6E, and Bluetooth 5.3, as well as the support for 5G connectivity.</w:t>
      </w:r>
      <w:r/>
    </w:p>
    <w:p>
      <w:pPr>
        <w:pStyle w:val="ListNumber"/>
        <w:spacing w:line="240" w:lineRule="auto"/>
        <w:ind w:left="720"/>
      </w:pPr>
      <w:r/>
      <w:hyperlink r:id="rId13">
        <w:r>
          <w:rPr>
            <w:color w:val="0000EE"/>
            <w:u w:val="single"/>
          </w:rPr>
          <w:t>https://www.zdnet.com/article/apples-october-surprise-new-ipad-mini-7-features-price-availability-and-more/</w:t>
        </w:r>
      </w:hyperlink>
      <w:r>
        <w:t xml:space="preserve"> - Provides information on the A17 Pro chip's performance improvements and its support for Apple Intelligence features.</w:t>
      </w:r>
      <w:r/>
    </w:p>
    <w:p>
      <w:pPr>
        <w:pStyle w:val="ListNumber"/>
        <w:spacing w:line="240" w:lineRule="auto"/>
        <w:ind w:left="720"/>
      </w:pPr>
      <w:r/>
      <w:hyperlink r:id="rId13">
        <w:r>
          <w:rPr>
            <w:color w:val="0000EE"/>
            <w:u w:val="single"/>
          </w:rPr>
          <w:t>https://www.zdnet.com/article/apples-october-surprise-new-ipad-mini-7-features-price-availability-and-more/</w:t>
        </w:r>
      </w:hyperlink>
      <w:r>
        <w:t xml:space="preserve"> - Mentions the starting price of $499 and the availability of the iPad Mini 7 for pre-order with delivery starting from October 23rd.</w:t>
      </w:r>
      <w:r/>
    </w:p>
    <w:p>
      <w:pPr>
        <w:pStyle w:val="ListNumber"/>
        <w:spacing w:line="240" w:lineRule="auto"/>
        <w:ind w:left="720"/>
      </w:pPr>
      <w:r/>
      <w:hyperlink r:id="rId10">
        <w:r>
          <w:rPr>
            <w:color w:val="0000EE"/>
            <w:u w:val="single"/>
          </w:rPr>
          <w:t>https://www.youtube.com/watch?v=OXnVBPueOns</w:t>
        </w:r>
      </w:hyperlink>
      <w:r>
        <w:t xml:space="preserve"> - Discusses the integration with Apple Pencil Pro and the new software features like Apple Intelligence and improved Siri capabilities.</w:t>
      </w:r>
      <w:r/>
    </w:p>
    <w:p>
      <w:pPr>
        <w:pStyle w:val="ListNumber"/>
        <w:spacing w:line="240" w:lineRule="auto"/>
        <w:ind w:left="720"/>
      </w:pPr>
      <w:r/>
      <w:hyperlink r:id="rId11">
        <w:r>
          <w:rPr>
            <w:color w:val="0000EE"/>
            <w:u w:val="single"/>
          </w:rPr>
          <w:t>https://www.macworld.com/article/678361/ipad-mini-7-specs-design-processor-release.html</w:t>
        </w:r>
      </w:hyperlink>
      <w:r>
        <w:t xml:space="preserve"> - Details the enhancements in iPadOS 18, including updates to built-in applications like Calculator, Notes, Photos, and Messages.</w:t>
      </w:r>
      <w:r/>
    </w:p>
    <w:p>
      <w:pPr>
        <w:pStyle w:val="ListNumber"/>
        <w:spacing w:line="240" w:lineRule="auto"/>
        <w:ind w:left="720"/>
      </w:pPr>
      <w:r/>
      <w:hyperlink r:id="rId12">
        <w:r>
          <w:rPr>
            <w:color w:val="0000EE"/>
            <w:u w:val="single"/>
          </w:rPr>
          <w:t>https://www.macrumors.com/roundup/ipad-mini/</w:t>
        </w:r>
      </w:hyperlink>
      <w:r>
        <w:t xml:space="preserve"> - Confirms the availability of the iPad Mini 7 in new color options and the various storage capacities (128 GB, 256 GB, and 512 GB).</w:t>
      </w:r>
      <w:r/>
    </w:p>
    <w:p>
      <w:pPr>
        <w:pStyle w:val="ListNumber"/>
        <w:spacing w:line="240" w:lineRule="auto"/>
        <w:ind w:left="720"/>
      </w:pPr>
      <w:r/>
      <w:hyperlink r:id="rId13">
        <w:r>
          <w:rPr>
            <w:color w:val="0000EE"/>
            <w:u w:val="single"/>
          </w:rPr>
          <w:t>https://www.zdnet.com/article/apples-october-surprise-new-ipad-mini-7-features-price-availability-and-more/</w:t>
        </w:r>
      </w:hyperlink>
      <w:r>
        <w:t xml:space="preserve"> - Supports the information about the improved performance and efficiency of the A17 Pro chip, including its ability to handle demanding tasks like AR applications and photo editing.</w:t>
      </w:r>
      <w:r/>
    </w:p>
    <w:p>
      <w:pPr>
        <w:pStyle w:val="ListNumber"/>
        <w:spacing w:line="240" w:lineRule="auto"/>
        <w:ind w:left="720"/>
      </w:pPr>
      <w:r/>
      <w:hyperlink r:id="rId14">
        <w:r>
          <w:rPr>
            <w:color w:val="0000EE"/>
            <w:u w:val="single"/>
          </w:rPr>
          <w:t>https://neefina.com/the-new-ipad-mini-7-is-here-discover-its-ai-powered-upgrades/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OXnVBPueOns" TargetMode="External"/><Relationship Id="rId11" Type="http://schemas.openxmlformats.org/officeDocument/2006/relationships/hyperlink" Target="https://www.macworld.com/article/678361/ipad-mini-7-specs-design-processor-release.html" TargetMode="External"/><Relationship Id="rId12" Type="http://schemas.openxmlformats.org/officeDocument/2006/relationships/hyperlink" Target="https://www.macrumors.com/roundup/ipad-mini/" TargetMode="External"/><Relationship Id="rId13" Type="http://schemas.openxmlformats.org/officeDocument/2006/relationships/hyperlink" Target="https://www.zdnet.com/article/apples-october-surprise-new-ipad-mini-7-features-price-availability-and-more/" TargetMode="External"/><Relationship Id="rId14" Type="http://schemas.openxmlformats.org/officeDocument/2006/relationships/hyperlink" Target="https://neefina.com/the-new-ipad-mini-7-is-here-discover-its-ai-powered-upgrad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