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Vivobook S 14 OLED sees major price reduction on Amazon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ASUS Vivobook S 14 OLED Sees Major Price Reduction on Amazon</w:t>
      </w:r>
      <w:r/>
    </w:p>
    <w:p>
      <w:r/>
      <w:r>
        <w:t>In a significant price drop, ASUS's recently launched Vivobook S 14 OLED Copilot+ laptop is now available on Amazon for $1,079.99, a 10% reduction from its initial retail price of $1,200. This marks the most substantial discount on the product since it entered the market in August.</w:t>
      </w:r>
      <w:r/>
    </w:p>
    <w:p>
      <w:r/>
      <w:r>
        <w:t>The Vivobook S 14 OLED is notable for being among the pioneering laptops equipped with AMD's latest Ryzen AI 9 365 Strix Point APU. This state-of-the-art processor features a 10-core Zen 5 CPU combined with an RDNA 3.5 Radeon 880M GPU, providing users with robust performance capabilities. The inclusion of an NPU with 50 TOPs is designed to enhance tasks associated with Microsoft's Copilot+ functions, offering improved AI capabilities.</w:t>
      </w:r>
      <w:r/>
    </w:p>
    <w:p>
      <w:r/>
      <w:r>
        <w:t>Further specifications of the laptop accentuate its high-performance attributes, sporting 24GB of LPDDR5X RAM and a 512GB Gen 4 SSD. The laptop is also fitted with a striking 14-inch 3K OLED display, capable of supporting a refresh rate of up to 120Hz. This OLED panel promises exceptionally smooth and vibrant visuals, thanks to an ultrafast 0.2ms response time, a peak brightness of up to 600 nits in HDR, and a full 100% DCI-P3 colour gamut coverage.</w:t>
      </w:r>
      <w:r/>
    </w:p>
    <w:p>
      <w:r/>
      <w:r>
        <w:t>The Vivobook S 14 OLED prides itself on its portability, with a slim profile measuring just 0.63 inches in thickness and a weight of 2.87 pounds. The design is complemented by a sleek metal chassis, enhancing its aesthetic appeal and durability. Additionally, the laptop features a single-zone RGB backlit keyboard, allowing users to customise backlight colours, modes, and brightness to augment their typing experience.</w:t>
      </w:r>
      <w:r/>
    </w:p>
    <w:p>
      <w:r/>
      <w:r>
        <w:t>For potential buyers seeking alternatives, Samsung's Galaxy Book 4 Edge Copilot+, powered by the Snapdragon X Elite, is available for $800 through a savings event at Best Buy. In addition, there are notable deals on gaming laptops currently at Woot for those considering various options in the laptop market.</w:t>
      </w:r>
      <w:r/>
    </w:p>
    <w:p>
      <w:r/>
      <w:r>
        <w:t>The current offer on the Vivobook S 14 OLED stands as a considerable opportunity for those in the market for a cutting-edge portable computer. Providing powerful hardware and advanced display capabilities wrapped in a lightweight chassis, this deal is likely to attract attention from tech enthusiasts and everyday users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https://www.amazon.com/ASUS-VivoBook-OLED-Slim-Laptop/dp/B09ZK49LH3</w:t>
        </w:r>
      </w:hyperlink>
      <w:r>
        <w:t xml:space="preserve"> - Details the specifications of the ASUS Vivobook S 14 OLED, including the 14-inch 2.8K OLED display, Intel Core i7-12700H CPU, 16GB RAM, and 512GB SSD.</w:t>
      </w:r>
      <w:r/>
    </w:p>
    <w:p>
      <w:pPr>
        <w:pStyle w:val="ListNumber"/>
        <w:spacing w:line="240" w:lineRule="auto"/>
        <w:ind w:left="720"/>
      </w:pPr>
      <w:r/>
      <w:hyperlink r:id="rId11">
        <w:r>
          <w:rPr>
            <w:color w:val="0000EE"/>
            <w:u w:val="single"/>
          </w:rPr>
          <w:t>https://www.amazon.com/asus-vivobook-s14/s?k=asus+vivobook+s14</w:t>
        </w:r>
      </w:hyperlink>
      <w:r>
        <w:t xml:space="preserve"> - Lists various models of the ASUS Vivobook S14, including those with AMD Ryzen AI 9 processors, 24GB RAM, and 1TB SSD, highlighting different configurations and prices.</w:t>
      </w:r>
      <w:r/>
    </w:p>
    <w:p>
      <w:pPr>
        <w:pStyle w:val="ListNumber"/>
        <w:spacing w:line="240" w:lineRule="auto"/>
        <w:ind w:left="720"/>
      </w:pPr>
      <w:r/>
      <w:hyperlink r:id="rId12">
        <w:r>
          <w:rPr>
            <w:color w:val="0000EE"/>
            <w:u w:val="single"/>
          </w:rPr>
          <w:t>https://www.amazon.com/ASUS-Vivobook-Laptop-Neutral-S5406MA-AS96/dp/B0CWJZ8HRZ</w:t>
        </w:r>
      </w:hyperlink>
      <w:r>
        <w:t xml:space="preserve"> - Provides details on the ASUS Vivobook S 14 OLED with Intel Core Ultra 9 processor, 16GB RAM, 1TB SSD, and a 14-inch OLED display, along with features like a dedicated Copilot key and long battery life.</w:t>
      </w:r>
      <w:r/>
    </w:p>
    <w:p>
      <w:pPr>
        <w:pStyle w:val="ListNumber"/>
        <w:spacing w:line="240" w:lineRule="auto"/>
        <w:ind w:left="720"/>
      </w:pPr>
      <w:r/>
      <w:hyperlink r:id="rId13">
        <w:r>
          <w:rPr>
            <w:color w:val="0000EE"/>
            <w:u w:val="single"/>
          </w:rPr>
          <w:t>https://www.amazon.com/ASUS-Vivobook-Laptop-Silver-M5406WA-AH94/dp/B0CX1GF3RF</w:t>
        </w:r>
      </w:hyperlink>
      <w:r>
        <w:t xml:space="preserve"> - Describes the ASUS Vivobook S 14 OLED with AMD Ryzen AI 9 processor, 24GB RAM, 1TB SSD, and a 14-inch 3K OLED display, emphasizing its performance and cooling features.</w:t>
      </w:r>
      <w:r/>
    </w:p>
    <w:p>
      <w:pPr>
        <w:pStyle w:val="ListNumber"/>
        <w:spacing w:line="240" w:lineRule="auto"/>
        <w:ind w:left="720"/>
      </w:pPr>
      <w:r/>
      <w:hyperlink r:id="rId14">
        <w:r>
          <w:rPr>
            <w:color w:val="0000EE"/>
            <w:u w:val="single"/>
          </w:rPr>
          <w:t>https://www.amazon.com/ASUS-Vivobook-OLED-Slim-Laptop/dp/B09ZK49LH3</w:t>
        </w:r>
      </w:hyperlink>
      <w:r>
        <w:t xml:space="preserve"> - Mentions the laptop's portability with a slim profile and weight, along with its metal chassis and single-zone RGB backlit keyboard.</w:t>
      </w:r>
      <w:r/>
    </w:p>
    <w:p>
      <w:pPr>
        <w:pStyle w:val="ListNumber"/>
        <w:spacing w:line="240" w:lineRule="auto"/>
        <w:ind w:left="720"/>
      </w:pPr>
      <w:r/>
      <w:hyperlink r:id="rId11">
        <w:r>
          <w:rPr>
            <w:color w:val="0000EE"/>
            <w:u w:val="single"/>
          </w:rPr>
          <w:t>https://www.amazon.com/asus-vivobook-s14/s?k=asus+vivobook+s14</w:t>
        </w:r>
      </w:hyperlink>
      <w:r>
        <w:t xml:space="preserve"> - Shows various pricing and availability options for the ASUS Vivobook S14 models, including discounts and delivery times.</w:t>
      </w:r>
      <w:r/>
    </w:p>
    <w:p>
      <w:pPr>
        <w:pStyle w:val="ListNumber"/>
        <w:spacing w:line="240" w:lineRule="auto"/>
        <w:ind w:left="720"/>
      </w:pPr>
      <w:r/>
      <w:hyperlink r:id="rId12">
        <w:r>
          <w:rPr>
            <w:color w:val="0000EE"/>
            <w:u w:val="single"/>
          </w:rPr>
          <w:t>https://www.amazon.com/ASUS-Vivobook-Laptop-Neutral-S5406MA-AS96/dp/B0CWJZ8HRZ</w:t>
        </w:r>
      </w:hyperlink>
      <w:r>
        <w:t xml:space="preserve"> - Highlights the advanced display features of the Vivobook S 14 OLED, such as the 120Hz refresh rate, 0.2ms response time, and 100% DCI-P3 color gamut coverage.</w:t>
      </w:r>
      <w:r/>
    </w:p>
    <w:p>
      <w:pPr>
        <w:pStyle w:val="ListNumber"/>
        <w:spacing w:line="240" w:lineRule="auto"/>
        <w:ind w:left="720"/>
      </w:pPr>
      <w:r/>
      <w:hyperlink r:id="rId13">
        <w:r>
          <w:rPr>
            <w:color w:val="0000EE"/>
            <w:u w:val="single"/>
          </w:rPr>
          <w:t>https://www.amazon.com/ASUS-Vivobook-Laptop-Silver-M5406WA-AH94/dp/B0CX1GF3RF</w:t>
        </w:r>
      </w:hyperlink>
      <w:r>
        <w:t xml:space="preserve"> - Details the performance capabilities of the AMD Ryzen AI 9 365 Strix Point APU, including the 10-core Zen 5 CPU and RDNA 3.5 Radeon 880M GPU.</w:t>
      </w:r>
      <w:r/>
    </w:p>
    <w:p>
      <w:pPr>
        <w:pStyle w:val="ListNumber"/>
        <w:spacing w:line="240" w:lineRule="auto"/>
        <w:ind w:left="720"/>
      </w:pPr>
      <w:r/>
      <w:hyperlink r:id="rId11">
        <w:r>
          <w:rPr>
            <w:color w:val="0000EE"/>
            <w:u w:val="single"/>
          </w:rPr>
          <w:t>https://www.amazon.com/asus-vivobook-s14/s?k=asus+vivobook+s14</w:t>
        </w:r>
      </w:hyperlink>
      <w:r>
        <w:t xml:space="preserve"> - Lists alternative laptops and deals, such as the Samsung Galaxy Book 4 Edge Copilot+ and gaming laptops available at Woot.</w:t>
      </w:r>
      <w:r/>
    </w:p>
    <w:p>
      <w:pPr>
        <w:pStyle w:val="ListNumber"/>
        <w:spacing w:line="240" w:lineRule="auto"/>
        <w:ind w:left="720"/>
      </w:pPr>
      <w:r/>
      <w:hyperlink r:id="rId12">
        <w:r>
          <w:rPr>
            <w:color w:val="0000EE"/>
            <w:u w:val="single"/>
          </w:rPr>
          <w:t>https://www.amazon.com/ASUS-Vivobook-Laptop-Neutral-S5406MA-AS96/dp/B0CWJZ8HRZ</w:t>
        </w:r>
      </w:hyperlink>
      <w:r>
        <w:t xml:space="preserve"> - Mentions the laptop's design and build, including the all-metal chassis and ergonomic keyboard with RGB backlighting.</w:t>
      </w:r>
      <w:r/>
    </w:p>
    <w:p>
      <w:pPr>
        <w:pStyle w:val="ListNumber"/>
        <w:spacing w:line="240" w:lineRule="auto"/>
        <w:ind w:left="720"/>
      </w:pPr>
      <w:r/>
      <w:hyperlink r:id="rId13">
        <w:r>
          <w:rPr>
            <w:color w:val="0000EE"/>
            <w:u w:val="single"/>
          </w:rPr>
          <w:t>https://www.amazon.com/ASUS-Vivobook-Laptop-Silver-M5406WA-AH94/dp/B0CX1GF3RF</w:t>
        </w:r>
      </w:hyperlink>
      <w:r>
        <w:t xml:space="preserve"> - Discusses the NPU with 50 TOPs and its role in enhancing tasks associated with Microsoft's Copilot+ functions.</w:t>
      </w:r>
      <w:r/>
    </w:p>
    <w:p>
      <w:pPr>
        <w:pStyle w:val="ListNumber"/>
        <w:spacing w:line="240" w:lineRule="auto"/>
        <w:ind w:left="720"/>
      </w:pPr>
      <w:r/>
      <w:hyperlink r:id="rId15">
        <w:r>
          <w:rPr>
            <w:color w:val="0000EE"/>
            <w:u w:val="single"/>
          </w:rPr>
          <w:t>https://9to5toys.com/2024/10/17/asus-vivobook-s-14-oled-copilot-pc-all-time-low-1080/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ASUS-VivoBook-OLED-Slim-Laptop/dp/B09ZK49LH3" TargetMode="External"/><Relationship Id="rId11" Type="http://schemas.openxmlformats.org/officeDocument/2006/relationships/hyperlink" Target="https://www.amazon.com/asus-vivobook-s14/s?k=asus+vivobook+s14" TargetMode="External"/><Relationship Id="rId12" Type="http://schemas.openxmlformats.org/officeDocument/2006/relationships/hyperlink" Target="https://www.amazon.com/ASUS-Vivobook-Laptop-Neutral-S5406MA-AS96/dp/B0CWJZ8HRZ" TargetMode="External"/><Relationship Id="rId13" Type="http://schemas.openxmlformats.org/officeDocument/2006/relationships/hyperlink" Target="https://www.amazon.com/ASUS-Vivobook-Laptop-Silver-M5406WA-AH94/dp/B0CX1GF3RF" TargetMode="External"/><Relationship Id="rId14" Type="http://schemas.openxmlformats.org/officeDocument/2006/relationships/hyperlink" Target="https://www.amazon.com/ASUS-Vivobook-OLED-Slim-Laptop/dp/B09ZK49LH3" TargetMode="External"/><Relationship Id="rId15" Type="http://schemas.openxmlformats.org/officeDocument/2006/relationships/hyperlink" Target="https://9to5toys.com/2024/10/17/asus-vivobook-s-14-oled-copilot-pc-all-time-low-10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