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Centific partners with Intel and Denvr Dataworks to transform enterprise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major development in the field of Artificial Intelligence, Centific, in collaboration with Intel and Denvr Dataworks, announced their partnership aimed at transforming enterprise AI through the new Centific Frontier AI Data Platform. This alliance, unveiled in Redmond, Washington, combines Intel's advanced technologies with Centific's data solutions to deliver significant advancements for AI application across several key industries, including energy, consumer, retail, and healthcare.</w:t>
      </w:r>
      <w:r/>
    </w:p>
    <w:p>
      <w:r/>
      <w:r>
        <w:t>The collaboration utilises Intel® Gaudi® 3 AI accelerators and Intel® Xeon® processors, promising to vastly enhance AI inference capabilities while reducing the entry barriers for companies wishing to adopt these innovative technologies. With the introduction of a combined Accelerator as a Service and Data as a Service model, the partnership enables enterprises to expedite the development and deployment of AI-driven solutions tailored to their specific needs.</w:t>
      </w:r>
      <w:r/>
    </w:p>
    <w:p>
      <w:r/>
      <w:r>
        <w:t>Venkat Rangapuram, CEO of Centific, remarked on the transformative potential of this collaboration, emphasising the merging of data, computational models, and infrastructure to address data challenges faced by enterprises. By adapting general-purpose AI models to specific industry conditions, the initiative aims to facilitate effective model fine-tuning and inference processes, thereby allowing organisations to unlock substantial value from their data.</w:t>
      </w:r>
      <w:r/>
    </w:p>
    <w:p>
      <w:r/>
      <w:r>
        <w:t>The Centific Frontier AI Data Platform is particularly significant in helping companies organise and exploit private data, which has historically remained underutilised. Intel Gaudi 3, on the other hand, provides high-performance and scalable solutions essential for enterprise AI workloads. This joint effort is set to empower enterprises to rapidly scale AI innovations and make informed decisions through domain-specific models, improving real-time business outputs.</w:t>
      </w:r>
      <w:r/>
    </w:p>
    <w:p>
      <w:r/>
      <w:r>
        <w:t>Stephen Holt, Head of AI Solutions North Americas at Intel, stated that this venture epitomises Intel's commitment to integrating AI into enterprises, affirming that the solution advances AI adoption and enhances the speed of deriving value from AI technologies for both enterprises and foundational model providers.</w:t>
      </w:r>
      <w:r/>
    </w:p>
    <w:p>
      <w:r/>
      <w:r>
        <w:t>Furthermore, Kyle McCrindle, CTO at Denvr Dataworks, highlighted the convenience offered by the Denvr Cloud platform. It simplifies AI deployment, allowing businesses to efficiently scale their models while mitigating infrastructure-related complexities. This frees developers to concentrate on honing AI models, facilitating smoother and more agile advancements in AI technologies.</w:t>
      </w:r>
      <w:r/>
    </w:p>
    <w:p>
      <w:r/>
      <w:r>
        <w:t>Centific, headquartered in Seattle, is renowned as a frontier AI data foundry. The company employs its expansive platform and a network of over 1.8 million domain experts to offer cutting-edge generative AI solutions across numerous sectors, focusing on machine learning, natural language processing, and computer vision.</w:t>
      </w:r>
      <w:r/>
    </w:p>
    <w:p>
      <w:r/>
      <w:r>
        <w:t>With the collaboration between Centific, Intel, and Denvr Dataworks, the enterprise sector is poised to witness significant strides in adopting AI innovations, potentially reshaping how industries utilise AI to enhance operational efficiency and decision-making processes.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https://centific.com/blog/centific-and-denvr-dataworks-in-collaboration-with-intel-revolutionize-enterprise-ai-with-centific-frontier-ai-data-platform-on-intel-gaudi-3</w:t>
        </w:r>
      </w:hyperlink>
      <w:r>
        <w:t xml:space="preserve"> - Corroborates the partnership between Centific, Intel, and Denvr Dataworks to transform enterprise AI using the Centific Frontier AI Data Platform.</w:t>
      </w:r>
      <w:r/>
    </w:p>
    <w:p>
      <w:pPr>
        <w:pStyle w:val="ListNumber"/>
        <w:spacing w:line="240" w:lineRule="auto"/>
        <w:ind w:left="720"/>
      </w:pPr>
      <w:r/>
      <w:hyperlink r:id="rId11">
        <w:r>
          <w:rPr>
            <w:color w:val="0000EE"/>
            <w:u w:val="single"/>
          </w:rPr>
          <w:t>https://www.prnewswire.com/news-releases/centific-and-denvr-dataworks-in-collaboration-with-intel-revolutionize-enterprise-ai-with-centific-frontier-ai-data-platform-on-intel-gaudi-3-302278391.html</w:t>
        </w:r>
      </w:hyperlink>
      <w:r>
        <w:t xml:space="preserve"> - Provides details on the collaboration and the use of Intel Gaudi 3 AI accelerators and Intel Xeon processors.</w:t>
      </w:r>
      <w:r/>
    </w:p>
    <w:p>
      <w:pPr>
        <w:pStyle w:val="ListNumber"/>
        <w:spacing w:line="240" w:lineRule="auto"/>
        <w:ind w:left="720"/>
      </w:pPr>
      <w:r/>
      <w:hyperlink r:id="rId12">
        <w:r>
          <w:rPr>
            <w:color w:val="0000EE"/>
            <w:u w:val="single"/>
          </w:rPr>
          <w:t>https://www.marketscreener.com/quote/stock/INTEL-CORPORATION-4829/news/Centific-and-Denvr-Dataworks-in-Collaboration-with-Intel-Revolutionize-Enterprise-AI-with-Centific-48096280/</w:t>
        </w:r>
      </w:hyperlink>
      <w:r>
        <w:t xml:space="preserve"> - Explains the combination of Intel Gaudi 3 AI accelerators and Intel Xeon processors to enhance AI inference capabilities.</w:t>
      </w:r>
      <w:r/>
    </w:p>
    <w:p>
      <w:pPr>
        <w:pStyle w:val="ListNumber"/>
        <w:spacing w:line="240" w:lineRule="auto"/>
        <w:ind w:left="720"/>
      </w:pPr>
      <w:r/>
      <w:hyperlink r:id="rId13">
        <w:r>
          <w:rPr>
            <w:color w:val="0000EE"/>
            <w:u w:val="single"/>
          </w:rPr>
          <w:t>https://centific.com</w:t>
        </w:r>
      </w:hyperlink>
      <w:r>
        <w:t xml:space="preserve"> - Describes Centific's role as a frontier AI data foundry and its collaboration with Intel to revolutionize enterprise AI.</w:t>
      </w:r>
      <w:r/>
    </w:p>
    <w:p>
      <w:pPr>
        <w:pStyle w:val="ListNumber"/>
        <w:spacing w:line="240" w:lineRule="auto"/>
        <w:ind w:left="720"/>
      </w:pPr>
      <w:r/>
      <w:hyperlink r:id="rId14">
        <w:r>
          <w:rPr>
            <w:color w:val="0000EE"/>
            <w:u w:val="single"/>
          </w:rPr>
          <w:t>https://centific.com/blog</w:t>
        </w:r>
      </w:hyperlink>
      <w:r>
        <w:t xml:space="preserve"> - Mentions the transformative potential of the collaboration and the focus on various industries such as energy, consumer, retail, and healthcare.</w:t>
      </w:r>
      <w:r/>
    </w:p>
    <w:p>
      <w:pPr>
        <w:pStyle w:val="ListNumber"/>
        <w:spacing w:line="240" w:lineRule="auto"/>
        <w:ind w:left="720"/>
      </w:pPr>
      <w:r/>
      <w:hyperlink r:id="rId10">
        <w:r>
          <w:rPr>
            <w:color w:val="0000EE"/>
            <w:u w:val="single"/>
          </w:rPr>
          <w:t>https://centific.com/blog/centific-and-denvr-dataworks-in-collaboration-with-intel-revolutionize-enterprise-ai-with-centific-frontier-ai-data-platform-on-intel-gaudi-3</w:t>
        </w:r>
      </w:hyperlink>
      <w:r>
        <w:t xml:space="preserve"> - Quotes Venkat Rangapuram, CEO of Centific, on the merging of data, computational models, and infrastructure to address enterprise data challenges.</w:t>
      </w:r>
      <w:r/>
    </w:p>
    <w:p>
      <w:pPr>
        <w:pStyle w:val="ListNumber"/>
        <w:spacing w:line="240" w:lineRule="auto"/>
        <w:ind w:left="720"/>
      </w:pPr>
      <w:r/>
      <w:hyperlink r:id="rId11">
        <w:r>
          <w:rPr>
            <w:color w:val="0000EE"/>
            <w:u w:val="single"/>
          </w:rPr>
          <w:t>https://www.prnewswire.com/news-releases/centific-and-denvr-dataworks-in-collaboration-with-intel-revolutionize-enterprise-ai-with-centific-frontier-ai-data-platform-on-intel-gaudi-3-302278391.html</w:t>
        </w:r>
      </w:hyperlink>
      <w:r>
        <w:t xml:space="preserve"> - Highlights the significance of the Centific Frontier AI Data Platform in organizing and exploiting private data.</w:t>
      </w:r>
      <w:r/>
    </w:p>
    <w:p>
      <w:pPr>
        <w:pStyle w:val="ListNumber"/>
        <w:spacing w:line="240" w:lineRule="auto"/>
        <w:ind w:left="720"/>
      </w:pPr>
      <w:r/>
      <w:hyperlink r:id="rId12">
        <w:r>
          <w:rPr>
            <w:color w:val="0000EE"/>
            <w:u w:val="single"/>
          </w:rPr>
          <w:t>https://www.marketscreener.com/quote/stock/INTEL-CORPORATION-4829/news/Centific-and-Denvr-Dataworks-in-Collaboration-with-Intel-Revolutionize-Enterprise-AI-with-Centific-48096280/</w:t>
        </w:r>
      </w:hyperlink>
      <w:r>
        <w:t xml:space="preserve"> - Details Intel's commitment to integrating AI into enterprises and the benefits of using Intel Gaudi 3 for high-performance and scalable solutions.</w:t>
      </w:r>
      <w:r/>
    </w:p>
    <w:p>
      <w:pPr>
        <w:pStyle w:val="ListNumber"/>
        <w:spacing w:line="240" w:lineRule="auto"/>
        <w:ind w:left="720"/>
      </w:pPr>
      <w:r/>
      <w:hyperlink r:id="rId13">
        <w:r>
          <w:rPr>
            <w:color w:val="0000EE"/>
            <w:u w:val="single"/>
          </w:rPr>
          <w:t>https://centific.com</w:t>
        </w:r>
      </w:hyperlink>
      <w:r>
        <w:t xml:space="preserve"> - Describes the role of Denvr Cloud platform in simplifying AI deployment and mitigating infrastructure-related complexities, as mentioned by Kyle McCrindle, CTO at Denvr Dataworks.</w:t>
      </w:r>
      <w:r/>
    </w:p>
    <w:p>
      <w:pPr>
        <w:pStyle w:val="ListNumber"/>
        <w:spacing w:line="240" w:lineRule="auto"/>
        <w:ind w:left="720"/>
      </w:pPr>
      <w:r/>
      <w:hyperlink r:id="rId10">
        <w:r>
          <w:rPr>
            <w:color w:val="0000EE"/>
            <w:u w:val="single"/>
          </w:rPr>
          <w:t>https://centific.com/blog/centific-and-denvr-dataworks-in-collaboration-with-intel-revolutionize-enterprise-ai-with-centific-frontier-ai-data-platform-on-intel-gaudi-3</w:t>
        </w:r>
      </w:hyperlink>
      <w:r>
        <w:t xml:space="preserve"> - Provides information on Centific's headquarters in Seattle and its reputation as a frontier AI data foundry with a network of domain experts.</w:t>
      </w:r>
      <w:r/>
    </w:p>
    <w:p>
      <w:pPr>
        <w:pStyle w:val="ListNumber"/>
        <w:spacing w:line="240" w:lineRule="auto"/>
        <w:ind w:left="720"/>
      </w:pPr>
      <w:r/>
      <w:hyperlink r:id="rId13">
        <w:r>
          <w:rPr>
            <w:color w:val="0000EE"/>
            <w:u w:val="single"/>
          </w:rPr>
          <w:t>https://centific.com</w:t>
        </w:r>
      </w:hyperlink>
      <w:r>
        <w:t xml:space="preserve"> - Outlines the focus areas of Centific's generative AI solutions, including machine learning, natural language processing, and computer vision.</w:t>
      </w:r>
      <w:r/>
    </w:p>
    <w:p>
      <w:pPr>
        <w:pStyle w:val="ListNumber"/>
        <w:spacing w:line="240" w:lineRule="auto"/>
        <w:ind w:left="720"/>
      </w:pPr>
      <w:r/>
      <w:hyperlink r:id="rId11">
        <w:r>
          <w:rPr>
            <w:color w:val="0000EE"/>
            <w:u w:val="single"/>
          </w:rPr>
          <w:t>https://www.prnewswire.com/news-releases/centific-and-denvr-dataworks-in-collaboration-with-intel-revolutionize-enterprise-ai-with-centific-frontier-ai-data-platform-on-intel-gaudi-3-302278391.html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entific.com/blog/centific-and-denvr-dataworks-in-collaboration-with-intel-revolutionize-enterprise-ai-with-centific-frontier-ai-data-platform-on-intel-gaudi-3" TargetMode="External"/><Relationship Id="rId11" Type="http://schemas.openxmlformats.org/officeDocument/2006/relationships/hyperlink" Target="https://www.prnewswire.com/news-releases/centific-and-denvr-dataworks-in-collaboration-with-intel-revolutionize-enterprise-ai-with-centific-frontier-ai-data-platform-on-intel-gaudi-3-302278391.html" TargetMode="External"/><Relationship Id="rId12" Type="http://schemas.openxmlformats.org/officeDocument/2006/relationships/hyperlink" Target="https://www.marketscreener.com/quote/stock/INTEL-CORPORATION-4829/news/Centific-and-Denvr-Dataworks-in-Collaboration-with-Intel-Revolutionize-Enterprise-AI-with-Centific-48096280/" TargetMode="External"/><Relationship Id="rId13" Type="http://schemas.openxmlformats.org/officeDocument/2006/relationships/hyperlink" Target="https://centific.com" TargetMode="External"/><Relationship Id="rId14" Type="http://schemas.openxmlformats.org/officeDocument/2006/relationships/hyperlink" Target="https://centific.com/blo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