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Cornerstone unveils groundbreaking AI solution for personalised workplace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Cornerstone Unveils Groundbreaking AI Solution for Personalised Workplace Learning</w:t>
      </w:r>
      <w:r/>
    </w:p>
    <w:p>
      <w:r/>
      <w:r>
        <w:t>At the forefront of innovation in workforce agility, Cornerstone OnDemand Inc. has revealed its latest technological advancement, the Immerse Companion, which is set to reshape the landscape of workplace learning and development. This announcement was made at UNLEASH World 2024, an event renowned for showcasing the latest in human resources and technology advancements.</w:t>
      </w:r>
      <w:r/>
    </w:p>
    <w:p>
      <w:r/>
      <w:r>
        <w:rPr>
          <w:b/>
        </w:rPr>
        <w:t>What’s New: Immerse Companion</w:t>
      </w:r>
      <w:r/>
    </w:p>
    <w:p>
      <w:r/>
      <w:r>
        <w:t>Immerse Companion represents a leap forward in personalised learning with the integration of generative artificial intelligence (AI). This sophisticated solution fosters real-time interactions with virtual human companions, providing employees with immersive learning experiences tailored to their specific needs. The AI-driven system is designed to facilitate role-playing for critical tasks such as high-stakes negotiations, offer career mentoring, and conduct skill-building exercises. These components make it an effective tool for developing proficiency and confidence in a variety of real-world scenarios.</w:t>
      </w:r>
      <w:r/>
    </w:p>
    <w:p>
      <w:r/>
      <w:r>
        <w:rPr>
          <w:b/>
        </w:rPr>
        <w:t>Key Features of Immerse Companion</w:t>
      </w:r>
      <w:r/>
    </w:p>
    <w:p>
      <w:r/>
      <w:r>
        <w:t xml:space="preserve">1. </w:t>
      </w:r>
      <w:r>
        <w:rPr>
          <w:b/>
        </w:rPr>
        <w:t>Personalised Interactions at Scale</w:t>
      </w:r>
      <w:r>
        <w:t>: Immerse Companion offers tailored, one-on-one sessions with AI-powered virtual coaches and mentors available around the clock. These dynamic engagements are crafted to suit individual learning needs, ensuring that each user receives relevant and effective training.</w:t>
      </w:r>
      <w:r/>
    </w:p>
    <w:p>
      <w:r/>
      <w:r>
        <w:t xml:space="preserve">2. </w:t>
      </w:r>
      <w:r>
        <w:rPr>
          <w:b/>
        </w:rPr>
        <w:t>Safe Learning Environment</w:t>
      </w:r>
      <w:r>
        <w:t>: Users can practise and refine skills in emotionally realistic role-playing scenarios, mitigating the fear of real-world failures and allowing for experiential learning without penalties.</w:t>
      </w:r>
      <w:r/>
    </w:p>
    <w:p>
      <w:r/>
      <w:r>
        <w:t xml:space="preserve">3. </w:t>
      </w:r>
      <w:r>
        <w:rPr>
          <w:b/>
        </w:rPr>
        <w:t>Advanced AI Infrastructure</w:t>
      </w:r>
      <w:r>
        <w:t>: The system utilises Cornerstone’s Companion generative AI technology, supported by extensive labour market data and significant user insights from over 140 million individuals and more than 7,000 customers globally.</w:t>
      </w:r>
      <w:r/>
    </w:p>
    <w:p>
      <w:r/>
      <w:r>
        <w:t xml:space="preserve">4. </w:t>
      </w:r>
      <w:r>
        <w:rPr>
          <w:b/>
        </w:rPr>
        <w:t>Multi-Modal Accessibility</w:t>
      </w:r>
      <w:r>
        <w:t>: Available across various platforms, including VR headsets and web-based streaming, this flexibility ensures users can access training materials anytime, anywhere.</w:t>
      </w:r>
      <w:r/>
    </w:p>
    <w:p>
      <w:r/>
      <w:r>
        <w:rPr>
          <w:b/>
        </w:rPr>
        <w:t>Developed with Pioneering AI Avatar Technology</w:t>
      </w:r>
      <w:r/>
    </w:p>
    <w:p>
      <w:r/>
      <w:r>
        <w:t>The development of Immerse Companion was made possible through the AI avatar technology initially created by Talespin, which Cornerstone acquired in 2024. Originally introduced in 2019, this technology was celebrated for its innovative approach to soft skills development across multiple sectors, setting the foundation for Cornerstone's latest offering.</w:t>
      </w:r>
      <w:r/>
    </w:p>
    <w:p>
      <w:r/>
      <w:r>
        <w:rPr>
          <w:b/>
        </w:rPr>
        <w:t>Industry Insights and Future Implications</w:t>
      </w:r>
      <w:r/>
    </w:p>
    <w:p>
      <w:r/>
      <w:r>
        <w:t>Himanshu Palsule, CEO of Cornerstone, commented on the transformative nature of the Immerse Companion, highlighting its potential to revolutionise personalised training at a scalable level. According to Palsule, this advancement not only spreads access to vital information and mentorship but marks a significant shift in how we value and cultivate human skills alongside AI advancements.</w:t>
      </w:r>
      <w:r/>
    </w:p>
    <w:p>
      <w:r/>
      <w:r>
        <w:t>Furthermore, industry analyst Josh Bersin noted, "One of the best ways to learn is through experience," underscoring how platforms like Immerse Companion enable a seamless blend of learning and practical application, echoing the future direction of corporate training.</w:t>
      </w:r>
      <w:r/>
    </w:p>
    <w:p>
      <w:r/>
      <w:r>
        <w:rPr>
          <w:b/>
        </w:rPr>
        <w:t>Availability and Further Information</w:t>
      </w:r>
      <w:r/>
    </w:p>
    <w:p>
      <w:r/>
      <w:r>
        <w:t>Immerse Companion, which has just exited its closed beta phase, will broaden its availability, offering more organisations the opportunity to utilise this cutting-edge solution. Interested parties are encouraged to visit Cornerstone at stand B138 at UNLEASH World 2024 or contact their account representatives for more information and access to the beta waitlist.</w:t>
      </w:r>
      <w:r/>
    </w:p>
    <w:p>
      <w:r/>
      <w:r>
        <w:rPr>
          <w:b/>
        </w:rPr>
        <w:t>About Cornerstone</w:t>
      </w:r>
      <w:r/>
    </w:p>
    <w:p>
      <w:r/>
      <w:r>
        <w:t>Cornerstone continues to lead in equipping organisations with the essential tools to thrive in an evolving global landscape. With its comprehensive AI-powered workforce platform, Galaxy, Cornerstone supports over 7,000 organisations in 186 countries, helping them to harness their full potential in skill development, talent retention, and workforce engagement.</w:t>
      </w:r>
      <w:r/>
    </w:p>
    <w:p>
      <w:r/>
      <w:r>
        <w:t>As the scope of AI in business evolves, Cornerstone's Immerse Companion is positioned to redefine how organisations approach learning and development, ensuring their teams are future-ready and adept at navigating complex professional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https://www.marketscreener.com/quote/stock/CORNERSTONE-ONDEMAND-INC-7614943/news/Cornerstone-OnDemand-Inc-Announces-Immerse-Companion-48089902/</w:t>
        </w:r>
      </w:hyperlink>
      <w:r>
        <w:t xml:space="preserve"> - Announcement of Immerse Companion, its features, and the use of generative AI technology for personalized learning and role-play.</w:t>
      </w:r>
      <w:r/>
    </w:p>
    <w:p>
      <w:pPr>
        <w:pStyle w:val="ListNumber"/>
        <w:spacing w:line="240" w:lineRule="auto"/>
        <w:ind w:left="720"/>
      </w:pPr>
      <w:r/>
      <w:hyperlink r:id="rId11">
        <w:r>
          <w:rPr>
            <w:color w:val="0000EE"/>
            <w:u w:val="single"/>
          </w:rPr>
          <w:t>https://www.cornerstoneondemand.com/mx/company/news-room/press-releases/introducing-immerse-companion-cornerstones-cutting-edge-generative-ai</w:t>
        </w:r>
      </w:hyperlink>
      <w:r>
        <w:t xml:space="preserve"> - Introduction of Immerse Companion, highlighting its role in learning role-play, coaching, and mentoring sessions.</w:t>
      </w:r>
      <w:r/>
    </w:p>
    <w:p>
      <w:pPr>
        <w:pStyle w:val="ListNumber"/>
        <w:spacing w:line="240" w:lineRule="auto"/>
        <w:ind w:left="720"/>
      </w:pPr>
      <w:r/>
      <w:hyperlink r:id="rId10">
        <w:r>
          <w:rPr>
            <w:color w:val="0000EE"/>
            <w:u w:val="single"/>
          </w:rPr>
          <w:t>https://www.marketscreener.com/quote/stock/CORNERSTONE-ONDEMAND-INC-7614943/news/Cornerstone-OnDemand-Inc-Announces-Immerse-Companion-48089902/</w:t>
        </w:r>
      </w:hyperlink>
      <w:r>
        <w:t xml:space="preserve"> - Details on the key features of Immerse Companion, including personalized interactions, safe learning environments, and multi-modal accessibility.</w:t>
      </w:r>
      <w:r/>
    </w:p>
    <w:p>
      <w:pPr>
        <w:pStyle w:val="ListNumber"/>
        <w:spacing w:line="240" w:lineRule="auto"/>
        <w:ind w:left="720"/>
      </w:pPr>
      <w:r/>
      <w:hyperlink r:id="rId11">
        <w:r>
          <w:rPr>
            <w:color w:val="0000EE"/>
            <w:u w:val="single"/>
          </w:rPr>
          <w:t>https://www.cornerstoneondemand.com/mx/company/news-room/press-releases/introducing-immerse-companion-cornerstones-cutting-edge-generative-ai</w:t>
        </w:r>
      </w:hyperlink>
      <w:r>
        <w:t xml:space="preserve"> - Information on the advanced AI infrastructure and the use of Cornerstone’s Companion generative AI technology.</w:t>
      </w:r>
      <w:r/>
    </w:p>
    <w:p>
      <w:pPr>
        <w:pStyle w:val="ListNumber"/>
        <w:spacing w:line="240" w:lineRule="auto"/>
        <w:ind w:left="720"/>
      </w:pPr>
      <w:r/>
      <w:hyperlink r:id="rId10">
        <w:r>
          <w:rPr>
            <w:color w:val="0000EE"/>
            <w:u w:val="single"/>
          </w:rPr>
          <w:t>https://www.marketscreener.com/quote/stock/CORNERSTONE-ONDEMAND-INC-7614943/news/Cornerstone-OnDemand-Inc-Announces-Immerse-Companion-48089902/</w:t>
        </w:r>
      </w:hyperlink>
      <w:r>
        <w:t xml:space="preserve"> - Development of Immerse Companion using AI avatar technology from Talespin, acquired by Cornerstone in 2024.</w:t>
      </w:r>
      <w:r/>
    </w:p>
    <w:p>
      <w:pPr>
        <w:pStyle w:val="ListNumber"/>
        <w:spacing w:line="240" w:lineRule="auto"/>
        <w:ind w:left="720"/>
      </w:pPr>
      <w:r/>
      <w:hyperlink r:id="rId12">
        <w:r>
          <w:rPr>
            <w:color w:val="0000EE"/>
            <w:u w:val="single"/>
          </w:rPr>
          <w:t>https://www.trainingindustry.com/press-release/learning-technologies/cornerstone-redefines-learning-and-talent-management-with-launch-of-ai-powered-workforce-agility-platform-cornerstone-galaxy/</w:t>
        </w:r>
      </w:hyperlink>
      <w:r>
        <w:t xml:space="preserve"> - Context on Cornerstone Galaxy, the broader AI-powered workforce agility platform that includes Immerse Companion.</w:t>
      </w:r>
      <w:r/>
    </w:p>
    <w:p>
      <w:pPr>
        <w:pStyle w:val="ListNumber"/>
        <w:spacing w:line="240" w:lineRule="auto"/>
        <w:ind w:left="720"/>
      </w:pPr>
      <w:r/>
      <w:hyperlink r:id="rId13">
        <w:r>
          <w:rPr>
            <w:color w:val="0000EE"/>
            <w:u w:val="single"/>
          </w:rPr>
          <w:t>https://www.prnewswire.com/news-releases/cornerstone-redefines-learning-and-talent-management-with-launch-of-ai-powered-workforce-agility-platform-cornerstone-galaxy-302139734.html</w:t>
        </w:r>
      </w:hyperlink>
      <w:r>
        <w:t xml:space="preserve"> - Details on Cornerstone Galaxy and its components, including Cornerstone Immerse, which features the Immerse Companion.</w:t>
      </w:r>
      <w:r/>
    </w:p>
    <w:p>
      <w:pPr>
        <w:pStyle w:val="ListNumber"/>
        <w:spacing w:line="240" w:lineRule="auto"/>
        <w:ind w:left="720"/>
      </w:pPr>
      <w:r/>
      <w:hyperlink r:id="rId10">
        <w:r>
          <w:rPr>
            <w:color w:val="0000EE"/>
            <w:u w:val="single"/>
          </w:rPr>
          <w:t>https://www.marketscreener.com/quote/stock/CORNERSTONE-ONDEMAND-INC-7614943/news/Cornerstone-OnDemand-Inc-Announces-Immerse-Companion-48089902/</w:t>
        </w:r>
      </w:hyperlink>
      <w:r>
        <w:t xml:space="preserve"> - CEO Himanshu Palsule's comments on the transformative nature of Immerse Companion and its impact on personalized training.</w:t>
      </w:r>
      <w:r/>
    </w:p>
    <w:p>
      <w:pPr>
        <w:pStyle w:val="ListNumber"/>
        <w:spacing w:line="240" w:lineRule="auto"/>
        <w:ind w:left="720"/>
      </w:pPr>
      <w:r/>
      <w:hyperlink r:id="rId13">
        <w:r>
          <w:rPr>
            <w:color w:val="0000EE"/>
            <w:u w:val="single"/>
          </w:rPr>
          <w:t>https://www.prnewswire.com/news-releases/cornerstone-redefines-learning-and-talent-management-with-launch-of-ai-powered-workforce-agility-platform-cornerstone-galaxy-302139734.html</w:t>
        </w:r>
      </w:hyperlink>
      <w:r>
        <w:t xml:space="preserve"> - Industry analyst Josh Bersin's insights on the future direction of corporate training and the role of experiential learning.</w:t>
      </w:r>
      <w:r/>
    </w:p>
    <w:p>
      <w:pPr>
        <w:pStyle w:val="ListNumber"/>
        <w:spacing w:line="240" w:lineRule="auto"/>
        <w:ind w:left="720"/>
      </w:pPr>
      <w:r/>
      <w:hyperlink r:id="rId11">
        <w:r>
          <w:rPr>
            <w:color w:val="0000EE"/>
            <w:u w:val="single"/>
          </w:rPr>
          <w:t>https://www.cornerstoneondemand.com/mx/company/news-room/press-releases/introducing-immerse-companion-cornerstones-cutting-edge-generative-ai</w:t>
        </w:r>
      </w:hyperlink>
      <w:r>
        <w:t xml:space="preserve"> - Availability and further information about Immerse Companion, including its exit from the closed beta phase.</w:t>
      </w:r>
      <w:r/>
    </w:p>
    <w:p>
      <w:pPr>
        <w:pStyle w:val="ListNumber"/>
        <w:spacing w:line="240" w:lineRule="auto"/>
        <w:ind w:left="720"/>
      </w:pPr>
      <w:r/>
      <w:hyperlink r:id="rId12">
        <w:r>
          <w:rPr>
            <w:color w:val="0000EE"/>
            <w:u w:val="single"/>
          </w:rPr>
          <w:t>https://www.trainingindustry.com/press-release/learning-technologies/cornerstone-redefines-learning-and-talent-management-with-launch-of-ai-powered-workforce-agility-platform-cornerstone-galaxy/</w:t>
        </w:r>
      </w:hyperlink>
      <w:r>
        <w:t xml:space="preserve"> - Overview of Cornerstone's role in equipping organizations with essential tools for workforce agility and skill development.</w:t>
      </w:r>
      <w:r/>
    </w:p>
    <w:p>
      <w:pPr>
        <w:pStyle w:val="ListNumber"/>
        <w:spacing w:line="240" w:lineRule="auto"/>
        <w:ind w:left="720"/>
      </w:pPr>
      <w:r/>
      <w:hyperlink r:id="rId14">
        <w:r>
          <w:rPr>
            <w:color w:val="0000EE"/>
            <w:u w:val="single"/>
          </w:rPr>
          <w:t>https://www.onrec.com/news/launch/introducing-immerse-companion-cornerstone%E2%80%99s-cutting-edge-generative-ai-pushing-xr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CORNERSTONE-ONDEMAND-INC-7614943/news/Cornerstone-OnDemand-Inc-Announces-Immerse-Companion-48089902/" TargetMode="External"/><Relationship Id="rId11" Type="http://schemas.openxmlformats.org/officeDocument/2006/relationships/hyperlink" Target="https://www.cornerstoneondemand.com/mx/company/news-room/press-releases/introducing-immerse-companion-cornerstones-cutting-edge-generative-ai" TargetMode="External"/><Relationship Id="rId12" Type="http://schemas.openxmlformats.org/officeDocument/2006/relationships/hyperlink" Target="https://www.trainingindustry.com/press-release/learning-technologies/cornerstone-redefines-learning-and-talent-management-with-launch-of-ai-powered-workforce-agility-platform-cornerstone-galaxy/" TargetMode="External"/><Relationship Id="rId13" Type="http://schemas.openxmlformats.org/officeDocument/2006/relationships/hyperlink" Target="https://www.prnewswire.com/news-releases/cornerstone-redefines-learning-and-talent-management-with-launch-of-ai-powered-workforce-agility-platform-cornerstone-galaxy-302139734.html" TargetMode="External"/><Relationship Id="rId14" Type="http://schemas.openxmlformats.org/officeDocument/2006/relationships/hyperlink" Target="https://www.onrec.com/news/launch/introducing-immerse-companion-cornerstone%E2%80%99s-cutting-edge-generative-ai-pushing-x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