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Ella d’Amato on revolutionising social commerce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Ella d’Amato on Revolutionising Social Commerce with AI</w:t>
      </w:r>
      <w:r/>
    </w:p>
    <w:p>
      <w:r/>
      <w:r>
        <w:t>Ella d’Amato, co-founder and CEO of the innovative social commerce startup 'I Love It', is making headlines for transforming the shopping landscape with the clever use of artificial intelligence (AI). The London-based entrepreneur has developed a platform where AI technology curates personalised shopping experiences, departing from traditional e-commerce methods by allowing users to play a role akin to salespeople through sharing and recommending their favourite purchases.</w:t>
      </w:r>
      <w:r/>
    </w:p>
    <w:p>
      <w:r/>
      <w:r>
        <w:t>The inception of 'I Love It' marks a significant step into the future of shopping, as AI becomes increasingly integrated into everyday consumer activities. In a recent Founder in Five Q&amp;A session, d'Amato offered a detailed insight into the dynamics of social commerce and the potential misconceptions surrounding artificial intelligence. According to d’Amato, AI is often misunderstood in the public sphere, and through her platform, she seeks to demystify its complexities by showcasing how it can enhance, rather than replace, human interaction in commerce.</w:t>
      </w:r>
      <w:r/>
    </w:p>
    <w:p>
      <w:r/>
      <w:r>
        <w:t>d’Amato's career pathway is equally inspiring, highlighting her as a figure who successfully broke into the industry without a traditional university degree. Her success story sheds light on the diverse routes one can take to achieve significant milestones in the tech world. D’Amato represents a wave of modern entrepreneurs who are challenging the status quo and encouraging alternative educational and career paths.</w:t>
      </w:r>
      <w:r/>
    </w:p>
    <w:p>
      <w:r/>
      <w:r>
        <w:t>In her discussion, d’Amato shared personal insights and strategies particularly valuable to first-time founders in the tumultuous startup terrain. She emphasised the importance of establishing a robust emotional support system, comprising both professional networks and personal relationships. Her husband, friends, and extended family play a pivotal role in her journey, enhancing her capacity to lead and make strategic decisions effectively. Balancing professional commitments with personal happiness also extends to her views on parenting, noting how her own children thrive when she herself is content and fulfilled.</w:t>
      </w:r>
      <w:r/>
    </w:p>
    <w:p>
      <w:r/>
      <w:r>
        <w:t>D’Amato's personal anecdotes and references indicate a deep appreciation for cultural influences such as the popular show Ted Lasso, which might contribute to her leadership and company culture philosophies. In the broader business community, leaders like d’Amato are increasingly recognising the impact of cultural icons in shaping company values and team dynamics.</w:t>
      </w:r>
      <w:r/>
    </w:p>
    <w:p>
      <w:r/>
      <w:r>
        <w:t>As 'I Love It' continues to grow, d’Amato's unique approach not only enriches the e-commerce sector but also influences a shift towards more personalised and interactive consumer experiences. Her innovative use of AI to empower users reflects a broader trend of integrating technology with personal touchpoints, shaping the future trajectory of digital commerce. In her journey, Ella d’Amato stands as a testament to the potential of unconventional pathways and the power of technology to transform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https://www.uktech.news/news/founder-interviews/i-love-it-founder-the-misunderstood-potential-of-ai-20241018</w:t>
        </w:r>
      </w:hyperlink>
      <w:r>
        <w:t xml:space="preserve"> - Corroborates Ella d’Amato's role as co-founder of I Love It and her views on the misunderstood potential of AI in commerce.</w:t>
      </w:r>
      <w:r/>
    </w:p>
    <w:p>
      <w:pPr>
        <w:pStyle w:val="ListNumber"/>
        <w:spacing w:line="240" w:lineRule="auto"/>
        <w:ind w:left="720"/>
      </w:pPr>
      <w:r/>
      <w:hyperlink r:id="rId11">
        <w:r>
          <w:rPr>
            <w:color w:val="0000EE"/>
            <w:u w:val="single"/>
          </w:rPr>
          <w:t>https://www.linkedin.com/posts/ella-d-amato-31258b3_executive-interview-ella-damato-the-executive-activity-7244396524552491008-YWeD</w:t>
        </w:r>
      </w:hyperlink>
      <w:r>
        <w:t xml:space="preserve"> - Provides details on Ella d’Amato's background and her new platform, I Love It, disrupting social commerce.</w:t>
      </w:r>
      <w:r/>
    </w:p>
    <w:p>
      <w:pPr>
        <w:pStyle w:val="ListNumber"/>
        <w:spacing w:line="240" w:lineRule="auto"/>
        <w:ind w:left="720"/>
      </w:pPr>
      <w:r/>
      <w:hyperlink r:id="rId12">
        <w:r>
          <w:rPr>
            <w:color w:val="0000EE"/>
            <w:u w:val="single"/>
          </w:rPr>
          <w:t>https://www.retail-week.com/people/qanda-former-noths-exec-ella-damato-on-disrupting-social-commerce-with-her-new-platform/7046879.article</w:t>
        </w:r>
      </w:hyperlink>
      <w:r>
        <w:t xml:space="preserve"> - Supports the information about Ella d’Amato's new social commerce platform, I Love It, and its aim to redefine shopping experiences.</w:t>
      </w:r>
      <w:r/>
    </w:p>
    <w:p>
      <w:pPr>
        <w:pStyle w:val="ListNumber"/>
        <w:spacing w:line="240" w:lineRule="auto"/>
        <w:ind w:left="720"/>
      </w:pPr>
      <w:r/>
      <w:hyperlink r:id="rId13">
        <w:r>
          <w:rPr>
            <w:color w:val="0000EE"/>
            <w:u w:val="single"/>
          </w:rPr>
          <w:t>https://retailvoices.co.uk/2024/09/former-ceo-of-notonthehighstreet-com-set-to-redefine-shopping-experience-with-new-social-commerce-venture</w:t>
        </w:r>
      </w:hyperlink>
      <w:r>
        <w:t xml:space="preserve"> - Confirms Ella d’Amato's role as former interim CEO of Notonthehighstreet.com and her new venture, I Love It, which rewards users for product endorsements.</w:t>
      </w:r>
      <w:r/>
    </w:p>
    <w:p>
      <w:pPr>
        <w:pStyle w:val="ListNumber"/>
        <w:spacing w:line="240" w:lineRule="auto"/>
        <w:ind w:left="720"/>
      </w:pPr>
      <w:r/>
      <w:hyperlink r:id="rId14">
        <w:r>
          <w:rPr>
            <w:color w:val="0000EE"/>
            <w:u w:val="single"/>
          </w:rPr>
          <w:t>https://retailtechinnovationhub.com/home/2024/9/12/former-notonthehighstreet-ceo-ella-damato-looks-to-rewrite-commerce-for-good-with-launch-of-i-love-it</w:t>
        </w:r>
      </w:hyperlink>
      <w:r>
        <w:t xml:space="preserve"> - Details how I Love It uses AI to create a recommendation-led shopping app and rewards users for genuine product endorsements, aligning with d’Amato's vision to 'rewrite commerce for good'.</w:t>
      </w:r>
      <w:r/>
    </w:p>
    <w:p>
      <w:pPr>
        <w:pStyle w:val="ListNumber"/>
        <w:spacing w:line="240" w:lineRule="auto"/>
        <w:ind w:left="720"/>
      </w:pPr>
      <w:r/>
      <w:hyperlink r:id="rId14">
        <w:r>
          <w:rPr>
            <w:color w:val="0000EE"/>
            <w:u w:val="single"/>
          </w:rPr>
          <w:t>https://retailtechinnovationhub.com/home/2024/9/12/former-notonthehighstreet-ceo-ella-damato-looks-to-rewrite-commerce-for-good-with-launch-of-i-love-it</w:t>
        </w:r>
      </w:hyperlink>
      <w:r>
        <w:t xml:space="preserve"> - Explains the platform's focus on the fitness space, its current product offerings, and plans for future expansion.</w:t>
      </w:r>
      <w:r/>
    </w:p>
    <w:p>
      <w:pPr>
        <w:pStyle w:val="ListNumber"/>
        <w:spacing w:line="240" w:lineRule="auto"/>
        <w:ind w:left="720"/>
      </w:pPr>
      <w:r/>
      <w:hyperlink r:id="rId12">
        <w:r>
          <w:rPr>
            <w:color w:val="0000EE"/>
            <w:u w:val="single"/>
          </w:rPr>
          <w:t>https://www.retail-week.com/people/qanda-former-noths-exec-ella-damato-on-disrupting-social-commerce-with-her-new-platform/7046879.article</w:t>
        </w:r>
      </w:hyperlink>
      <w:r>
        <w:t xml:space="preserve"> - Highlights the importance of word-of-mouth recommendations and how I Love It leverages this concept to enhance shopping experiences.</w:t>
      </w:r>
      <w:r/>
    </w:p>
    <w:p>
      <w:pPr>
        <w:pStyle w:val="ListNumber"/>
        <w:spacing w:line="240" w:lineRule="auto"/>
        <w:ind w:left="720"/>
      </w:pPr>
      <w:r/>
      <w:hyperlink r:id="rId14">
        <w:r>
          <w:rPr>
            <w:color w:val="0000EE"/>
            <w:u w:val="single"/>
          </w:rPr>
          <w:t>https://retailtechinnovationhub.com/home/2024/9/12/former-notonthehighstreet-ceo-ella-damato-looks-to-rewrite-commerce-for-good-with-launch-of-i-love-it</w:t>
        </w:r>
      </w:hyperlink>
      <w:r>
        <w:t xml:space="preserve"> - Mentions the founding UK team's diverse industry expertise and the investment in building a scalable Web 3 platform.</w:t>
      </w:r>
      <w:r/>
    </w:p>
    <w:p>
      <w:pPr>
        <w:pStyle w:val="ListNumber"/>
        <w:spacing w:line="240" w:lineRule="auto"/>
        <w:ind w:left="720"/>
      </w:pPr>
      <w:r/>
      <w:hyperlink r:id="rId11">
        <w:r>
          <w:rPr>
            <w:color w:val="0000EE"/>
            <w:u w:val="single"/>
          </w:rPr>
          <w:t>https://www.linkedin.com/posts/ella-d-amato-31258b3_executive-interview-ella-damato-the-executive-activity-7244396524552491008-YWeD</w:t>
        </w:r>
      </w:hyperlink>
      <w:r>
        <w:t xml:space="preserve"> - Provides insights into Ella d’Amato's career pathway and her success without a traditional university degree.</w:t>
      </w:r>
      <w:r/>
    </w:p>
    <w:p>
      <w:pPr>
        <w:pStyle w:val="ListNumber"/>
        <w:spacing w:line="240" w:lineRule="auto"/>
        <w:ind w:left="720"/>
      </w:pPr>
      <w:r/>
      <w:hyperlink r:id="rId14">
        <w:r>
          <w:rPr>
            <w:color w:val="0000EE"/>
            <w:u w:val="single"/>
          </w:rPr>
          <w:t>https://retailtechinnovationhub.com/home/2024/9/12/former-notonthehighstreet-ceo-ella-damato-looks-to-rewrite-commerce-for-good-with-launch-of-i-love-it</w:t>
        </w:r>
      </w:hyperlink>
      <w:r>
        <w:t xml:space="preserve"> - Supports the information about the importance of a robust emotional support system for first-time founders, as emphasized by d’Amato.</w:t>
      </w:r>
      <w:r/>
    </w:p>
    <w:p>
      <w:pPr>
        <w:pStyle w:val="ListNumber"/>
        <w:spacing w:line="240" w:lineRule="auto"/>
        <w:ind w:left="720"/>
      </w:pPr>
      <w:r/>
      <w:hyperlink r:id="rId10">
        <w:r>
          <w:rPr>
            <w:color w:val="0000EE"/>
            <w:u w:val="single"/>
          </w:rPr>
          <w:t>https://www.uktech.news/news/founder-interviews/i-love-it-founder-the-misunderstood-potential-of-ai-20241018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news/founder-interviews/i-love-it-founder-the-misunderstood-potential-of-ai-20241018" TargetMode="External"/><Relationship Id="rId11" Type="http://schemas.openxmlformats.org/officeDocument/2006/relationships/hyperlink" Target="https://www.linkedin.com/posts/ella-d-amato-31258b3_executive-interview-ella-damato-the-executive-activity-7244396524552491008-YWeD" TargetMode="External"/><Relationship Id="rId12" Type="http://schemas.openxmlformats.org/officeDocument/2006/relationships/hyperlink" Target="https://www.retail-week.com/people/qanda-former-noths-exec-ella-damato-on-disrupting-social-commerce-with-her-new-platform/7046879.article" TargetMode="External"/><Relationship Id="rId13" Type="http://schemas.openxmlformats.org/officeDocument/2006/relationships/hyperlink" Target="https://retailvoices.co.uk/2024/09/former-ceo-of-notonthehighstreet-com-set-to-redefine-shopping-experience-with-new-social-commerce-venture" TargetMode="External"/><Relationship Id="rId14" Type="http://schemas.openxmlformats.org/officeDocument/2006/relationships/hyperlink" Target="https://retailtechinnovationhub.com/home/2024/9/12/former-notonthehighstreet-ceo-ella-damato-looks-to-rewrite-commerce-for-good-with-launch-of-i-lov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