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Musk's X faces backlash over controversial blocking changes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Elon Musk's social media platform, X, formerly known as Twitter, is once again under criticism following its plans to alter the "blocking" functionality that has sparked concerns about user safety. The change, which was initially announced last month, has begun to be rolled out, notifying some users of its imminent implementation.</w:t>
      </w:r>
      <w:r/>
    </w:p>
    <w:p>
      <w:r/>
      <w:r>
        <w:t>Under the new rules, accounts that have been blocked will still have the capability to view public posts from the accounts that blocked them, even though they won't be able to interact with those posts. This adjustment represents a significant shift from the current system, which entirely prevents blocked users from seeing or interacting with the blocker’s content.</w:t>
      </w:r>
      <w:r/>
    </w:p>
    <w:p>
      <w:r/>
      <w:r>
        <w:t>Elon Musk, who took ownership of the platform in 2022, asserts that the amendment to the block function was overdue. However, the move has drawn heavy criticism from various quarters, including domestic violence charities. Refuge, a UK-based charity focused on supporting survivors of domestic abuse, has expressed grave concerns regarding the implications of this change. Jessica Eagelton, the head of policy and public affairs at Refuge, spoke to the Press Association about the risks this adjustment poses to those who have previously experienced abuse online, arguing that it limits the ability of individuals to control their exposure to potential harassment or stalking.</w:t>
      </w:r>
      <w:r/>
    </w:p>
    <w:p>
      <w:r/>
      <w:r>
        <w:t>Eagelton emphasised that women and girls are particularly vulnerable and criticised X's recommendation for users to switch their profiles to private if they wish to avoid blocked users seeing their public posts. According to Eagelton, forcing users to go private undermines their ability to maintain a presence and influence on the platform, thus effectively silencing those who would otherwise contribute to public discourse.</w:t>
      </w:r>
      <w:r/>
    </w:p>
    <w:p>
      <w:r/>
      <w:r>
        <w:t>This development comes amid broader critiques of social media platforms' responsibilities in curbing online abuse. A 2021 report by Refuge highlighted that over one-third of women in the UK have encountered online abuse, with a significant portion of this stemming from partners or ex-partners. The report also noted a greater prevalence of online abuse among younger women, with 62% reporting experiences of such harassment.</w:t>
      </w:r>
      <w:r/>
    </w:p>
    <w:p>
      <w:r/>
      <w:r>
        <w:t>In tandem with changes to the block function, X has also updated its Terms of Service, which have sparked discussions regarding content rights. The new terms grant X and affiliated entities expansive rights to user-generated content, including the ability to use it for machine learning and artificial intelligence training—a policy that some users and content creators find contentious.</w:t>
      </w:r>
      <w:r/>
    </w:p>
    <w:p>
      <w:r/>
      <w:r>
        <w:t>The update to the blocking function has raised alarms among users who fear possible removal from major app distribution platforms such as the Google Playstore and Apple's App Store, which require apps to have robust blocking mechanisms for user-generated content. These concerns are compounded by the fact that changes to the Terms of Service are set to take effect by 15 November.</w:t>
      </w:r>
      <w:r/>
    </w:p>
    <w:p>
      <w:r/>
      <w:r>
        <w:t>As users and advocacy groups continue to voice their concerns, the adjustments to X's service lines have marked another chapter in the evolving narrative of Elon Musk's stewardship over the platform, highlighting ongoing tensions between innovation, privacy, and safety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https://balleralert.com/profiles/blogs/elon-musk-alters-xs-block-feature-diminishing-user-privacy-and-protection/</w:t>
        </w:r>
      </w:hyperlink>
      <w:r>
        <w:t xml:space="preserve"> - Corroborates the change in X's block feature, allowing blocked accounts to view public posts, and the criticism it has received regarding user safety and privacy.</w:t>
      </w:r>
      <w:r/>
    </w:p>
    <w:p>
      <w:pPr>
        <w:pStyle w:val="ListNumber"/>
        <w:spacing w:line="240" w:lineRule="auto"/>
        <w:ind w:left="720"/>
      </w:pPr>
      <w:r/>
      <w:hyperlink r:id="rId11">
        <w:r>
          <w:rPr>
            <w:color w:val="0000EE"/>
            <w:u w:val="single"/>
          </w:rPr>
          <w:t>https://mashable.com/article/x-moving-forward-with-blocking-changes-dangerous-for-users</w:t>
        </w:r>
      </w:hyperlink>
      <w:r>
        <w:t xml:space="preserve"> - Supports the concerns about the new block feature's impact on online safety, particularly for vulnerable communities and young users, and the potential increase in harassment and stalking.</w:t>
      </w:r>
      <w:r/>
    </w:p>
    <w:p>
      <w:pPr>
        <w:pStyle w:val="ListNumber"/>
        <w:spacing w:line="240" w:lineRule="auto"/>
        <w:ind w:left="720"/>
      </w:pPr>
      <w:r/>
      <w:hyperlink r:id="rId12">
        <w:r>
          <w:rPr>
            <w:color w:val="0000EE"/>
            <w:u w:val="single"/>
          </w:rPr>
          <w:t>https://berkeleybeacon.com/elon-musk-must-be-stopped/</w:t>
        </w:r>
      </w:hyperlink>
      <w:r>
        <w:t xml:space="preserve"> - Details Elon Musk's reasoning behind the block feature changes, the backlash from users, and the potential violation of app store policies and First Amendment rights.</w:t>
      </w:r>
      <w:r/>
    </w:p>
    <w:p>
      <w:pPr>
        <w:pStyle w:val="ListNumber"/>
        <w:spacing w:line="240" w:lineRule="auto"/>
        <w:ind w:left="720"/>
      </w:pPr>
      <w:r/>
      <w:hyperlink r:id="rId13">
        <w:r>
          <w:rPr>
            <w:color w:val="0000EE"/>
            <w:u w:val="single"/>
          </w:rPr>
          <w:t>https://www.business-standard.com/technology/tech-news/x-changes-blocking-rules-sparking-fears-of-harassment-and-privacy-risks-124101701033_1.html</w:t>
        </w:r>
      </w:hyperlink>
      <w:r>
        <w:t xml:space="preserve"> - Explains the upcoming changes to X's blocking mechanism, the public reaction, and concerns about harassment and privacy risks, including potential misuse by stalkers and harassers.</w:t>
      </w:r>
      <w:r/>
    </w:p>
    <w:p>
      <w:pPr>
        <w:pStyle w:val="ListNumber"/>
        <w:spacing w:line="240" w:lineRule="auto"/>
        <w:ind w:left="720"/>
      </w:pPr>
      <w:r/>
      <w:hyperlink r:id="rId14">
        <w:r>
          <w:rPr>
            <w:color w:val="0000EE"/>
            <w:u w:val="single"/>
          </w:rPr>
          <w:t>https://www.theverge.com/2024/9/23/24252438/x-blocked-users-view-public-posts</w:t>
        </w:r>
      </w:hyperlink>
      <w:r>
        <w:t xml:space="preserve"> - Clarifies Elon Musk's announcement that blocked users will still be able to view public posts, despite not being able to interact with them, and the staff's observations on the current block feature.</w:t>
      </w:r>
      <w:r/>
    </w:p>
    <w:p>
      <w:pPr>
        <w:pStyle w:val="ListNumber"/>
        <w:spacing w:line="240" w:lineRule="auto"/>
        <w:ind w:left="720"/>
      </w:pPr>
      <w:r/>
      <w:hyperlink r:id="rId10">
        <w:r>
          <w:rPr>
            <w:color w:val="0000EE"/>
            <w:u w:val="single"/>
          </w:rPr>
          <w:t>https://balleralert.com/profiles/blogs/elon-musk-alters-xs-block-feature-diminishing-user-privacy-and-protection/</w:t>
        </w:r>
      </w:hyperlink>
      <w:r>
        <w:t xml:space="preserve"> - Highlights the criticism from users and advocacy groups, including the impact on women, LGBTQ+ individuals, and marginalized communities who rely on the block feature for safety.</w:t>
      </w:r>
      <w:r/>
    </w:p>
    <w:p>
      <w:pPr>
        <w:pStyle w:val="ListNumber"/>
        <w:spacing w:line="240" w:lineRule="auto"/>
        <w:ind w:left="720"/>
      </w:pPr>
      <w:r/>
      <w:hyperlink r:id="rId11">
        <w:r>
          <w:rPr>
            <w:color w:val="0000EE"/>
            <w:u w:val="single"/>
          </w:rPr>
          <w:t>https://mashable.com/article/x-moving-forward-with-blocking-changes-dangerous-for-users</w:t>
        </w:r>
      </w:hyperlink>
      <w:r>
        <w:t xml:space="preserve"> - Discusses the necessity of the block feature as a safety measure, especially during instances of mass doxxing or severe online abuse, and its critical role for establishing online boundaries.</w:t>
      </w:r>
      <w:r/>
    </w:p>
    <w:p>
      <w:pPr>
        <w:pStyle w:val="ListNumber"/>
        <w:spacing w:line="240" w:lineRule="auto"/>
        <w:ind w:left="720"/>
      </w:pPr>
      <w:r/>
      <w:hyperlink r:id="rId12">
        <w:r>
          <w:rPr>
            <w:color w:val="0000EE"/>
            <w:u w:val="single"/>
          </w:rPr>
          <w:t>https://berkeleybeacon.com/elon-musk-must-be-stopped/</w:t>
        </w:r>
      </w:hyperlink>
      <w:r>
        <w:t xml:space="preserve"> - Addresses the contradiction in Elon Musk's stance on blocking and free speech, and the historical context of blocking on social media platforms, including legal precedents.</w:t>
      </w:r>
      <w:r/>
    </w:p>
    <w:p>
      <w:pPr>
        <w:pStyle w:val="ListNumber"/>
        <w:spacing w:line="240" w:lineRule="auto"/>
        <w:ind w:left="720"/>
      </w:pPr>
      <w:r/>
      <w:hyperlink r:id="rId13">
        <w:r>
          <w:rPr>
            <w:color w:val="0000EE"/>
            <w:u w:val="single"/>
          </w:rPr>
          <w:t>https://www.business-standard.com/technology/tech-news/x-changes-blocking-rules-sparking-fears-of-harassment-and-privacy-risks-124101701033_1.html</w:t>
        </w:r>
      </w:hyperlink>
      <w:r>
        <w:t xml:space="preserve"> - Mentions the alignment of the new policy with X's effort to foster transparency and open dialogue, despite the concerns it raises about user safety and potential misuse.</w:t>
      </w:r>
      <w:r/>
    </w:p>
    <w:p>
      <w:pPr>
        <w:pStyle w:val="ListNumber"/>
        <w:spacing w:line="240" w:lineRule="auto"/>
        <w:ind w:left="720"/>
      </w:pPr>
      <w:r/>
      <w:hyperlink r:id="rId14">
        <w:r>
          <w:rPr>
            <w:color w:val="0000EE"/>
            <w:u w:val="single"/>
          </w:rPr>
          <w:t>https://www.theverge.com/2024/9/23/24252438/x-blocked-users-view-public-posts</w:t>
        </w:r>
      </w:hyperlink>
      <w:r>
        <w:t xml:space="preserve"> - Provides context on why the block feature change is being implemented, including the argument that users can already access posts through other means.</w:t>
      </w:r>
      <w:r/>
    </w:p>
    <w:p>
      <w:pPr>
        <w:pStyle w:val="ListNumber"/>
        <w:spacing w:line="240" w:lineRule="auto"/>
        <w:ind w:left="720"/>
      </w:pPr>
      <w:r/>
      <w:hyperlink r:id="rId11">
        <w:r>
          <w:rPr>
            <w:color w:val="0000EE"/>
            <w:u w:val="single"/>
          </w:rPr>
          <w:t>https://mashable.com/article/x-moving-forward-with-blocking-changes-dangerous-for-users</w:t>
        </w:r>
      </w:hyperlink>
      <w:r>
        <w:t xml:space="preserve"> - Compares X's approach to other social media platforms like Instagram and Facebook, which have implemented more protective features to address online harassment.</w:t>
      </w:r>
      <w:r/>
    </w:p>
    <w:p>
      <w:pPr>
        <w:pStyle w:val="ListNumber"/>
        <w:spacing w:line="240" w:lineRule="auto"/>
        <w:ind w:left="720"/>
      </w:pPr>
      <w:r/>
      <w:hyperlink r:id="rId15">
        <w:r>
          <w:rPr>
            <w:color w:val="0000EE"/>
            <w:u w:val="single"/>
          </w:rPr>
          <w:t>https://www.irishnews.com/news/uk/x-accused-of-lack-of-care-for-women-and-girls-over-blocking-feature-change-Z4IDPYBYVRNKFOLS37OBR2PZLA/</w:t>
        </w:r>
      </w:hyperlink>
      <w:r>
        <w:t xml:space="preserve"> - Please view link - unable to able to access data</w:t>
      </w:r>
      <w:r/>
    </w:p>
    <w:p>
      <w:pPr>
        <w:pStyle w:val="ListNumber"/>
        <w:spacing w:line="240" w:lineRule="auto"/>
        <w:ind w:left="720"/>
      </w:pPr>
      <w:r/>
      <w:hyperlink r:id="rId16">
        <w:r>
          <w:rPr>
            <w:color w:val="0000EE"/>
            <w:u w:val="single"/>
          </w:rPr>
          <w:t>https://nichegamer.com/x-terms-of-service-may-remove-artists-ability-to-opt-out-of-ai-training/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alleralert.com/profiles/blogs/elon-musk-alters-xs-block-feature-diminishing-user-privacy-and-protection/" TargetMode="External"/><Relationship Id="rId11" Type="http://schemas.openxmlformats.org/officeDocument/2006/relationships/hyperlink" Target="https://mashable.com/article/x-moving-forward-with-blocking-changes-dangerous-for-users" TargetMode="External"/><Relationship Id="rId12" Type="http://schemas.openxmlformats.org/officeDocument/2006/relationships/hyperlink" Target="https://berkeleybeacon.com/elon-musk-must-be-stopped/" TargetMode="External"/><Relationship Id="rId13" Type="http://schemas.openxmlformats.org/officeDocument/2006/relationships/hyperlink" Target="https://www.business-standard.com/technology/tech-news/x-changes-blocking-rules-sparking-fears-of-harassment-and-privacy-risks-124101701033_1.html" TargetMode="External"/><Relationship Id="rId14" Type="http://schemas.openxmlformats.org/officeDocument/2006/relationships/hyperlink" Target="https://www.theverge.com/2024/9/23/24252438/x-blocked-users-view-public-posts" TargetMode="External"/><Relationship Id="rId15" Type="http://schemas.openxmlformats.org/officeDocument/2006/relationships/hyperlink" Target="https://www.irishnews.com/news/uk/x-accused-of-lack-of-care-for-women-and-girls-over-blocking-feature-change-Z4IDPYBYVRNKFOLS37OBR2PZLA/" TargetMode="External"/><Relationship Id="rId16" Type="http://schemas.openxmlformats.org/officeDocument/2006/relationships/hyperlink" Target="https://nichegamer.com/x-terms-of-service-may-remove-artists-ability-to-opt-out-of-ai-trai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