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unveils sci-fi-inspired technologies at Tesla's 'We, Robot'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 recently showcased a range of innovative yet distinctly sci-fi-inspired technologies at Tesla's "We, Robot" event. Held in Texas, a state that is keenly observing Musk's expansion into its territory, the presentation featured the debut of two major projects: the Optimus humanoid robots and the Cybercab. Despite the high expectations set by Musk for these futuristic inventions, the showcase has been met with mixed reactions, particularly focusing on its conceptual roots in dystopian science fiction.</w:t>
      </w:r>
      <w:r/>
    </w:p>
    <w:p>
      <w:r/>
      <w:r>
        <w:t>The Optimus robots, touted as autonomous machines capable of aiding in tasks like laundry folding, were a central feature of the event. However, their design drew comparisons to sinister robots from films like "Mitchells vs. The Machines" and "I, Robot," with some observers expressing concerns over their unsettling appearance. Alex Proyas, director of "I, Robot," even humorously commented on social media about the uncanny resemblance his film's robots have with Tesla’s creations, sparking a playful debate online. Unfortunately, the robots' limited functionality at the event—merely waving and moving awkwardly—was noted by attendees and analysts, contrasting sharply with the ambitious capabilities Musk had promised.</w:t>
      </w:r>
      <w:r/>
    </w:p>
    <w:p>
      <w:r/>
      <w:r>
        <w:t>In addition to the humanoid robots, the Cybercab was introduced as Tesla's entry in the self-driving vehicle market. Resembling a cross between iconic vehicles like the DeLorean and elements of "Blade Runner," this autonomous taxi is part of Musk's vision for the future of urban transport. Designed without steering wheels and pedals, the vehicle's futuristic aesthetic overshadows its current lack of operational integration into everyday transport. According to Musk, these vehicles could be operational by 2026 and available for under $30,000. However, scepticism persists, pointing to Tesla's previous ambitious timelines, such as the unfulfilled promise of robotaxis by 2020.</w:t>
      </w:r>
      <w:r/>
    </w:p>
    <w:p>
      <w:r/>
      <w:r>
        <w:t>Reactions to the event have highlighted the apparent reliance on sci-fi narratives and aesthetics. Critics argue that Tesla is drawing heavily from classic science-fiction motifs without clear evidence of practical application. The presentation of these innovations alongside references to films like "Back to the Future" and "Blade Runner" has led some to question whether Tesla's latest initiatives are more nostalgic homage than groundbreaking technology.</w:t>
      </w:r>
      <w:r/>
    </w:p>
    <w:p>
      <w:r/>
      <w:r>
        <w:t>Ultimately, while the showcase was a visually engaging spectacle, it has raised questions about the balance between innovation and functionality in Tesla's current roadmap. As with many of Musk's projects, there is considerable interest and debate over whether these visions of the future will be realised effectively, or remain tantalising glimpses of what could be. The event has certainly captured the public's imagination, even as it waits to see if these futuristic fantasies materialise on a practical level.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https://www.youtube.com/watch?v=Mu-eK72ioDk</w:t>
        </w:r>
      </w:hyperlink>
      <w:r>
        <w:t xml:space="preserve"> - This link corroborates the debut of the Optimus humanoid robots and the Cybercab (referred to as Robotaxi) at Tesla's 'We, Robot' event, including their autonomous capabilities and futuristic designs.</w:t>
      </w:r>
      <w:r/>
    </w:p>
    <w:p>
      <w:pPr>
        <w:pStyle w:val="ListNumber"/>
        <w:spacing w:line="240" w:lineRule="auto"/>
        <w:ind w:left="720"/>
      </w:pPr>
      <w:r/>
      <w:hyperlink r:id="rId11">
        <w:r>
          <w:rPr>
            <w:color w:val="0000EE"/>
            <w:u w:val="single"/>
          </w:rPr>
          <w:t>https://www.youtube.com/watch?v=qSrZBqINi1k</w:t>
        </w:r>
      </w:hyperlink>
      <w:r>
        <w:t xml:space="preserve"> - This link provides details on the Optimus robots' interactions at the event, such as serving drinks and handing out gift bags, and discusses the Robo taxis and their expected availability by 2026 or 2027.</w:t>
      </w:r>
      <w:r/>
    </w:p>
    <w:p>
      <w:pPr>
        <w:pStyle w:val="ListNumber"/>
        <w:spacing w:line="240" w:lineRule="auto"/>
        <w:ind w:left="720"/>
      </w:pPr>
      <w:r/>
      <w:hyperlink r:id="rId12">
        <w:r>
          <w:rPr>
            <w:color w:val="0000EE"/>
            <w:u w:val="single"/>
          </w:rPr>
          <w:t>https://www.cnet.com/videos/elon-musk-shares-vision-for-optimus-robots-at-we-robot-event/</w:t>
        </w:r>
      </w:hyperlink>
      <w:r>
        <w:t xml:space="preserve"> - This link supports the information about Elon Musk's vision for the Optimus robots, their capabilities, and the public's interaction with them at the 'We, Robot' event.</w:t>
      </w:r>
      <w:r/>
    </w:p>
    <w:p>
      <w:pPr>
        <w:pStyle w:val="ListNumber"/>
        <w:spacing w:line="240" w:lineRule="auto"/>
        <w:ind w:left="720"/>
      </w:pPr>
      <w:r/>
      <w:hyperlink r:id="rId13">
        <w:r>
          <w:rPr>
            <w:color w:val="0000EE"/>
            <w:u w:val="single"/>
          </w:rPr>
          <w:t>https://techcrunch.com/2024/10/10/robovan-was-the-biggest-surprise-at-tesla-we-robot-event/</w:t>
        </w:r>
      </w:hyperlink>
      <w:r>
        <w:t xml:space="preserve"> - This link details the introduction of the Robovan, an autonomous vehicle designed for transporting people and goods, and its futuristic design, although it does not mention the Cybercab specifically.</w:t>
      </w:r>
      <w:r/>
    </w:p>
    <w:p>
      <w:pPr>
        <w:pStyle w:val="ListNumber"/>
        <w:spacing w:line="240" w:lineRule="auto"/>
        <w:ind w:left="720"/>
      </w:pPr>
      <w:r/>
      <w:hyperlink r:id="rId14">
        <w:r>
          <w:rPr>
            <w:color w:val="0000EE"/>
            <w:u w:val="single"/>
          </w:rPr>
          <w:t>https://www.youtube.com/watch?v=ZAelQd9B-bk</w:t>
        </w:r>
      </w:hyperlink>
      <w:r>
        <w:t xml:space="preserve"> - This link showcases Elon Musk unveiling the Robotaxi and Robovan at the 'We, Robot' event, highlighting their autonomous features and futuristic aesthetics.</w:t>
      </w:r>
      <w:r/>
    </w:p>
    <w:p>
      <w:pPr>
        <w:pStyle w:val="ListNumber"/>
        <w:spacing w:line="240" w:lineRule="auto"/>
        <w:ind w:left="720"/>
      </w:pPr>
      <w:r/>
      <w:hyperlink r:id="rId12">
        <w:r>
          <w:rPr>
            <w:color w:val="0000EE"/>
            <w:u w:val="single"/>
          </w:rPr>
          <w:t>https://www.cnet.com/videos/elon-musk-shares-vision-for-optimus-robots-at-we-robot-event/</w:t>
        </w:r>
      </w:hyperlink>
      <w:r>
        <w:t xml:space="preserve"> - This link explains the Optimus robots' potential tasks, such as laundry folding, and Musk's vision for their integration into daily life, contrasting with their limited functionality at the event.</w:t>
      </w:r>
      <w:r/>
    </w:p>
    <w:p>
      <w:pPr>
        <w:pStyle w:val="ListNumber"/>
        <w:spacing w:line="240" w:lineRule="auto"/>
        <w:ind w:left="720"/>
      </w:pPr>
      <w:r/>
      <w:hyperlink r:id="rId11">
        <w:r>
          <w:rPr>
            <w:color w:val="0000EE"/>
            <w:u w:val="single"/>
          </w:rPr>
          <w:t>https://www.youtube.com/watch?v=qSrZBqINi1k</w:t>
        </w:r>
      </w:hyperlink>
      <w:r>
        <w:t xml:space="preserve"> - This link discusses the mixed reactions to the event, including concerns over the robots' appearance and functionality, and the skepticism about Tesla's timelines for operational deployment.</w:t>
      </w:r>
      <w:r/>
    </w:p>
    <w:p>
      <w:pPr>
        <w:pStyle w:val="ListNumber"/>
        <w:spacing w:line="240" w:lineRule="auto"/>
        <w:ind w:left="720"/>
      </w:pPr>
      <w:r/>
      <w:hyperlink r:id="rId13">
        <w:r>
          <w:rPr>
            <w:color w:val="0000EE"/>
            <w:u w:val="single"/>
          </w:rPr>
          <w:t>https://techcrunch.com/2024/10/10/robovan-was-the-biggest-surprise-at-tesla-we-robot-event/</w:t>
        </w:r>
      </w:hyperlink>
      <w:r>
        <w:t xml:space="preserve"> - This link highlights the futuristic design of the Robovan and its comparison to other sci-fi inspired vehicles, aligning with the theme of sci-fi narratives and aesthetics at the event.</w:t>
      </w:r>
      <w:r/>
    </w:p>
    <w:p>
      <w:pPr>
        <w:pStyle w:val="ListNumber"/>
        <w:spacing w:line="240" w:lineRule="auto"/>
        <w:ind w:left="720"/>
      </w:pPr>
      <w:r/>
      <w:hyperlink r:id="rId12">
        <w:r>
          <w:rPr>
            <w:color w:val="0000EE"/>
            <w:u w:val="single"/>
          </w:rPr>
          <w:t>https://www.cnet.com/videos/elon-musk-shares-vision-for-optimus-robots-at-we-robot-event/</w:t>
        </w:r>
      </w:hyperlink>
      <w:r>
        <w:t xml:space="preserve"> - This link addresses the reliance on sci-fi narratives and aesthetics in Tesla's presentations, including references to films like 'I, Robot' and 'Blade Runner'.</w:t>
      </w:r>
      <w:r/>
    </w:p>
    <w:p>
      <w:pPr>
        <w:pStyle w:val="ListNumber"/>
        <w:spacing w:line="240" w:lineRule="auto"/>
        <w:ind w:left="720"/>
      </w:pPr>
      <w:r/>
      <w:hyperlink r:id="rId10">
        <w:r>
          <w:rPr>
            <w:color w:val="0000EE"/>
            <w:u w:val="single"/>
          </w:rPr>
          <w:t>https://www.youtube.com/watch?v=Mu-eK72ioDk</w:t>
        </w:r>
      </w:hyperlink>
      <w:r>
        <w:t xml:space="preserve"> - This link supports the discussion on the balance between innovation and functionality in Tesla's current roadmap, as well as the public's interest and debate over the practical application of these technologies.</w:t>
      </w:r>
      <w:r/>
    </w:p>
    <w:p>
      <w:pPr>
        <w:pStyle w:val="ListNumber"/>
        <w:spacing w:line="240" w:lineRule="auto"/>
        <w:ind w:left="720"/>
      </w:pPr>
      <w:r/>
      <w:hyperlink r:id="rId11">
        <w:r>
          <w:rPr>
            <w:color w:val="0000EE"/>
            <w:u w:val="single"/>
          </w:rPr>
          <w:t>https://www.youtube.com/watch?v=qSrZBqINi1k</w:t>
        </w:r>
      </w:hyperlink>
      <w:r>
        <w:t xml:space="preserve"> - This link provides context on the event's location and the public's reaction, highlighting the visual spectacle and the ongoing debate about whether these visions will be realized effectively.</w:t>
      </w:r>
      <w:r/>
    </w:p>
    <w:p>
      <w:pPr>
        <w:pStyle w:val="ListNumber"/>
        <w:spacing w:line="240" w:lineRule="auto"/>
        <w:ind w:left="720"/>
      </w:pPr>
      <w:r/>
      <w:hyperlink r:id="rId15">
        <w:r>
          <w:rPr>
            <w:color w:val="0000EE"/>
            <w:u w:val="single"/>
          </w:rPr>
          <w:t>https://710keel.com/ixp/63/p/texas-tesla-spacex/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Mu-eK72ioDk" TargetMode="External"/><Relationship Id="rId11" Type="http://schemas.openxmlformats.org/officeDocument/2006/relationships/hyperlink" Target="https://www.youtube.com/watch?v=qSrZBqINi1k" TargetMode="External"/><Relationship Id="rId12" Type="http://schemas.openxmlformats.org/officeDocument/2006/relationships/hyperlink" Target="https://www.cnet.com/videos/elon-musk-shares-vision-for-optimus-robots-at-we-robot-event/" TargetMode="External"/><Relationship Id="rId13" Type="http://schemas.openxmlformats.org/officeDocument/2006/relationships/hyperlink" Target="https://techcrunch.com/2024/10/10/robovan-was-the-biggest-surprise-at-tesla-we-robot-event/" TargetMode="External"/><Relationship Id="rId14" Type="http://schemas.openxmlformats.org/officeDocument/2006/relationships/hyperlink" Target="https://www.youtube.com/watch?v=ZAelQd9B-bk" TargetMode="External"/><Relationship Id="rId15" Type="http://schemas.openxmlformats.org/officeDocument/2006/relationships/hyperlink" Target="https://710keel.com/ixp/63/p/texas-tesla-spac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