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ERoad launches Clarity Edge AI dashcam to enhance fleet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ERoad, a leader in fleet management technology, has unveiled its latest innovation, the Clarity Edge AI Dashcam. Positioned as a comprehensive, video-based solution, the dashcam aims to advance safety and enhance fleet management programmes for commercial trucking operations. The product was announced recently and is gaining attention for its ambitious promise to transform how fleets monitor and improve driver behaviour.</w:t>
      </w:r>
      <w:r/>
    </w:p>
    <w:p>
      <w:r/>
      <w:r>
        <w:t>The Clarity Edge AI Dashcam is designed to integrate seamlessly within a single fleet management platform, offering advanced features related to driver behaviour, distraction management, and fatigue detection. ERoad has developed this product to cater to various needs through three distinct AI-based video monitoring packages – Road AI, Driver AI, and Fatigue AI. Each package provides fleet managers with the tools necessary to observe and address a spectrum of driving behaviours effectively.</w:t>
      </w:r>
      <w:r/>
    </w:p>
    <w:p>
      <w:r/>
      <w:r>
        <w:t>Key attributes of the Clarity Edge system include the capture of critical driving events in high-definition video, alongside user-friendly video sharing capabilities. The dashcam allows for customizable monitoring options, letting fleet managers tailor the system to their specific safety priorities and operational requirements. It also introduces real-time alerts with in-cab voice notifications, which are meant to help drivers remain attentive to their driving.</w:t>
      </w:r>
      <w:r/>
    </w:p>
    <w:p>
      <w:r/>
      <w:r>
        <w:t>For managers, the system boasts a sophisticated risk management process, including notifications and escalation options, purportedly simplifying the review process with automated behavioural tags. This technology aims to enable a quicker and more efficient examination of driving incidents, potentially reducing response times and corrective actions.</w:t>
      </w:r>
      <w:r/>
    </w:p>
    <w:p>
      <w:r/>
      <w:r>
        <w:t>Highlighting the increasing importance of such technology, ERoad references industry data indicating that distracted driving incidents resulted in nearly 300,000 injuries in 2023, accruing approximately $98 billion in damages, liability, and legal expenses. These statistics underscore the critical need for interventions such as AI-driven dashcams to mitigate risks associated with distracted or unsafe driving behaviours.</w:t>
      </w:r>
      <w:r/>
    </w:p>
    <w:p>
      <w:r/>
      <w:r>
        <w:t>Akinyemi Koyi, the president of product and strategy at ERoad, emphasised the dual benefits of the Clarity Edge system for both fleet managers and drivers. "Our easy-to-use and intuitive video portal lets managers see driver behaviours at a glance, while enabling them to investigate further with automated tagging and event timelines for rich context," he stated. Koyi also noted that configurable in-cab alerts are designed to keep drivers focused in real time. Integrating Clarity Edge with ERoad's complete suite of telematics solutions, Koyi believes, provides an ideal platform for enhancing driver safety and coaching programmes.</w:t>
      </w:r>
      <w:r/>
    </w:p>
    <w:p>
      <w:r/>
      <w:r>
        <w:t>The product's robustness is highlighted by ERoad's customer trial data, which suggests that 99.3% of driver behaviour events detected by Clarity Edge might have gone unnoticed with standard dashcams or telematics systems. This figure suggests that the integration of AI technology significantly elevates the capability of dashcams to identify and address potential on-road risks effectively.</w:t>
      </w:r>
      <w:r/>
    </w:p>
    <w:p>
      <w:r/>
      <w:r>
        <w:t>As ERoad continues to push the boundaries of fleet safety technology with the introduction of Clarity Edge, the trucking and commercial fleet sectors may find themselves at the cusp of a new era in driver safety management. The company's latest offering is poised to contribute substantially to safer roads by helping fleets actively monitor and improve upon driving standards across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https://www.worktruckonline.com/10228542/eroad-introduces-clarity-edge-ai-dashcam</w:t>
        </w:r>
      </w:hyperlink>
      <w:r>
        <w:t xml:space="preserve"> - Corroborates the introduction of Clarity Edge AI Dashcam and its features for enhancing fleet safety and management.</w:t>
      </w:r>
      <w:r/>
    </w:p>
    <w:p>
      <w:pPr>
        <w:pStyle w:val="ListNumber"/>
        <w:spacing w:line="240" w:lineRule="auto"/>
        <w:ind w:left="720"/>
      </w:pPr>
      <w:r/>
      <w:hyperlink r:id="rId11">
        <w:r>
          <w:rPr>
            <w:color w:val="0000EE"/>
            <w:u w:val="single"/>
          </w:rPr>
          <w:t>https://www.ccjdigital.com/technology/video/15704780/a-new-dash-camera-from-eroad-a-transportation-management-system-for-freight-brokers-and-more</w:t>
        </w:r>
      </w:hyperlink>
      <w:r>
        <w:t xml:space="preserve"> - Supports the details of Clarity Edge AI Dashcam, including its AI-based video monitoring packages and key features.</w:t>
      </w:r>
      <w:r/>
    </w:p>
    <w:p>
      <w:pPr>
        <w:pStyle w:val="ListNumber"/>
        <w:spacing w:line="240" w:lineRule="auto"/>
        <w:ind w:left="720"/>
      </w:pPr>
      <w:r/>
      <w:hyperlink r:id="rId12">
        <w:r>
          <w:rPr>
            <w:color w:val="0000EE"/>
            <w:u w:val="single"/>
          </w:rPr>
          <w:t>https://www.prnewswire.com/news-releases/eroad-introduces-clarity-edge-ai-dashcam-helping-fleets-enhance-safety-and-fleet-management-programs-with-road-driver-and-fatigue-ai-technology-302250654.html</w:t>
        </w:r>
      </w:hyperlink>
      <w:r>
        <w:t xml:space="preserve"> - Provides information on the announcement of Clarity Edge AI Dashcam and its integration within a single fleet management platform.</w:t>
      </w:r>
      <w:r/>
    </w:p>
    <w:p>
      <w:pPr>
        <w:pStyle w:val="ListNumber"/>
        <w:spacing w:line="240" w:lineRule="auto"/>
        <w:ind w:left="720"/>
      </w:pPr>
      <w:r/>
      <w:hyperlink r:id="rId13">
        <w:r>
          <w:rPr>
            <w:color w:val="0000EE"/>
            <w:u w:val="single"/>
          </w:rPr>
          <w:t>https://www.eroad.com/products/clarity-edge/</w:t>
        </w:r>
      </w:hyperlink>
      <w:r>
        <w:t xml:space="preserve"> - Details the capabilities of Clarity Edge AI Dashcam, including Road AI, Driver AI, and Fatigue AI packages.</w:t>
      </w:r>
      <w:r/>
    </w:p>
    <w:p>
      <w:pPr>
        <w:pStyle w:val="ListNumber"/>
        <w:spacing w:line="240" w:lineRule="auto"/>
        <w:ind w:left="720"/>
      </w:pPr>
      <w:r/>
      <w:hyperlink r:id="rId14">
        <w:r>
          <w:rPr>
            <w:color w:val="0000EE"/>
            <w:u w:val="single"/>
          </w:rPr>
          <w:t>https://www.eroad.com/resource/clarity-edge-product-sheet/</w:t>
        </w:r>
      </w:hyperlink>
      <w:r>
        <w:t xml:space="preserve"> - Offers a product sheet that outlines the features and benefits of Clarity Edge AI Dashcam, including automated voice coaching.</w:t>
      </w:r>
      <w:r/>
    </w:p>
    <w:p>
      <w:pPr>
        <w:pStyle w:val="ListNumber"/>
        <w:spacing w:line="240" w:lineRule="auto"/>
        <w:ind w:left="720"/>
      </w:pPr>
      <w:r/>
      <w:hyperlink r:id="rId10">
        <w:r>
          <w:rPr>
            <w:color w:val="0000EE"/>
            <w:u w:val="single"/>
          </w:rPr>
          <w:t>https://www.worktruckonline.com/10228542/eroad-introduces-clarity-edge-ai-dashcam</w:t>
        </w:r>
      </w:hyperlink>
      <w:r>
        <w:t xml:space="preserve"> - Corroborates the capture of critical driving events in high-definition video and user-friendly video sharing capabilities.</w:t>
      </w:r>
      <w:r/>
    </w:p>
    <w:p>
      <w:pPr>
        <w:pStyle w:val="ListNumber"/>
        <w:spacing w:line="240" w:lineRule="auto"/>
        <w:ind w:left="720"/>
      </w:pPr>
      <w:r/>
      <w:hyperlink r:id="rId11">
        <w:r>
          <w:rPr>
            <w:color w:val="0000EE"/>
            <w:u w:val="single"/>
          </w:rPr>
          <w:t>https://www.ccjdigital.com/technology/video/15704780/a-new-dash-camera-from-eroad-a-transportation-management-system-for-freight-brokers-and-more</w:t>
        </w:r>
      </w:hyperlink>
      <w:r>
        <w:t xml:space="preserve"> - Supports the customizable monitoring options and real-time alerts with in-cab voice notifications.</w:t>
      </w:r>
      <w:r/>
    </w:p>
    <w:p>
      <w:pPr>
        <w:pStyle w:val="ListNumber"/>
        <w:spacing w:line="240" w:lineRule="auto"/>
        <w:ind w:left="720"/>
      </w:pPr>
      <w:r/>
      <w:hyperlink r:id="rId12">
        <w:r>
          <w:rPr>
            <w:color w:val="0000EE"/>
            <w:u w:val="single"/>
          </w:rPr>
          <w:t>https://www.prnewswire.com/news-releases/eroad-introduces-clarity-edge-ai-dashcam-helping-fleets-enhance-safety-and-fleet-management-programs-with-road-driver-and-fatigue-ai-technology-302250654.html</w:t>
        </w:r>
      </w:hyperlink>
      <w:r>
        <w:t xml:space="preserve"> - Details the sophisticated risk management process, including notifications and escalation options, and automated behavioral tags.</w:t>
      </w:r>
      <w:r/>
    </w:p>
    <w:p>
      <w:pPr>
        <w:pStyle w:val="ListNumber"/>
        <w:spacing w:line="240" w:lineRule="auto"/>
        <w:ind w:left="720"/>
      </w:pPr>
      <w:r/>
      <w:hyperlink r:id="rId10">
        <w:r>
          <w:rPr>
            <w:color w:val="0000EE"/>
            <w:u w:val="single"/>
          </w:rPr>
          <w:t>https://www.worktruckonline.com/10228542/eroad-introduces-clarity-edge-ai-dashcam</w:t>
        </w:r>
      </w:hyperlink>
      <w:r>
        <w:t xml:space="preserve"> - References industry data on distracted driving incidents and their associated costs, highlighting the need for AI-driven dashcams.</w:t>
      </w:r>
      <w:r/>
    </w:p>
    <w:p>
      <w:pPr>
        <w:pStyle w:val="ListNumber"/>
        <w:spacing w:line="240" w:lineRule="auto"/>
        <w:ind w:left="720"/>
      </w:pPr>
      <w:r/>
      <w:hyperlink r:id="rId12">
        <w:r>
          <w:rPr>
            <w:color w:val="0000EE"/>
            <w:u w:val="single"/>
          </w:rPr>
          <w:t>https://www.prnewswire.com/news-releases/eroad-introduces-clarity-edge-ai-dashcam-helping-fleets-enhance-safety-and-fleet-management-programs-with-road-driver-and-fatigue-ai-technology-302250654.html</w:t>
        </w:r>
      </w:hyperlink>
      <w:r>
        <w:t xml:space="preserve"> - Quotes Akinyemi Koyi on the benefits of Clarity Edge for both fleet managers and drivers, and its integration with EROAD's telematics solutions.</w:t>
      </w:r>
      <w:r/>
    </w:p>
    <w:p>
      <w:pPr>
        <w:pStyle w:val="ListNumber"/>
        <w:spacing w:line="240" w:lineRule="auto"/>
        <w:ind w:left="720"/>
      </w:pPr>
      <w:r/>
      <w:hyperlink r:id="rId10">
        <w:r>
          <w:rPr>
            <w:color w:val="0000EE"/>
            <w:u w:val="single"/>
          </w:rPr>
          <w:t>https://www.worktruckonline.com/10228542/eroad-introduces-clarity-edge-ai-dashcam</w:t>
        </w:r>
      </w:hyperlink>
      <w:r>
        <w:t xml:space="preserve"> - Provides customer trial data indicating that 99.3% of driver behavior events detected by Clarity Edge might have gone unnoticed with standard dashcams or telematics systems.</w:t>
      </w:r>
      <w:r/>
    </w:p>
    <w:p>
      <w:pPr>
        <w:pStyle w:val="ListNumber"/>
        <w:spacing w:line="240" w:lineRule="auto"/>
        <w:ind w:left="720"/>
      </w:pPr>
      <w:r/>
      <w:hyperlink r:id="rId15">
        <w:r>
          <w:rPr>
            <w:color w:val="0000EE"/>
            <w:u w:val="single"/>
          </w:rPr>
          <w:t>https://www.fleetequipmentmag.com/eroad-clarity-edge-ai-dashcam/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rktruckonline.com/10228542/eroad-introduces-clarity-edge-ai-dashcam" TargetMode="External"/><Relationship Id="rId11" Type="http://schemas.openxmlformats.org/officeDocument/2006/relationships/hyperlink" Target="https://www.ccjdigital.com/technology/video/15704780/a-new-dash-camera-from-eroad-a-transportation-management-system-for-freight-brokers-and-more" TargetMode="External"/><Relationship Id="rId12" Type="http://schemas.openxmlformats.org/officeDocument/2006/relationships/hyperlink" Target="https://www.prnewswire.com/news-releases/eroad-introduces-clarity-edge-ai-dashcam-helping-fleets-enhance-safety-and-fleet-management-programs-with-road-driver-and-fatigue-ai-technology-302250654.html" TargetMode="External"/><Relationship Id="rId13" Type="http://schemas.openxmlformats.org/officeDocument/2006/relationships/hyperlink" Target="https://www.eroad.com/products/clarity-edge/" TargetMode="External"/><Relationship Id="rId14" Type="http://schemas.openxmlformats.org/officeDocument/2006/relationships/hyperlink" Target="https://www.eroad.com/resource/clarity-edge-product-sheet/" TargetMode="External"/><Relationship Id="rId15" Type="http://schemas.openxmlformats.org/officeDocument/2006/relationships/hyperlink" Target="https://www.fleetequipmentmag.com/eroad-clarity-edge-ai-dashc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