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role of AI in enhancing YouTube video production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intriguing exploration of artificial intelligence (AI) applications, a series of AI tools have been tested for their utility in enhancing productivity for content creators, particularly within the realm of YouTube video production. David Gewirtz, a writer and video creator, recently documented his experience using AI technology to overcome common challenges associated with producing video content.</w:t>
      </w:r>
      <w:r/>
    </w:p>
    <w:p>
      <w:r/>
      <w:r>
        <w:t>The central focus of Gewirtz's project was an unboxing video of the Anycubic Kobra 3 Combo, a 3D printer capable of printing in multiple colours simultaneously. Unboxing videos, popular among YouTube audiences for their engaging format and detailed exploration of new products, present certain filming challenges, such as ensuring the subject remains within the camera frame during spontaneous movements. Gewirtz tackled this issue with the Hohem iSteady v3 gimbal, an AI-powered device he purchased for $100. The gimbal, equipped with an AI module, effectively tracked Gewirtz's movements around his workshop, addressing the common problem of drifting out of frame.</w:t>
      </w:r>
      <w:r/>
    </w:p>
    <w:p>
      <w:r/>
      <w:r>
        <w:t>The iSteady v3 gimbal's AI capabilities allowed for adaptive tracking without the necessity of an accompanying app, recognising simple hand gestures to adjust filming modes and track movements. This feature proved crucial as Gewirtz navigated around obstructive workbenches and boxes during the filming process. Additional filming was conducted using a series of iPhones and iPads, strategically placed for comprehensive coverage and real-time monitoring.</w:t>
      </w:r>
      <w:r/>
    </w:p>
    <w:p>
      <w:r/>
      <w:r>
        <w:t>For transcription purposes, Gewirtz utilised MacOS's Voice Memos app within the latest version of the operating system, Sequoia. By exporting the audio from his edited video and dragging the file into Voice Memos, he initiated an automatic transcription process. Although the transcription was not flawless—failing to accurately capture names and product details—it sufficed for basic captioning needs without incurring costs associated with premium transcription services.</w:t>
      </w:r>
      <w:r/>
    </w:p>
    <w:p>
      <w:r/>
      <w:r>
        <w:t>Leveraging AI for additional post-production tasks, Gewirtz employed OpenAI's ChatGPT to generate video titles, descriptions, and tags. Despite not being able to "watch" the video, ChatGPT analysed the transcribed text to suggest potential titles and descriptions, proving a helpful resource even if not on par with commercial tools like TubeBuddy for tag optimisation.</w:t>
      </w:r>
      <w:r/>
    </w:p>
    <w:p>
      <w:r/>
      <w:r>
        <w:t>Reflecting on the efficacy of the AI tools, Gewirtz graded the Hohem iSteady v3 gimbal with an 'A', underscoring its effectiveness in motion tracking. The Voice Memos transcription feature received a 'C', acknowledging basic functionality but highlighting accuracy limitations. ChatGPT received a 'B+', praised for generating useful content suggestions but noted as being less efficient than manual writing for professionals versed in content creation.</w:t>
      </w:r>
      <w:r/>
    </w:p>
    <w:p>
      <w:r/>
      <w:r>
        <w:t>The integration of these AI tools illustrates the growing trend of using machine learning technologies to streamline video production, offering creators innovative solutions to long-standing challenges. While Gewirtz may continue to rely on his adept writing skills for most tasks, his exploration underscores the potential role AI can play in augmenting creative workflows for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https://tubeonai.com/ai-tools-for-youtube-creators/</w:t>
        </w:r>
      </w:hyperlink>
      <w:r>
        <w:t xml:space="preserve"> - This article discusses various AI tools for YouTube creators, including those for video editing, content planning, and transcription, which aligns with the use of AI in video production and post-production tasks.</w:t>
      </w:r>
      <w:r/>
    </w:p>
    <w:p>
      <w:pPr>
        <w:pStyle w:val="ListNumber"/>
        <w:spacing w:line="240" w:lineRule="auto"/>
        <w:ind w:left="720"/>
      </w:pPr>
      <w:r/>
      <w:hyperlink r:id="rId11">
        <w:r>
          <w:rPr>
            <w:color w:val="0000EE"/>
            <w:u w:val="single"/>
          </w:rPr>
          <w:t>https://www.youtube.com/watch?v=0liYSIOrt9w</w:t>
        </w:r>
      </w:hyperlink>
      <w:r>
        <w:t xml:space="preserve"> - This video covers top AI tools for creators, including Adobe Podcast AI, Suno AI, and other tools that enhance audio and video content, similar to the AI tools used by Gewirtz for his video production.</w:t>
      </w:r>
      <w:r/>
    </w:p>
    <w:p>
      <w:pPr>
        <w:pStyle w:val="ListNumber"/>
        <w:spacing w:line="240" w:lineRule="auto"/>
        <w:ind w:left="720"/>
      </w:pPr>
      <w:r/>
      <w:hyperlink r:id="rId12">
        <w:r>
          <w:rPr>
            <w:color w:val="0000EE"/>
            <w:u w:val="single"/>
          </w:rPr>
          <w:t>https://www.youtube.com/watch?v=YKPdyc6r_CU</w:t>
        </w:r>
      </w:hyperlink>
      <w:r>
        <w:t xml:space="preserve"> - This video lists top AI tools for content creators, such as Adobe Firefly, Opus Clip, and ChatGPT, which are used for image creation, video transformation, and content generation, reflecting the integration of AI in creative workflows.</w:t>
      </w:r>
      <w:r/>
    </w:p>
    <w:p>
      <w:pPr>
        <w:pStyle w:val="ListNumber"/>
        <w:spacing w:line="240" w:lineRule="auto"/>
        <w:ind w:left="720"/>
      </w:pPr>
      <w:r/>
      <w:hyperlink r:id="rId13">
        <w:r>
          <w:rPr>
            <w:color w:val="0000EE"/>
            <w:u w:val="single"/>
          </w:rPr>
          <w:t>https://www.youtube.com/watch?v=eLs7zpEDnBU</w:t>
        </w:r>
      </w:hyperlink>
      <w:r>
        <w:t xml:space="preserve"> - This video discusses AI tools for overcoming content creation bottlenecks, including tools like ChatGPT and Eleven Labs, which are used for generating ideas, scripts, and voiceovers, similar to Gewirtz's use of ChatGPT for video titles and descriptions.</w:t>
      </w:r>
      <w:r/>
    </w:p>
    <w:p>
      <w:pPr>
        <w:pStyle w:val="ListNumber"/>
        <w:spacing w:line="240" w:lineRule="auto"/>
        <w:ind w:left="720"/>
      </w:pPr>
      <w:r/>
      <w:hyperlink r:id="rId14">
        <w:r>
          <w:rPr>
            <w:color w:val="0000EE"/>
            <w:u w:val="single"/>
          </w:rPr>
          <w:t>https://tubeonai.com/ai-tools-for-youtube-creators/#5-Reasons-Why-You-Need-TubeOnAI</w:t>
        </w:r>
      </w:hyperlink>
      <w:r>
        <w:t xml:space="preserve"> - This section explains how TubeOnAI can summarize content and repurpose it for various formats, which is relevant to the use of AI for transcription and content generation in video production.</w:t>
      </w:r>
      <w:r/>
    </w:p>
    <w:p>
      <w:pPr>
        <w:pStyle w:val="ListNumber"/>
        <w:spacing w:line="240" w:lineRule="auto"/>
        <w:ind w:left="720"/>
      </w:pPr>
      <w:r/>
      <w:hyperlink r:id="rId15">
        <w:r>
          <w:rPr>
            <w:color w:val="0000EE"/>
            <w:u w:val="single"/>
          </w:rPr>
          <w:t>https://www.youtube.com/watch?v=0liYSIOrt9w&amp;t=305s</w:t>
        </w:r>
      </w:hyperlink>
      <w:r>
        <w:t xml:space="preserve"> - This timestamp in the video discusses Adobe Podcast AI, which is used for enhancing audio and creating professional voiceovers, similar to the post-production tasks mentioned in the article.</w:t>
      </w:r>
      <w:r/>
    </w:p>
    <w:p>
      <w:pPr>
        <w:pStyle w:val="ListNumber"/>
        <w:spacing w:line="240" w:lineRule="auto"/>
        <w:ind w:left="720"/>
      </w:pPr>
      <w:r/>
      <w:hyperlink r:id="rId16">
        <w:r>
          <w:rPr>
            <w:color w:val="0000EE"/>
            <w:u w:val="single"/>
          </w:rPr>
          <w:t>https://www.youtube.com/watch?v=YKPdyc6r_CU&amp;t=351s</w:t>
        </w:r>
      </w:hyperlink>
      <w:r>
        <w:t xml:space="preserve"> - This timestamp covers Gravity Write, an AI tool for generating content tailored to different platforms, which aligns with the use of ChatGPT for generating video titles and descriptions.</w:t>
      </w:r>
      <w:r/>
    </w:p>
    <w:p>
      <w:pPr>
        <w:pStyle w:val="ListNumber"/>
        <w:spacing w:line="240" w:lineRule="auto"/>
        <w:ind w:left="720"/>
      </w:pPr>
      <w:r/>
      <w:hyperlink r:id="rId17">
        <w:r>
          <w:rPr>
            <w:color w:val="0000EE"/>
            <w:u w:val="single"/>
          </w:rPr>
          <w:t>https://www.youtube.com/watch?v=eLs7zpEDnBU&amp;t=579s</w:t>
        </w:r>
      </w:hyperlink>
      <w:r>
        <w:t xml:space="preserve"> - This timestamp discusses Suno AI, which generates music from lyrics, and Eleven Labs for text-to-speech generation, both of which are examples of AI tools used in video production for enhancing audio and voiceovers.</w:t>
      </w:r>
      <w:r/>
    </w:p>
    <w:p>
      <w:pPr>
        <w:pStyle w:val="ListNumber"/>
        <w:spacing w:line="240" w:lineRule="auto"/>
        <w:ind w:left="720"/>
      </w:pPr>
      <w:r/>
      <w:hyperlink r:id="rId18">
        <w:r>
          <w:rPr>
            <w:color w:val="0000EE"/>
            <w:u w:val="single"/>
          </w:rPr>
          <w:t>https://tubeonai.com/ai-tools-for-youtube-creators/#How-do-these-tools-integrate-with-YouTube-and-other-social-media-platforms</w:t>
        </w:r>
      </w:hyperlink>
      <w:r>
        <w:t xml:space="preserve"> - This section explains how AI tools integrate with YouTube and other social media platforms, which is relevant to the integration of AI tools in Gewirtz's workflow for video production and publishing.</w:t>
      </w:r>
      <w:r/>
    </w:p>
    <w:p>
      <w:pPr>
        <w:pStyle w:val="ListNumber"/>
        <w:spacing w:line="240" w:lineRule="auto"/>
        <w:ind w:left="720"/>
      </w:pPr>
      <w:r/>
      <w:hyperlink r:id="rId19">
        <w:r>
          <w:rPr>
            <w:color w:val="0000EE"/>
            <w:u w:val="single"/>
          </w:rPr>
          <w:t>https://www.youtube.com/watch?v=YKPdyc6r_CU&amp;t=458s</w:t>
        </w:r>
      </w:hyperlink>
      <w:r>
        <w:t xml:space="preserve"> - This timestamp discusses Fire Cut, an AI-powered video editing tool that streamlines the editing process, similar to the use of AI for motion tracking and editing in Gewirtz's project.</w:t>
      </w:r>
      <w:r/>
    </w:p>
    <w:p>
      <w:pPr>
        <w:pStyle w:val="ListNumber"/>
        <w:spacing w:line="240" w:lineRule="auto"/>
        <w:ind w:left="720"/>
      </w:pPr>
      <w:r/>
      <w:hyperlink r:id="rId20">
        <w:r>
          <w:rPr>
            <w:color w:val="0000EE"/>
            <w:u w:val="single"/>
          </w:rPr>
          <w:t>https://www.youtube.com/watch?v=eLs7zpEDnBU&amp;t=48s</w:t>
        </w:r>
      </w:hyperlink>
      <w:r>
        <w:t xml:space="preserve"> - This timestamp covers ChatGPT and Claud, AI tools used for generating ideas and scripts, which is similar to Gewirtz's use of ChatGPT for generating video titles and descriptions.</w:t>
      </w:r>
      <w:r/>
    </w:p>
    <w:p>
      <w:pPr>
        <w:pStyle w:val="ListNumber"/>
        <w:spacing w:line="240" w:lineRule="auto"/>
        <w:ind w:left="720"/>
      </w:pPr>
      <w:r/>
      <w:hyperlink r:id="rId21">
        <w:r>
          <w:rPr>
            <w:color w:val="0000EE"/>
            <w:u w:val="single"/>
          </w:rPr>
          <w:t>https://www.zdnet.com/article/im-a-long-time-youtube-video-producer-these-3-ai-tools-help-me-do-it-better-and-faster/#ftag=RSSbaffb68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ubeonai.com/ai-tools-for-youtube-creators/" TargetMode="External"/><Relationship Id="rId11" Type="http://schemas.openxmlformats.org/officeDocument/2006/relationships/hyperlink" Target="https://www.youtube.com/watch?v=0liYSIOrt9w" TargetMode="External"/><Relationship Id="rId12" Type="http://schemas.openxmlformats.org/officeDocument/2006/relationships/hyperlink" Target="https://www.youtube.com/watch?v=YKPdyc6r_CU" TargetMode="External"/><Relationship Id="rId13" Type="http://schemas.openxmlformats.org/officeDocument/2006/relationships/hyperlink" Target="https://www.youtube.com/watch?v=eLs7zpEDnBU" TargetMode="External"/><Relationship Id="rId14" Type="http://schemas.openxmlformats.org/officeDocument/2006/relationships/hyperlink" Target="https://tubeonai.com/ai-tools-for-youtube-creators/#5-Reasons-Why-You-Need-TubeOnAI" TargetMode="External"/><Relationship Id="rId15" Type="http://schemas.openxmlformats.org/officeDocument/2006/relationships/hyperlink" Target="https://www.youtube.com/watch?v=0liYSIOrt9w&amp;t=305s" TargetMode="External"/><Relationship Id="rId16" Type="http://schemas.openxmlformats.org/officeDocument/2006/relationships/hyperlink" Target="https://www.youtube.com/watch?v=YKPdyc6r_CU&amp;t=351s" TargetMode="External"/><Relationship Id="rId17" Type="http://schemas.openxmlformats.org/officeDocument/2006/relationships/hyperlink" Target="https://www.youtube.com/watch?v=eLs7zpEDnBU&amp;t=579s" TargetMode="External"/><Relationship Id="rId18" Type="http://schemas.openxmlformats.org/officeDocument/2006/relationships/hyperlink" Target="https://tubeonai.com/ai-tools-for-youtube-creators/#How-do-these-tools-integrate-with-YouTube-and-other-social-media-platforms" TargetMode="External"/><Relationship Id="rId19" Type="http://schemas.openxmlformats.org/officeDocument/2006/relationships/hyperlink" Target="https://www.youtube.com/watch?v=YKPdyc6r_CU&amp;t=458s" TargetMode="External"/><Relationship Id="rId20" Type="http://schemas.openxmlformats.org/officeDocument/2006/relationships/hyperlink" Target="https://www.youtube.com/watch?v=eLs7zpEDnBU&amp;t=48s" TargetMode="External"/><Relationship Id="rId21" Type="http://schemas.openxmlformats.org/officeDocument/2006/relationships/hyperlink" Target="https://www.zdnet.com/article/im-a-long-time-youtube-video-producer-these-3-ai-tools-help-me-do-it-better-and-faster/#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