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Goatseus Maximus: the AI meme crypto making waves in the digital currency world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Goatseus Maximus: The AI Meme Crypto Making Waves in the Digital Currency World</w:t>
      </w:r>
      <w:r/>
    </w:p>
    <w:p>
      <w:r/>
      <w:r>
        <w:t>In the ever-evolving landscape of cryptocurrencies, a new contender has caught the attention of enthusiasts and investors alike. Goatseus Maximus, better known by its ticker symbol $GOAT, is an AI meme cryptocurrency that has been generating considerable buzz on social media platform X (formerly known as Twitter) since the early days of October. With its unusual backstory and rapid financial success, $GOAT has quickly become a focal point in discussions among digital currency traders and enthusiasts.</w:t>
      </w:r>
      <w:r/>
    </w:p>
    <w:p>
      <w:r/>
      <w:r>
        <w:t>Launched on 13 October 2024 on the Solana blockchain network, $GOAT has seen a meteoric rise in its market value and interest. The digital token's value recently soared to $0.3557, marking a significant 15.84% increase over the course of just 24 hours. Within just five days of its launch, $GOAT’s market capitalisation peaked impressively at $358 million, sparking intense discussions about its potential as the next 'Greatest Of All Time' among AI-driven meme cryptocurrencies.</w:t>
      </w:r>
      <w:r/>
    </w:p>
    <w:p>
      <w:r/>
      <w:r>
        <w:t>The rise of $GOAT appears to have made some early adopters notably wealthy. Among the most striking examples is an investor who turned an initial investment of just $727 into a staggering $2.42 million in four days, realizing a return of 3,329 times the original amount. Another noteworthy investor, known by the handle Hdxki, used 40 Solana, roughly equivalent to 5,500 US dollars, to purchase 36.4 million $GOAT tokens. Upon selling a portion of these tokens, Hdxki amassed $750,600 in profits, achieving a remarkable return on investment of 13,545%.</w:t>
      </w:r>
      <w:r/>
    </w:p>
    <w:p>
      <w:r/>
      <w:r>
        <w:t>The unique aspect that sets $GOAT apart from other memecoins is its origins tied to artificial intelligence. Andy Ayrey, the brain behind the AI bot known as Truth Terminal, played a key role in the creation of $GOAT. Initially, Ayrey had no intentions of delving into cryptocurrencies; instead, he designed Truth Terminal as a venture into memetic engineering, drawing insights from platforms like X, Reddit, and 4chan. However, during explorations with another AI project called Infinite Backrooms, a provocative exchange on topics such as existentialism and internet culture catalysed interest towards what soon became $GOAT, particularly with inspiration linked to the infamous Goatsee meme.</w:t>
      </w:r>
      <w:r/>
    </w:p>
    <w:p>
      <w:r/>
      <w:r>
        <w:t>Interestingly, the actual creation of the $GOAT token was not undertaken by Ayrey. It was developed independently using Solana’s memecoin app, Pump Fun, for a modest cost of under $2. Despite Ayrey’s lack of direct involvement in the token's conception, the memecoin has nonetheless captured the imagination of the digital currency community.</w:t>
      </w:r>
      <w:r/>
    </w:p>
    <w:p>
      <w:r/>
      <w:r>
        <w:t>Adding to the intrigue surrounding $GOAT is the involvement of institutional players. Wintermute, a major financial institution, recently acquired a significant stake in the cryptocurrency, becoming the third-largest holder of $GOAT with a 1% share of the total supply, valued at approximately $3.08 million.</w:t>
      </w:r>
      <w:r/>
    </w:p>
    <w:p>
      <w:r/>
      <w:r>
        <w:t>Despite the humorous and seemingly light-hearted narrative of its origin, $GOAT has emerged as a noteworthy player amid AI and cryptocurrency developments, captured succinctly by Sonic's CEO and co-founder. Highlighting both regulatory challenges and the transformative potential of AI-augmented cryptocurrencies, industry insiders speculate that facilitating mechanisms for US citizens to issue cryptocurrencies via AI could herald a trillion-dollar business opportunity.</w:t>
      </w:r>
      <w:r/>
    </w:p>
    <w:p>
      <w:r/>
      <w:r>
        <w:t>While the dynamics of $GOAT continue to unfold, the cryptocurrency's unexpected momentum and AI-linked foundation suggest a broader impact in the digital currency sector. As more investors and financial entities engage with $GOAT, the coming months could reveal more about its standing amongst the rapidly shifting meadow of meme-inspired cryptocurrencies.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https://www.ccn.com/news/crypto/ai-bot-inspires-promotes-goat-memecoin/</w:t>
        </w:r>
      </w:hyperlink>
      <w:r>
        <w:t xml:space="preserve"> - Corroborates the creation of the GOAT memecoin by an AI bot and its significant market surge.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https://cryptonews.com/news/goatseus-maximus-how-an-ai-became-a-crypto-millionaire-with-goat/</w:t>
        </w:r>
      </w:hyperlink>
      <w:r>
        <w:t xml:space="preserve"> - Details how the AI agent 'Truth Terminal' became involved with the GOAT meme coin and its impact on the crypto market.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https://news.bitcoin.com/report-goat-meme-coin-created-by-ai-bot-gains-massive-value-over-the-past-day/</w:t>
        </w:r>
      </w:hyperlink>
      <w:r>
        <w:t xml:space="preserve"> - Reports on the GOAT meme coin's creation by an AI bot and its rapid gain in value.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https://autogpt.net/ai-created-meme-coin-goat-soars-over-500-in-one-week/</w:t>
        </w:r>
      </w:hyperlink>
      <w:r>
        <w:t xml:space="preserve"> - Explains the meteoric rise of the GOAT meme coin, its AI-driven origins, and its impact on the crypto landscape.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https://cryptobriefing.com/goat-coin-surge-ai-impact/</w:t>
        </w:r>
      </w:hyperlink>
      <w:r>
        <w:t xml:space="preserve"> - Provides details on Marc Andreessen's Bitcoin donation to the AI bot Truth Terminal and its role in the GOAT coin's valuation surge.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https://cryptobriefing.com/goat-coin-surge-ai-impact/</w:t>
        </w:r>
      </w:hyperlink>
      <w:r>
        <w:t xml:space="preserve"> - Clarifies that the GOAT token was created independently using Solana's memecoin app, Pump Fun, and not directly by Andy Ayrey or Truth Terminal.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https://autogpt.net/ai-created-meme-coin-goat-soars-over-500-in-one-week/</w:t>
        </w:r>
      </w:hyperlink>
      <w:r>
        <w:t xml:space="preserve"> - Highlights the unique aspects of GOAT, including its AI-generated origin and Solana-based blockchain, contributing to its rapid success.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https://cryptonews.com/news/goatseus-maximus-how-an-ai-became-a-crypto-millionaire-with-goat/</w:t>
        </w:r>
      </w:hyperlink>
      <w:r>
        <w:t xml:space="preserve"> - Discusses the involvement of Truth Terminal in promoting the GOAT meme coin and its subsequent market impact.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https://cryptobriefing.com/goat-coin-surge-ai-impact/</w:t>
        </w:r>
      </w:hyperlink>
      <w:r>
        <w:t xml:space="preserve"> - Mentions the role of Andy Ayrey and the Infinite Backrooms project in the conceptualization of the GOAT meme coin.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https://autogpt.net/ai-created-meme-coin-goat-soars-over-500-in-one-week/</w:t>
        </w:r>
      </w:hyperlink>
      <w:r>
        <w:t xml:space="preserve"> - Details the rapid financial success of early adopters of the GOAT meme coin, including significant returns on investment.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https://cryptobriefing.com/goat-coin-surge-ai-impact/</w:t>
        </w:r>
      </w:hyperlink>
      <w:r>
        <w:t xml:space="preserve"> - Addresses the broader implications of AI-driven cryptocurrencies, including potential regulatory challenges and business opportunities.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https://www.cryptonewsz.com/is-memecoin-goat-the-next-g-o-a-t-ai-cryptos/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ccn.com/news/crypto/ai-bot-inspires-promotes-goat-memecoin/" TargetMode="External"/><Relationship Id="rId11" Type="http://schemas.openxmlformats.org/officeDocument/2006/relationships/hyperlink" Target="https://cryptonews.com/news/goatseus-maximus-how-an-ai-became-a-crypto-millionaire-with-goat/" TargetMode="External"/><Relationship Id="rId12" Type="http://schemas.openxmlformats.org/officeDocument/2006/relationships/hyperlink" Target="https://news.bitcoin.com/report-goat-meme-coin-created-by-ai-bot-gains-massive-value-over-the-past-day/" TargetMode="External"/><Relationship Id="rId13" Type="http://schemas.openxmlformats.org/officeDocument/2006/relationships/hyperlink" Target="https://autogpt.net/ai-created-meme-coin-goat-soars-over-500-in-one-week/" TargetMode="External"/><Relationship Id="rId14" Type="http://schemas.openxmlformats.org/officeDocument/2006/relationships/hyperlink" Target="https://cryptobriefing.com/goat-coin-surge-ai-impact/" TargetMode="External"/><Relationship Id="rId15" Type="http://schemas.openxmlformats.org/officeDocument/2006/relationships/hyperlink" Target="https://www.cryptonewsz.com/is-memecoin-goat-the-next-g-o-a-t-ai-cryptos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