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announces major department reshuffles to enhance AI development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restructuring move, Google has announced a reshuffle of several departments within its organisation, aiming to expedite the development and deployment of artificial intelligence (AI) products. The decision comes as the tech giant seeks to consolidate its efforts in AI initiatives and enhance the overall customer experience.</w:t>
      </w:r>
      <w:r/>
    </w:p>
    <w:p>
      <w:r/>
      <w:r>
        <w:t>Sundar Pichai, CEO of Google, revealed in a recent blog post that the realignment would primarily affect the Gemini app team and Google DeepMind. The Gemini app team will be integrated into Google DeepMind, a synergy that is expected to refine product development and quicken the implementation of new models within the Gemini platform. This consolidation is anticipated to enhance productivity and streamline post-training operations, building upon existing product momentum.</w:t>
      </w:r>
      <w:r/>
    </w:p>
    <w:p>
      <w:r/>
      <w:r>
        <w:t>Another major shift involves the repositioning of the Assistant teams, which will now operate under the Platforms and Devices department. By doing so, Google aims to unify its AI-powered home initiatives, allowing for a more focused approach to enhancing customer interactions with its products. This change is expected to bring the teams closer, facilitating a better feedback system and enabling faster deployment of updates.</w:t>
      </w:r>
      <w:r/>
    </w:p>
    <w:p>
      <w:r/>
      <w:r>
        <w:t>In a bid to further strengthen its technical leadership, Google has announced that Prabhakar Raghavan, formerly the Senior Vice President (SVP) of Search and Ads, will transition to the role of Google’s Chief Technologist. After 12 years leading various teams at Google, Raghavan is set to return to his roots in computer science. In his new role, he will collaborate closely with Sundar Pichai and other executives to guide the technical direction of the company and nurture a culture of technological excellence.</w:t>
      </w:r>
      <w:r/>
    </w:p>
    <w:p>
      <w:r/>
      <w:r>
        <w:t>Taking over Raghavan’s previous responsibilities, Nick Fox will assume the position of leading Google's Search, Ads, Geo, and Commerce products. Fox, who was part of Raghavan’s leadership team, is expected to bring his expertise and insight to these crucial segments of Google’s business.</w:t>
      </w:r>
      <w:r/>
    </w:p>
    <w:p>
      <w:r/>
      <w:r>
        <w:t>These organisational changes reflect Google's ongoing commitment to advancing AI and improving the user experience across its suite of products. By realigning its departments and leadership, Google aims to maintain its competitive edge and continue its rapid pace of innovation in the technology sector.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https://www.cfodive.com/news/google-restructure-finance-team-ai-push-layoffs-tech/713632/</w:t>
        </w:r>
      </w:hyperlink>
      <w:r>
        <w:t xml:space="preserve"> - Corroborates Google's restructuring efforts, including layoffs and relocations, to focus on AI investments.</w:t>
      </w:r>
      <w:r/>
    </w:p>
    <w:p>
      <w:pPr>
        <w:pStyle w:val="ListNumber"/>
        <w:spacing w:line="240" w:lineRule="auto"/>
        <w:ind w:left="720"/>
      </w:pPr>
      <w:r/>
      <w:hyperlink r:id="rId11">
        <w:r>
          <w:rPr>
            <w:color w:val="0000EE"/>
            <w:u w:val="single"/>
          </w:rPr>
          <w:t>https://www.cnbc.com/2024/04/17/google-restructures-finance-team-as-a-part-of-ai-shift-cfo-tells-employees-in-memo.html</w:t>
        </w:r>
      </w:hyperlink>
      <w:r>
        <w:t xml:space="preserve"> - Details the restructuring of Google's finance team, including the adoption of a 'hub' model, to align with AI priorities.</w:t>
      </w:r>
      <w:r/>
    </w:p>
    <w:p>
      <w:pPr>
        <w:pStyle w:val="ListNumber"/>
        <w:spacing w:line="240" w:lineRule="auto"/>
        <w:ind w:left="720"/>
      </w:pPr>
      <w:r/>
      <w:hyperlink r:id="rId12">
        <w:r>
          <w:rPr>
            <w:color w:val="0000EE"/>
            <w:u w:val="single"/>
          </w:rPr>
          <w:t>https://www.business-standard.com/companies/news/sundar-pichai-announces-leadership-overhaul-in-google-s-key-departments-124101800660_1.html</w:t>
        </w:r>
      </w:hyperlink>
      <w:r>
        <w:t xml:space="preserve"> - Confirms the integration of the Gemini app team into Google DeepMind and the leadership changes involving Prabhakar Raghavan and Nick Fox.</w:t>
      </w:r>
      <w:r/>
    </w:p>
    <w:p>
      <w:pPr>
        <w:pStyle w:val="ListNumber"/>
        <w:spacing w:line="240" w:lineRule="auto"/>
        <w:ind w:left="720"/>
      </w:pPr>
      <w:r/>
      <w:hyperlink r:id="rId13">
        <w:r>
          <w:rPr>
            <w:color w:val="0000EE"/>
            <w:u w:val="single"/>
          </w:rPr>
          <w:t>https://www.voicebot.ai/2024/04/22/google-restructures-company-departments-around-future-ai-development/</w:t>
        </w:r>
      </w:hyperlink>
      <w:r>
        <w:t xml:space="preserve"> - Explains the consolidation of AI efforts across Google, including the merger of Google Brain and DeepMind, and the reorganization of Platforms and Devices.</w:t>
      </w:r>
      <w:r/>
    </w:p>
    <w:p>
      <w:pPr>
        <w:pStyle w:val="ListNumber"/>
        <w:spacing w:line="240" w:lineRule="auto"/>
        <w:ind w:left="720"/>
      </w:pPr>
      <w:r/>
      <w:hyperlink r:id="rId14">
        <w:r>
          <w:rPr>
            <w:color w:val="0000EE"/>
            <w:u w:val="single"/>
          </w:rPr>
          <w:t>https://www.inc.com/kit-eaton/google-revamps-its-corporate-structure-around-ai.html</w:t>
        </w:r>
      </w:hyperlink>
      <w:r>
        <w:t xml:space="preserve"> - Describes the centralization of AI work under DeepMind and the reorganization of Android, Chrome, and hardware sectors into one unit.</w:t>
      </w:r>
      <w:r/>
    </w:p>
    <w:p>
      <w:pPr>
        <w:pStyle w:val="ListNumber"/>
        <w:spacing w:line="240" w:lineRule="auto"/>
        <w:ind w:left="720"/>
      </w:pPr>
      <w:r/>
      <w:hyperlink r:id="rId10">
        <w:r>
          <w:rPr>
            <w:color w:val="0000EE"/>
            <w:u w:val="single"/>
          </w:rPr>
          <w:t>https://www.cfodive.com/news/google-restructure-finance-team-ai-push-layoffs-tech/713632/</w:t>
        </w:r>
      </w:hyperlink>
      <w:r>
        <w:t xml:space="preserve"> - Mentions Google's significant investment in AI, including a $2 billion investment in AI startup Anthropic and the development of Gemini.</w:t>
      </w:r>
      <w:r/>
    </w:p>
    <w:p>
      <w:pPr>
        <w:pStyle w:val="ListNumber"/>
        <w:spacing w:line="240" w:lineRule="auto"/>
        <w:ind w:left="720"/>
      </w:pPr>
      <w:r/>
      <w:hyperlink r:id="rId11">
        <w:r>
          <w:rPr>
            <w:color w:val="0000EE"/>
            <w:u w:val="single"/>
          </w:rPr>
          <w:t>https://www.cnbc.com/2024/04/17/google-restructures-finance-team-as-a-part-of-ai-shift-cfo-tells-employees-in-memo.html</w:t>
        </w:r>
      </w:hyperlink>
      <w:r>
        <w:t xml:space="preserve"> - Highlights the impact of the restructuring on global finance teams and the establishment of 'hubs' for centralized operations.</w:t>
      </w:r>
      <w:r/>
    </w:p>
    <w:p>
      <w:pPr>
        <w:pStyle w:val="ListNumber"/>
        <w:spacing w:line="240" w:lineRule="auto"/>
        <w:ind w:left="720"/>
      </w:pPr>
      <w:r/>
      <w:hyperlink r:id="rId12">
        <w:r>
          <w:rPr>
            <w:color w:val="0000EE"/>
            <w:u w:val="single"/>
          </w:rPr>
          <w:t>https://www.business-standard.com/companies/news/sundar-pichai-announces-leadership-overhaul-in-google-s-key-departments-124101800660_1.html</w:t>
        </w:r>
      </w:hyperlink>
      <w:r>
        <w:t xml:space="preserve"> - Details Prabhakar Raghavan's new role as Chief Technologist and Nick Fox's new responsibilities in leading Search, Ads, Geo, and Commerce products.</w:t>
      </w:r>
      <w:r/>
    </w:p>
    <w:p>
      <w:pPr>
        <w:pStyle w:val="ListNumber"/>
        <w:spacing w:line="240" w:lineRule="auto"/>
        <w:ind w:left="720"/>
      </w:pPr>
      <w:r/>
      <w:hyperlink r:id="rId13">
        <w:r>
          <w:rPr>
            <w:color w:val="0000EE"/>
            <w:u w:val="single"/>
          </w:rPr>
          <w:t>https://www.voicebot.ai/2024/04/22/google-restructures-company-departments-around-future-ai-development/</w:t>
        </w:r>
      </w:hyperlink>
      <w:r>
        <w:t xml:space="preserve"> - Explains the integration of Google Assistant teams into Platforms &amp; Devices to enhance AI-powered home initiatives.</w:t>
      </w:r>
      <w:r/>
    </w:p>
    <w:p>
      <w:pPr>
        <w:pStyle w:val="ListNumber"/>
        <w:spacing w:line="240" w:lineRule="auto"/>
        <w:ind w:left="720"/>
      </w:pPr>
      <w:r/>
      <w:hyperlink r:id="rId14">
        <w:r>
          <w:rPr>
            <w:color w:val="0000EE"/>
            <w:u w:val="single"/>
          </w:rPr>
          <w:t>https://www.inc.com/kit-eaton/google-revamps-its-corporate-structure-around-ai.html</w:t>
        </w:r>
      </w:hyperlink>
      <w:r>
        <w:t xml:space="preserve"> - Discusses the strategic importance of AI to Google's future and the need for a centralized approach to AI development.</w:t>
      </w:r>
      <w:r/>
    </w:p>
    <w:p>
      <w:pPr>
        <w:pStyle w:val="ListNumber"/>
        <w:spacing w:line="240" w:lineRule="auto"/>
        <w:ind w:left="720"/>
      </w:pPr>
      <w:r/>
      <w:hyperlink r:id="rId13">
        <w:r>
          <w:rPr>
            <w:color w:val="0000EE"/>
            <w:u w:val="single"/>
          </w:rPr>
          <w:t>https://www.voicebot.ai/2024/04/22/google-restructures-company-departments-around-future-ai-development/</w:t>
        </w:r>
      </w:hyperlink>
      <w:r>
        <w:t xml:space="preserve"> - Mentions the consolidation of efforts in Models and Research, Responsible AI, and Platforms and Devices to focus on AI development.</w:t>
      </w:r>
      <w:r/>
    </w:p>
    <w:p>
      <w:pPr>
        <w:pStyle w:val="ListNumber"/>
        <w:spacing w:line="240" w:lineRule="auto"/>
        <w:ind w:left="720"/>
      </w:pPr>
      <w:r/>
      <w:hyperlink r:id="rId15">
        <w:r>
          <w:rPr>
            <w:color w:val="0000EE"/>
            <w:u w:val="single"/>
          </w:rPr>
          <w:t>https://www.androidauthority.com/google-reshuffles-ai-teams-3491664/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fodive.com/news/google-restructure-finance-team-ai-push-layoffs-tech/713632/" TargetMode="External"/><Relationship Id="rId11" Type="http://schemas.openxmlformats.org/officeDocument/2006/relationships/hyperlink" Target="https://www.cnbc.com/2024/04/17/google-restructures-finance-team-as-a-part-of-ai-shift-cfo-tells-employees-in-memo.html" TargetMode="External"/><Relationship Id="rId12" Type="http://schemas.openxmlformats.org/officeDocument/2006/relationships/hyperlink" Target="https://www.business-standard.com/companies/news/sundar-pichai-announces-leadership-overhaul-in-google-s-key-departments-124101800660_1.html" TargetMode="External"/><Relationship Id="rId13" Type="http://schemas.openxmlformats.org/officeDocument/2006/relationships/hyperlink" Target="https://www.voicebot.ai/2024/04/22/google-restructures-company-departments-around-future-ai-development/" TargetMode="External"/><Relationship Id="rId14" Type="http://schemas.openxmlformats.org/officeDocument/2006/relationships/hyperlink" Target="https://www.inc.com/kit-eaton/google-revamps-its-corporate-structure-around-ai.html" TargetMode="External"/><Relationship Id="rId15" Type="http://schemas.openxmlformats.org/officeDocument/2006/relationships/hyperlink" Target="https://www.androidauthority.com/google-reshuffles-ai-teams-349166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