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Assistant: Transforming daily tasks with cutting-edge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Assistant, a widely popular virtual assistant developed by the tech giant, Google, continues to revolutionise the way individuals manage their daily tasks. Since its introduction, Google Assistant has grown to be one of the most utilised virtual assistants globally, with a user base exceeding 500 million active users. Available on various platforms, this tool has become an integral part of modern technology by providing assistance through both typed and voice commands.</w:t>
      </w:r>
      <w:r/>
    </w:p>
    <w:p>
      <w:r/>
      <w:r>
        <w:t>Google Assistant is designed to fulfil a myriad of tasks, effectively streamlining user experiences by executing commands such as setting reminders, controlling smart home devices, and much more. Its capabilities extend to answering queries, playing music, sending text messages, and even initiating phone calls, all made possible through voice commands. The assistant's adaptability is one of its most notable features, as it continually learns from user interactions, progressively becoming more personalised and intuitive.</w:t>
      </w:r>
      <w:r/>
    </w:p>
    <w:p>
      <w:r/>
      <w:r>
        <w:t>An integral aspect of Google Assistant's appeal is its integration with smart home devices, allowing users to control various aspects of their living environment, such as lighting, thermostats, and security systems, with minimal effort. This seamless interaction between the assistant and smart devices highlights its role in enhancing the efficiency and convenience of daily routines.</w:t>
      </w:r>
      <w:r/>
    </w:p>
    <w:p>
      <w:r/>
      <w:r>
        <w:t>According to a recent survey, approximately 72 percent of users have reported finding voice assistants incredibly helpful in managing their everyday tasks. This statistic underscores the growing dependence on and appreciation for virtual assistants like Google Assistant in simplifying mundane activities. As more individuals embrace the digital age, tools of this nature continue to be pivotal in bridging the gap between technology and the everyday needs of users.</w:t>
      </w:r>
      <w:r/>
    </w:p>
    <w:p>
      <w:r/>
      <w:r>
        <w:t>The ongoing development of Google Assistant involves incorporating advanced machine learning and artificial intelligence features, ensuring it remains at the forefront of technological innovation and continues to meet the evolving needs of its diverse user base. As virtual assistants become increasingly ingrained in lives around the globe, Google Assistant stands out not only for its functionality and adaptability but also as a testament to the significant advancements in digital personal assistance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https://www.leesten.io/blog/the-success-of-google-assistant:-already-more-than-500-million-monthly-active-users</w:t>
        </w:r>
      </w:hyperlink>
      <w:r>
        <w:t xml:space="preserve"> - Corroborates the claim that Google Assistant has over 500 million monthly active users and discusses its various updates and functionalities.</w:t>
      </w:r>
      <w:r/>
    </w:p>
    <w:p>
      <w:pPr>
        <w:pStyle w:val="ListNumber"/>
        <w:spacing w:line="240" w:lineRule="auto"/>
        <w:ind w:left="720"/>
      </w:pPr>
      <w:r/>
      <w:hyperlink r:id="rId11">
        <w:r>
          <w:rPr>
            <w:color w:val="0000EE"/>
            <w:u w:val="single"/>
          </w:rPr>
          <w:t>https://tech.slashdot.org/story/20/01/07/2210208/google-assistant-passes-500-million-users</w:t>
        </w:r>
      </w:hyperlink>
      <w:r>
        <w:t xml:space="preserve"> - Supports the information that Google Assistant has surpassed 500 million users and highlights its availability on various devices.</w:t>
      </w:r>
      <w:r/>
    </w:p>
    <w:p>
      <w:pPr>
        <w:pStyle w:val="ListNumber"/>
        <w:spacing w:line="240" w:lineRule="auto"/>
        <w:ind w:left="720"/>
      </w:pPr>
      <w:r/>
      <w:hyperlink r:id="rId12">
        <w:r>
          <w:rPr>
            <w:color w:val="0000EE"/>
            <w:u w:val="single"/>
          </w:rPr>
          <w:t>https://voicebot.ai/2020/01/07/google-assistant-has-more-than-500-million-monthly-active-users-and-is-available-in-more-than-90-countries/</w:t>
        </w:r>
      </w:hyperlink>
      <w:r>
        <w:t xml:space="preserve"> - Confirms the user base of over 500 million and the availability of Google Assistant in more than 90 countries and 30 languages.</w:t>
      </w:r>
      <w:r/>
    </w:p>
    <w:p>
      <w:pPr>
        <w:pStyle w:val="ListNumber"/>
        <w:spacing w:line="240" w:lineRule="auto"/>
        <w:ind w:left="720"/>
      </w:pPr>
      <w:r/>
      <w:hyperlink r:id="rId13">
        <w:r>
          <w:rPr>
            <w:color w:val="0000EE"/>
            <w:u w:val="single"/>
          </w:rPr>
          <w:t>https://www.businessinsider.com/google-assistant-500-million-users-challenges-amazon-alexa-2020-1</w:t>
        </w:r>
      </w:hyperlink>
      <w:r>
        <w:t xml:space="preserve"> - Reports on Google Assistant's 500 million users and its competitive standing against Amazon Alexa.</w:t>
      </w:r>
      <w:r/>
    </w:p>
    <w:p>
      <w:pPr>
        <w:pStyle w:val="ListNumber"/>
        <w:spacing w:line="240" w:lineRule="auto"/>
        <w:ind w:left="720"/>
      </w:pPr>
      <w:r/>
      <w:hyperlink r:id="rId14">
        <w:r>
          <w:rPr>
            <w:color w:val="0000EE"/>
            <w:u w:val="single"/>
          </w:rPr>
          <w:t>https://www.wikipedia.org/wiki/Google_Assistant</w:t>
        </w:r>
      </w:hyperlink>
      <w:r>
        <w:t xml:space="preserve"> - Provides detailed information on Google Assistant's capabilities, including setting reminders, controlling smart home devices, and answering queries.</w:t>
      </w:r>
      <w:r/>
    </w:p>
    <w:p>
      <w:pPr>
        <w:pStyle w:val="ListNumber"/>
        <w:spacing w:line="240" w:lineRule="auto"/>
        <w:ind w:left="720"/>
      </w:pPr>
      <w:r/>
      <w:hyperlink r:id="rId10">
        <w:r>
          <w:rPr>
            <w:color w:val="0000EE"/>
            <w:u w:val="single"/>
          </w:rPr>
          <w:t>https://www.leesten.io/blog/the-success-of-google-assistant:-already-more-than-500-million-monthly-active-users</w:t>
        </w:r>
      </w:hyperlink>
      <w:r>
        <w:t xml:space="preserve"> - Explains how Google Assistant can execute commands such as setting reminders, sending text messages, and initiating phone calls through voice commands.</w:t>
      </w:r>
      <w:r/>
    </w:p>
    <w:p>
      <w:pPr>
        <w:pStyle w:val="ListNumber"/>
        <w:spacing w:line="240" w:lineRule="auto"/>
        <w:ind w:left="720"/>
      </w:pPr>
      <w:r/>
      <w:hyperlink r:id="rId14">
        <w:r>
          <w:rPr>
            <w:color w:val="0000EE"/>
            <w:u w:val="single"/>
          </w:rPr>
          <w:t>https://www.wikipedia.org/wiki/Google_Assistant</w:t>
        </w:r>
      </w:hyperlink>
      <w:r>
        <w:t xml:space="preserve"> - Details the integration of Google Assistant with smart home devices, allowing control over lighting, thermostats, and security systems.</w:t>
      </w:r>
      <w:r/>
    </w:p>
    <w:p>
      <w:pPr>
        <w:pStyle w:val="ListNumber"/>
        <w:spacing w:line="240" w:lineRule="auto"/>
        <w:ind w:left="720"/>
      </w:pPr>
      <w:r/>
      <w:hyperlink r:id="rId10">
        <w:r>
          <w:rPr>
            <w:color w:val="0000EE"/>
            <w:u w:val="single"/>
          </w:rPr>
          <w:t>https://www.leesten.io/blog/the-success-of-google-assistant:-already-more-than-500-million-monthly-active-users</w:t>
        </w:r>
      </w:hyperlink>
      <w:r>
        <w:t xml:space="preserve"> - Discusses the adaptability and personalization of Google Assistant based on user interactions.</w:t>
      </w:r>
      <w:r/>
    </w:p>
    <w:p>
      <w:pPr>
        <w:pStyle w:val="ListNumber"/>
        <w:spacing w:line="240" w:lineRule="auto"/>
        <w:ind w:left="720"/>
      </w:pPr>
      <w:r/>
      <w:hyperlink r:id="rId12">
        <w:r>
          <w:rPr>
            <w:color w:val="0000EE"/>
            <w:u w:val="single"/>
          </w:rPr>
          <w:t>https://voicebot.ai/2020/01/07/google-assistant-has-more-than-500-million-monthly-active-users-and-is-available-in-more-than-90-countries/</w:t>
        </w:r>
      </w:hyperlink>
      <w:r>
        <w:t xml:space="preserve"> - Highlights the ongoing development and incorporation of advanced machine learning and AI features in Google Assistant.</w:t>
      </w:r>
      <w:r/>
    </w:p>
    <w:p>
      <w:pPr>
        <w:pStyle w:val="ListNumber"/>
        <w:spacing w:line="240" w:lineRule="auto"/>
        <w:ind w:left="720"/>
      </w:pPr>
      <w:r/>
      <w:hyperlink r:id="rId10">
        <w:r>
          <w:rPr>
            <w:color w:val="0000EE"/>
            <w:u w:val="single"/>
          </w:rPr>
          <w:t>https://www.leesten.io/blog/the-success-of-google-assistant:-already-more-than-500-million-monthly-active-users</w:t>
        </w:r>
      </w:hyperlink>
      <w:r>
        <w:t xml:space="preserve"> - Mentions the survey results indicating the helpfulness of voice assistants like Google Assistant in managing everyday tasks.</w:t>
      </w:r>
      <w:r/>
    </w:p>
    <w:p>
      <w:pPr>
        <w:pStyle w:val="ListNumber"/>
        <w:spacing w:line="240" w:lineRule="auto"/>
        <w:ind w:left="720"/>
      </w:pPr>
      <w:r/>
      <w:hyperlink r:id="rId14">
        <w:r>
          <w:rPr>
            <w:color w:val="0000EE"/>
            <w:u w:val="single"/>
          </w:rPr>
          <w:t>https://www.wikipedia.org/wiki/Google_Assistant</w:t>
        </w:r>
      </w:hyperlink>
      <w:r>
        <w:t xml:space="preserve"> - Provides an overview of Google Assistant's role in enhancing the efficiency and convenience of daily routines through its advanced features.</w:t>
      </w:r>
      <w:r/>
    </w:p>
    <w:p>
      <w:pPr>
        <w:pStyle w:val="ListNumber"/>
        <w:spacing w:line="240" w:lineRule="auto"/>
        <w:ind w:left="720"/>
      </w:pPr>
      <w:r/>
      <w:hyperlink r:id="rId15">
        <w:r>
          <w:rPr>
            <w:color w:val="0000EE"/>
            <w:u w:val="single"/>
          </w:rPr>
          <w:t>https://www.analyticsinsight.net/artificial-intelligence/top-ai-tools-by-google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esten.io/blog/the-success-of-google-assistant:-already-more-than-500-million-monthly-active-users" TargetMode="External"/><Relationship Id="rId11" Type="http://schemas.openxmlformats.org/officeDocument/2006/relationships/hyperlink" Target="https://tech.slashdot.org/story/20/01/07/2210208/google-assistant-passes-500-million-users" TargetMode="External"/><Relationship Id="rId12" Type="http://schemas.openxmlformats.org/officeDocument/2006/relationships/hyperlink" Target="https://voicebot.ai/2020/01/07/google-assistant-has-more-than-500-million-monthly-active-users-and-is-available-in-more-than-90-countries/" TargetMode="External"/><Relationship Id="rId13" Type="http://schemas.openxmlformats.org/officeDocument/2006/relationships/hyperlink" Target="https://www.businessinsider.com/google-assistant-500-million-users-challenges-amazon-alexa-2020-1" TargetMode="External"/><Relationship Id="rId14" Type="http://schemas.openxmlformats.org/officeDocument/2006/relationships/hyperlink" Target="https://www.wikipedia.org/wiki/Google_Assistant" TargetMode="External"/><Relationship Id="rId15" Type="http://schemas.openxmlformats.org/officeDocument/2006/relationships/hyperlink" Target="https://www.analyticsinsight.net/artificial-intelligence/top-ai-tools-by-goog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