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introduces AI-powered update to its Shopping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unveiled its latest innovation in online shopping with a new AI-powered update to its Google Shopping platform. This development is designed to refine and personalise the user’s online shopping experience, leveraging advanced artificial intelligence and machine learning algorithms to better understand and predict user preferences, optimise search results, and streamline product recommendations.</w:t>
      </w:r>
      <w:r/>
    </w:p>
    <w:p>
      <w:r/>
      <w:r>
        <w:t>A Core Focus on Personalisation</w:t>
      </w:r>
      <w:r/>
    </w:p>
    <w:p>
      <w:r/>
      <w:r>
        <w:t>The updated system introduces a highly personalised shopping experience through the use of sophisticated machine learning algorithms. By analysing a user’s browsing history, shopping behaviour, and preferences, Google’s AI is able to generate more relevant product recommendations. This approach, known as contextual shopping, allows the AI to adapt and become more efficient the more a user engages with the platform. For instance, a user frequently interested in home appliances might find their search results showing more tailor-made listings for such products, aligning closely with their interests and habits.</w:t>
      </w:r>
      <w:r/>
    </w:p>
    <w:p>
      <w:r/>
      <w:r>
        <w:t>The update is further enhanced by the application of natural language processing (NLP) capabilities. These allow the AI to comprehend and interpret complex queries with greater accuracy. For example, search phrases like “lightweight running shoes for flat feet” are processed to consider all facets of the query, ensuring users receive results that are as specific and pertinent as possible.</w:t>
      </w:r>
      <w:r/>
    </w:p>
    <w:p>
      <w:r/>
      <w:r>
        <w:t>Introducing Visual Search and Smart Suggestions</w:t>
      </w:r>
      <w:r/>
    </w:p>
    <w:p>
      <w:r/>
      <w:r>
        <w:t>A notable feature of the update is the introduction of visual search functionality. This enables users to upload images, after which the AI uses image recognition technology to identify and suggest similar products. This is particularly advantageous for users who encounter items they are unable to describe verbally. The result is a seamless, efficient shopping process that simplifies the discovery of products.</w:t>
      </w:r>
      <w:r/>
    </w:p>
    <w:p>
      <w:r/>
      <w:r>
        <w:t>Additionally, the update brings smarter product suggestions into play. Google’s AI now analyses both visual and textual data to present more accurate related product options. For a user viewing a smartphone, for instance, the AI could recommend accessories like chargers or cases and suggest alternative smartphones with comparable features, thereby enhancing user satisfaction and potentially boosting sales for merchants.</w:t>
      </w:r>
      <w:r/>
    </w:p>
    <w:p>
      <w:r/>
      <w:r>
        <w:t>Impact on E-Commerce Merchants</w:t>
      </w:r>
      <w:r/>
    </w:p>
    <w:p>
      <w:r/>
      <w:r>
        <w:t>The Google Shopping AI update presents both opportunities and tests for e-commerce merchants. The improved AI prioritises products of high quality with accurate descriptions and strong customer feedback, enhancing the chances of these items appearing prominently in search results. Merchants who optimise their listings with clear, detailed information and visual content are likely to see improved visibility, increased click-through rates, and higher conversion rates.</w:t>
      </w:r>
      <w:r/>
    </w:p>
    <w:p>
      <w:r/>
      <w:r>
        <w:t>Customer feedback has taken on added significance, as the AI now more thoroughly considers reviews and ratings. Products with positive reviews are likely to achieve better placement in search outcomes. As a result, maintaining customer satisfaction becomes essential for merchants aiming to keep their products visible.</w:t>
      </w:r>
      <w:r/>
    </w:p>
    <w:p>
      <w:r/>
      <w:r>
        <w:t>However, this transition to AI-dependent rankings could prove challenging for newer or smaller merchants who may lack established reviews or comprehensive listings. Such merchants must focus on building a strong internet presence and delivering quality products to compete effectively in this evolving marketplace.</w:t>
      </w:r>
      <w:r/>
    </w:p>
    <w:p>
      <w:r/>
      <w:r>
        <w:t>Competing AI-Driven E-Commerce Landscape</w:t>
      </w:r>
      <w:r/>
    </w:p>
    <w:p>
      <w:r/>
      <w:r>
        <w:t>With Google stepping further into AI-enhanced online shopping, competition in this space intensifies, especially against rivals such as Amazon and Apple, who are also investing in AI for their e-commerce platforms. These companies focus particularly on personalised elements and automated customer service. Google’s longstanding prowess in search technology offers an advantage, potentially providing more precise search functionalities and superior visual recognition capabilities.</w:t>
      </w:r>
      <w:r/>
    </w:p>
    <w:p>
      <w:r/>
      <w:r>
        <w:t>Moreover, Google’s improved search algorithm becomes a critical part of its broader advertising business through this update, aiming to more accurately connect users with relevant products, potentially outpacing competitors refining their AI systems.</w:t>
      </w:r>
      <w:r/>
    </w:p>
    <w:p>
      <w:r/>
      <w:r>
        <w:t>Envisioning the Future of Google Shopping AI</w:t>
      </w:r>
      <w:r/>
    </w:p>
    <w:p>
      <w:r/>
      <w:r>
        <w:t>The Google Shopping AI update signifies a significant advancement in user interaction within e-commerce. The integration of AI for product recommendations and visual search capabilities is set to deliver a smoother shopping experience. Future updates are anticipated to include further innovations such as voice search, augmented reality, and predictive shopping, where user needs might be foreseen based on past behaviours and addressed proactively.</w:t>
      </w:r>
      <w:r/>
    </w:p>
    <w:p>
      <w:r/>
      <w:r>
        <w:t>This update is poised to reshape the e-commerce landscape for users and vendors alike, offering an enhanced, more intelligent, and customised shopping platform. As AI technology continues to leap forward, Google is positioned to remain at the forefront of e-commerce innovation, potentially defining the future of online shopping. The advancement in AI-driven online shopping comes as a notable progression in an already rapidly evolving e-commerce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https://www.marketingdive.com/news/google-overhauls-shopping-platform-with-ai/730094/</w:t>
        </w:r>
      </w:hyperlink>
      <w:r>
        <w:t xml:space="preserve"> - Corroborates the introduction of AI-generated briefs, personalized feeds, and virtual try-on features in Google Shopping.</w:t>
      </w:r>
      <w:r/>
    </w:p>
    <w:p>
      <w:pPr>
        <w:pStyle w:val="ListNumber"/>
        <w:spacing w:line="240" w:lineRule="auto"/>
        <w:ind w:left="720"/>
      </w:pPr>
      <w:r/>
      <w:hyperlink r:id="rId11">
        <w:r>
          <w:rPr>
            <w:color w:val="0000EE"/>
            <w:u w:val="single"/>
          </w:rPr>
          <w:t>https://www.zdnet.com/article/google-shopping-gets-a-facelift-featuring-ai-heres-how-to-access/</w:t>
        </w:r>
      </w:hyperlink>
      <w:r>
        <w:t xml:space="preserve"> - Supports the addition of AI-generated briefs, dynamic filters, and personalized home feeds in the updated Google Shopping experience.</w:t>
      </w:r>
      <w:r/>
    </w:p>
    <w:p>
      <w:pPr>
        <w:pStyle w:val="ListNumber"/>
        <w:spacing w:line="240" w:lineRule="auto"/>
        <w:ind w:left="720"/>
      </w:pPr>
      <w:r/>
      <w:hyperlink r:id="rId12">
        <w:r>
          <w:rPr>
            <w:color w:val="0000EE"/>
            <w:u w:val="single"/>
          </w:rPr>
          <w:t>https://www.retaildive.com/news/google-shopping-generative-ai-personalization-curation/730047/</w:t>
        </w:r>
      </w:hyperlink>
      <w:r>
        <w:t xml:space="preserve"> - Confirms the use of AI for personalized product curation, dynamic filters, and the ability to resume incomplete searches.</w:t>
      </w:r>
      <w:r/>
    </w:p>
    <w:p>
      <w:pPr>
        <w:pStyle w:val="ListNumber"/>
        <w:spacing w:line="240" w:lineRule="auto"/>
        <w:ind w:left="720"/>
      </w:pPr>
      <w:r/>
      <w:hyperlink r:id="rId13">
        <w:r>
          <w:rPr>
            <w:color w:val="0000EE"/>
            <w:u w:val="single"/>
          </w:rPr>
          <w:t>https://www.macrumors.com/2024/10/15/google-shopping-ai-update/</w:t>
        </w:r>
      </w:hyperlink>
      <w:r>
        <w:t xml:space="preserve"> - Details the integration of AI with 45 billion product listings, AI-generated briefs, and personalized feeds in the revamped Google Shopping.</w:t>
      </w:r>
      <w:r/>
    </w:p>
    <w:p>
      <w:pPr>
        <w:pStyle w:val="ListNumber"/>
        <w:spacing w:line="240" w:lineRule="auto"/>
        <w:ind w:left="720"/>
      </w:pPr>
      <w:r/>
      <w:hyperlink r:id="rId14">
        <w:r>
          <w:rPr>
            <w:color w:val="0000EE"/>
            <w:u w:val="single"/>
          </w:rPr>
          <w:t>https://searchengineland.com/google-unveils-ai-powered-google-shopping-overhaul-447493</w:t>
        </w:r>
      </w:hyperlink>
      <w:r>
        <w:t xml:space="preserve"> - Explains the AI-powered enhancements including dynamic filters, virtual try-ons, and personalized home feeds and deals pages.</w:t>
      </w:r>
      <w:r/>
    </w:p>
    <w:p>
      <w:pPr>
        <w:pStyle w:val="ListNumber"/>
        <w:spacing w:line="240" w:lineRule="auto"/>
        <w:ind w:left="720"/>
      </w:pPr>
      <w:r/>
      <w:hyperlink r:id="rId10">
        <w:r>
          <w:rPr>
            <w:color w:val="0000EE"/>
            <w:u w:val="single"/>
          </w:rPr>
          <w:t>https://www.marketingdive.com/news/google-overhauls-shopping-platform-with-ai/730094/</w:t>
        </w:r>
      </w:hyperlink>
      <w:r>
        <w:t xml:space="preserve"> - Discusses how the AI update uses natural language processing to interpret complex queries accurately.</w:t>
      </w:r>
      <w:r/>
    </w:p>
    <w:p>
      <w:pPr>
        <w:pStyle w:val="ListNumber"/>
        <w:spacing w:line="240" w:lineRule="auto"/>
        <w:ind w:left="720"/>
      </w:pPr>
      <w:r/>
      <w:hyperlink r:id="rId11">
        <w:r>
          <w:rPr>
            <w:color w:val="0000EE"/>
            <w:u w:val="single"/>
          </w:rPr>
          <w:t>https://www.zdnet.com/article/google-shopping-gets-a-facelift-featuring-ai-heres-how-to-access/</w:t>
        </w:r>
      </w:hyperlink>
      <w:r>
        <w:t xml:space="preserve"> - Mentions the use of AI to analyze both visual and textual data for smarter product suggestions.</w:t>
      </w:r>
      <w:r/>
    </w:p>
    <w:p>
      <w:pPr>
        <w:pStyle w:val="ListNumber"/>
        <w:spacing w:line="240" w:lineRule="auto"/>
        <w:ind w:left="720"/>
      </w:pPr>
      <w:r/>
      <w:hyperlink r:id="rId12">
        <w:r>
          <w:rPr>
            <w:color w:val="0000EE"/>
            <w:u w:val="single"/>
          </w:rPr>
          <w:t>https://www.retaildive.com/news/google-shopping-generative-ai-personalization-curation/730047/</w:t>
        </w:r>
      </w:hyperlink>
      <w:r>
        <w:t xml:space="preserve"> - Highlights the importance of customer feedback and product reviews in the AI-driven ranking system.</w:t>
      </w:r>
      <w:r/>
    </w:p>
    <w:p>
      <w:pPr>
        <w:pStyle w:val="ListNumber"/>
        <w:spacing w:line="240" w:lineRule="auto"/>
        <w:ind w:left="720"/>
      </w:pPr>
      <w:r/>
      <w:hyperlink r:id="rId14">
        <w:r>
          <w:rPr>
            <w:color w:val="0000EE"/>
            <w:u w:val="single"/>
          </w:rPr>
          <w:t>https://searchengineland.com/google-unveils-ai-powered-google-shopping-overhaul-447493</w:t>
        </w:r>
      </w:hyperlink>
      <w:r>
        <w:t xml:space="preserve"> - Describes how the update impacts e-commerce merchants by prioritizing high-quality products with accurate descriptions and strong customer feedback.</w:t>
      </w:r>
      <w:r/>
    </w:p>
    <w:p>
      <w:pPr>
        <w:pStyle w:val="ListNumber"/>
        <w:spacing w:line="240" w:lineRule="auto"/>
        <w:ind w:left="720"/>
      </w:pPr>
      <w:r/>
      <w:hyperlink r:id="rId10">
        <w:r>
          <w:rPr>
            <w:color w:val="0000EE"/>
            <w:u w:val="single"/>
          </w:rPr>
          <w:t>https://www.marketingdive.com/news/google-overhauls-shopping-platform-with-ai/730094/</w:t>
        </w:r>
      </w:hyperlink>
      <w:r>
        <w:t xml:space="preserve"> - Notes the competitive landscape with other e-commerce platforms like Amazon and Walmart also investing in AI.</w:t>
      </w:r>
      <w:r/>
    </w:p>
    <w:p>
      <w:pPr>
        <w:pStyle w:val="ListNumber"/>
        <w:spacing w:line="240" w:lineRule="auto"/>
        <w:ind w:left="720"/>
      </w:pPr>
      <w:r/>
      <w:hyperlink r:id="rId13">
        <w:r>
          <w:rPr>
            <w:color w:val="0000EE"/>
            <w:u w:val="single"/>
          </w:rPr>
          <w:t>https://www.macrumors.com/2024/10/15/google-shopping-ai-update/</w:t>
        </w:r>
      </w:hyperlink>
      <w:r>
        <w:t xml:space="preserve"> - Outlines future potential updates including voice search, augmented reality, and predictive shopping based on past behaviors.</w:t>
      </w:r>
      <w:r/>
    </w:p>
    <w:p>
      <w:pPr>
        <w:pStyle w:val="ListNumber"/>
        <w:spacing w:line="240" w:lineRule="auto"/>
        <w:ind w:left="720"/>
      </w:pPr>
      <w:r/>
      <w:hyperlink r:id="rId15">
        <w:r>
          <w:rPr>
            <w:color w:val="0000EE"/>
            <w:u w:val="single"/>
          </w:rPr>
          <w:t>https://applemagazine.com/google-shopping-ai-update-e-commerce/70078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ingdive.com/news/google-overhauls-shopping-platform-with-ai/730094/" TargetMode="External"/><Relationship Id="rId11" Type="http://schemas.openxmlformats.org/officeDocument/2006/relationships/hyperlink" Target="https://www.zdnet.com/article/google-shopping-gets-a-facelift-featuring-ai-heres-how-to-access/" TargetMode="External"/><Relationship Id="rId12" Type="http://schemas.openxmlformats.org/officeDocument/2006/relationships/hyperlink" Target="https://www.retaildive.com/news/google-shopping-generative-ai-personalization-curation/730047/" TargetMode="External"/><Relationship Id="rId13" Type="http://schemas.openxmlformats.org/officeDocument/2006/relationships/hyperlink" Target="https://www.macrumors.com/2024/10/15/google-shopping-ai-update/" TargetMode="External"/><Relationship Id="rId14" Type="http://schemas.openxmlformats.org/officeDocument/2006/relationships/hyperlink" Target="https://searchengineland.com/google-unveils-ai-powered-google-shopping-overhaul-447493" TargetMode="External"/><Relationship Id="rId15" Type="http://schemas.openxmlformats.org/officeDocument/2006/relationships/hyperlink" Target="https://applemagazine.com/google-shopping-ai-update-e-commerce/700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