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Gemini Live AI conversation partner for Android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Gemini Live: Google's Advanced AI Conversation Partner Now Available on Android</w:t>
      </w:r>
      <w:r/>
    </w:p>
    <w:p>
      <w:r/>
      <w:r>
        <w:t>Google has taken a significant step in advancing the conversational capabilities of artificial intelligence with the launch of Gemini Live, an interactive version of its Gemini AI. This new feature, which is now accessible to all Android users, aims to create a more fluid and natural conversational experience, akin to speaking with another person. This development places Google alongside prominent AI platforms like OpenAI's ChatGPT Advanced Voice Mode and Microsoft's Copilot Voice.</w:t>
      </w:r>
      <w:r/>
    </w:p>
    <w:p>
      <w:r/>
      <w:r>
        <w:t>For those interested in exploring Gemini Live, it's currently only usable via the Gemini app on Android devices, including phones and tablets. Users cannot access it on the Gemini website or within other Google services on iOS devices, such as Google messages or the Gemini screen of the Google app. To engage with Gemini Live, users must download the Gemini app from Google Play, have a personal Google account, and be fluent in one of the 40 languages supported by the service.</w:t>
      </w:r>
      <w:r/>
    </w:p>
    <w:p>
      <w:r/>
      <w:r>
        <w:t>Key features of Gemini Live focus on enhancing user interaction and providing a personalised experience. Unlike traditional AI chatbots, which often operate through a question-and-answer format, Gemini Live encourages interactive conversations. Users can delve into a range of topics, treating the AI as a conversational partner. Google suggests using it to brainstorm ideas, explore interests in-depth, or rehearse for significant events through practice.</w:t>
      </w:r>
      <w:r/>
    </w:p>
    <w:p>
      <w:r/>
      <w:r>
        <w:t>An essential component of Gemini Live is its flexibility in handling interruptions. Users can freely interject with questions or comments during a conversation, allowing the AI to pause and redirect its focus accordingly. This is activated by adjusting settings within the app, proving especially useful for users wanting more dynamic communication.</w:t>
      </w:r>
      <w:r/>
    </w:p>
    <w:p>
      <w:r/>
      <w:r>
        <w:t>Another practical feature is the option to pause, resume, or end conversations at the user’s convenience, and view transcripts of past interactions. Despite not being able to display visual content during live interaction, all spoken content is transcribed for later review, enabling users to revisit and continue previous discussions seamlessly.</w:t>
      </w:r>
      <w:r/>
    </w:p>
    <w:p>
      <w:r/>
      <w:r>
        <w:t>To make multitasking easier, Gemini Live functions both in the background and at the lock screen of Android devices. Users can continue their conversations while using their phone for other tasks, illustrating the service's versatility. Setting up notifications for Gemini Live is necessary to maintain communication in these modes, which can be adjusted through the device's settings.</w:t>
      </w:r>
      <w:r/>
    </w:p>
    <w:p>
      <w:r/>
      <w:r>
        <w:t>Personalisation is also a core feature of Gemini Live, offering a broad selection of voices for a customised user experience. This includes various genders, accents, and tonal options, catering to user preferences for how they wish to interact vocally with the AI.</w:t>
      </w:r>
      <w:r/>
    </w:p>
    <w:p>
      <w:r/>
      <w:r>
        <w:t>By providing these advanced conversational tools, Google enhances user engagement and the overall functionality of AI-driven applications. Through Gemini Live, Google is pushing the boundaries of what AI can achieve in conversational environments, making AI interactions as seamless and personable as possible.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https://www.tomsguide.com/ai/google-gemini/google-gemini-live-now-available-to-all-android-users-heres-how-to-get-access</w:t>
        </w:r>
      </w:hyperlink>
      <w:r>
        <w:t xml:space="preserve"> - Corroborates the availability of Gemini Live to all Android users and the steps to access it through the Gemini app.</w:t>
      </w:r>
      <w:r/>
    </w:p>
    <w:p>
      <w:pPr>
        <w:pStyle w:val="ListNumber"/>
        <w:spacing w:line="240" w:lineRule="auto"/>
        <w:ind w:left="720"/>
      </w:pPr>
      <w:r/>
      <w:hyperlink r:id="rId11">
        <w:r>
          <w:rPr>
            <w:color w:val="0000EE"/>
            <w:u w:val="single"/>
          </w:rPr>
          <w:t>https://www.zdnet.com/article/gemini-live-is-available-to-all-android-phones-for-free-heres-why-you-should-try-it/</w:t>
        </w:r>
      </w:hyperlink>
      <w:r>
        <w:t xml:space="preserve"> - Supports the rollout of Gemini Live to all Android users, its conversational capabilities, and the lack of availability on iOS devices.</w:t>
      </w:r>
      <w:r/>
    </w:p>
    <w:p>
      <w:pPr>
        <w:pStyle w:val="ListNumber"/>
        <w:spacing w:line="240" w:lineRule="auto"/>
        <w:ind w:left="720"/>
      </w:pPr>
      <w:r/>
      <w:hyperlink r:id="rId12">
        <w:r>
          <w:rPr>
            <w:color w:val="0000EE"/>
            <w:u w:val="single"/>
          </w:rPr>
          <w:t>https://blog.google/products/android/android-gemini-google-ai/</w:t>
        </w:r>
      </w:hyperlink>
      <w:r>
        <w:t xml:space="preserve"> - Details the integration of Gemini Live into the Android operating system and its ability to handle complex tasks and conversations.</w:t>
      </w:r>
      <w:r/>
    </w:p>
    <w:p>
      <w:pPr>
        <w:pStyle w:val="ListNumber"/>
        <w:spacing w:line="240" w:lineRule="auto"/>
        <w:ind w:left="720"/>
      </w:pPr>
      <w:r/>
      <w:hyperlink r:id="rId13">
        <w:r>
          <w:rPr>
            <w:color w:val="0000EE"/>
            <w:u w:val="single"/>
          </w:rPr>
          <w:t>https://blog.google/products/gemini/made-by-google-gemini-ai-updates/</w:t>
        </w:r>
      </w:hyperlink>
      <w:r>
        <w:t xml:space="preserve"> - Explains the features of Gemini Live, including its ability to handle interruptions, pause and resume conversations, and its hands-free functionality.</w:t>
      </w:r>
      <w:r/>
    </w:p>
    <w:p>
      <w:pPr>
        <w:pStyle w:val="ListNumber"/>
        <w:spacing w:line="240" w:lineRule="auto"/>
        <w:ind w:left="720"/>
      </w:pPr>
      <w:r/>
      <w:hyperlink r:id="rId14">
        <w:r>
          <w:rPr>
            <w:color w:val="0000EE"/>
            <w:u w:val="single"/>
          </w:rPr>
          <w:t>https://www.zdnet.com/article/7-gemini-live-tips-and-tricks-how-to-get-more-out-of-googles-free-ai-voice-assistant/</w:t>
        </w:r>
      </w:hyperlink>
      <w:r>
        <w:t xml:space="preserve"> - Provides tips on using Gemini Live, including handling interruptions, viewing transcripts, and using the AI in the background or at the lock screen.</w:t>
      </w:r>
      <w:r/>
    </w:p>
    <w:p>
      <w:pPr>
        <w:pStyle w:val="ListNumber"/>
        <w:spacing w:line="240" w:lineRule="auto"/>
        <w:ind w:left="720"/>
      </w:pPr>
      <w:r/>
      <w:hyperlink r:id="rId10">
        <w:r>
          <w:rPr>
            <w:color w:val="0000EE"/>
            <w:u w:val="single"/>
          </w:rPr>
          <w:t>https://www.tomsguide.com/ai/google-gemini/google-gemini-live-now-available-to-all-android-users-heres-how-to-get-access</w:t>
        </w:r>
      </w:hyperlink>
      <w:r>
        <w:t xml:space="preserve"> - Mentions the personalization options available in Gemini Live, such as different voices and accents.</w:t>
      </w:r>
      <w:r/>
    </w:p>
    <w:p>
      <w:pPr>
        <w:pStyle w:val="ListNumber"/>
        <w:spacing w:line="240" w:lineRule="auto"/>
        <w:ind w:left="720"/>
      </w:pPr>
      <w:r/>
      <w:hyperlink r:id="rId13">
        <w:r>
          <w:rPr>
            <w:color w:val="0000EE"/>
            <w:u w:val="single"/>
          </w:rPr>
          <w:t>https://blog.google/products/gemini/made-by-google-gemini-ai-updates/</w:t>
        </w:r>
      </w:hyperlink>
      <w:r>
        <w:t xml:space="preserve"> - Describes how Gemini Live allows for more natural conversations, similar to those with another person, and its use in brainstorming and rehearsing.</w:t>
      </w:r>
      <w:r/>
    </w:p>
    <w:p>
      <w:pPr>
        <w:pStyle w:val="ListNumber"/>
        <w:spacing w:line="240" w:lineRule="auto"/>
        <w:ind w:left="720"/>
      </w:pPr>
      <w:r/>
      <w:hyperlink r:id="rId11">
        <w:r>
          <w:rPr>
            <w:color w:val="0000EE"/>
            <w:u w:val="single"/>
          </w:rPr>
          <w:t>https://www.zdnet.com/article/gemini-live-is-available-to-all-android-phones-for-free-heres-why-you-should-try-it/</w:t>
        </w:r>
      </w:hyperlink>
      <w:r>
        <w:t xml:space="preserve"> - Highlights the comparison of Gemini Live with other AI platforms like OpenAI's ChatGPT Advanced Voice Mode and Microsoft's Copilot Voice.</w:t>
      </w:r>
      <w:r/>
    </w:p>
    <w:p>
      <w:pPr>
        <w:pStyle w:val="ListNumber"/>
        <w:spacing w:line="240" w:lineRule="auto"/>
        <w:ind w:left="720"/>
      </w:pPr>
      <w:r/>
      <w:hyperlink r:id="rId12">
        <w:r>
          <w:rPr>
            <w:color w:val="0000EE"/>
            <w:u w:val="single"/>
          </w:rPr>
          <w:t>https://blog.google/products/android/android-gemini-google-ai/</w:t>
        </w:r>
      </w:hyperlink>
      <w:r>
        <w:t xml:space="preserve"> - Details the security and privacy measures in place for Gemini Live, ensuring user data is protected.</w:t>
      </w:r>
      <w:r/>
    </w:p>
    <w:p>
      <w:pPr>
        <w:pStyle w:val="ListNumber"/>
        <w:spacing w:line="240" w:lineRule="auto"/>
        <w:ind w:left="720"/>
      </w:pPr>
      <w:r/>
      <w:hyperlink r:id="rId14">
        <w:r>
          <w:rPr>
            <w:color w:val="0000EE"/>
            <w:u w:val="single"/>
          </w:rPr>
          <w:t>https://www.zdnet.com/article/7-gemini-live-tips-and-tricks-how-to-get-more-out-of-googles-free-ai-voice-assistant/</w:t>
        </w:r>
      </w:hyperlink>
      <w:r>
        <w:t xml:space="preserve"> - Explains the necessity of having a personal Google account and fluency in one of the supported languages to use Gemini Live.</w:t>
      </w:r>
      <w:r/>
    </w:p>
    <w:p>
      <w:pPr>
        <w:pStyle w:val="ListNumber"/>
        <w:spacing w:line="240" w:lineRule="auto"/>
        <w:ind w:left="720"/>
      </w:pPr>
      <w:r/>
      <w:hyperlink r:id="rId15">
        <w:r>
          <w:rPr>
            <w:color w:val="0000EE"/>
            <w:u w:val="single"/>
          </w:rPr>
          <w:t>https://www.zdnet.com/article/7-gemini-live-tips-and-tricks-how-to-get-more-out-of-googles-free-ai-voice-assistant/#ftag=RSSbaffb68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ai/google-gemini/google-gemini-live-now-available-to-all-android-users-heres-how-to-get-access" TargetMode="External"/><Relationship Id="rId11" Type="http://schemas.openxmlformats.org/officeDocument/2006/relationships/hyperlink" Target="https://www.zdnet.com/article/gemini-live-is-available-to-all-android-phones-for-free-heres-why-you-should-try-it/" TargetMode="External"/><Relationship Id="rId12" Type="http://schemas.openxmlformats.org/officeDocument/2006/relationships/hyperlink" Target="https://blog.google/products/android/android-gemini-google-ai/" TargetMode="External"/><Relationship Id="rId13" Type="http://schemas.openxmlformats.org/officeDocument/2006/relationships/hyperlink" Target="https://blog.google/products/gemini/made-by-google-gemini-ai-updates/" TargetMode="External"/><Relationship Id="rId14" Type="http://schemas.openxmlformats.org/officeDocument/2006/relationships/hyperlink" Target="https://www.zdnet.com/article/7-gemini-live-tips-and-tricks-how-to-get-more-out-of-googles-free-ai-voice-assistant/" TargetMode="External"/><Relationship Id="rId15" Type="http://schemas.openxmlformats.org/officeDocument/2006/relationships/hyperlink" Target="https://www.zdnet.com/article/7-gemini-live-tips-and-tricks-how-to-get-more-out-of-googles-free-ai-voice-assistan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