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Vertex AI SDK for Firebase to revolutionise app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taken a significant step forward in enhancing app development capabilities by introducing the Vertex AI SDK for Firebase in beta. This innovative tool paves the way for developers to build applications that transcend basic chat models and text prompts, offering a range of functionalities that can be integrated seamlessly into mobile apps.</w:t>
      </w:r>
      <w:r/>
    </w:p>
    <w:p>
      <w:r/>
      <w:r>
        <w:t>The release is accompanied by a comprehensive colab, which provides step-by-step guidance for developers on integrating the Vertex AI SDK into their applications. This resource covers vital topics such as prompt design, setting up a Firebase project specifically tailored for Vertex AI usage, configuring Android Studio projects, and embedding the SDK into code using Kotlin.</w:t>
      </w:r>
      <w:r/>
    </w:p>
    <w:p>
      <w:r/>
      <w:r>
        <w:t>Thomas Ezan, a Google engineer, highlights the utility of Vertex AI Studio, a cloud-based tool designed to facilitate rapid prototyping and testing of prompts with Gemini models. This tool is invaluable for developers aiming to construct effective prompts, a critical element in ensuring that apps behave as intended.</w:t>
      </w:r>
      <w:r/>
    </w:p>
    <w:p>
      <w:r/>
      <w:r>
        <w:t>A standout feature of Vertex AI is the 'System instructions'. This aspect allows developers to define a preamble before user prompts, thus enabling the adaptation of model behaviour to suit specific application requirements and scenarios. By setting system instructions, developers can establish the desired output style, tone, role persona, and task goals. An example snippet in Kotlin elucidates how to set these instructions, illustrating the model's potential to function as a knowledgeable tutor utilising the Socratic method.</w:t>
      </w:r>
      <w:r/>
    </w:p>
    <w:p>
      <w:r/>
      <w:r>
        <w:t>Moreover, the SDK permits the specification of a responseMimeType for outputs, which is particularly beneficial when the output needs to adhere to a specific format, such as JSON, preventing any non-compliant content from being generated.</w:t>
      </w:r>
      <w:r/>
    </w:p>
    <w:p>
      <w:r/>
      <w:r>
        <w:t>The capabilities of the Gemini API, integrated into mobile applications through this SDK, extend beyond traditional conversational interfaces. Thanks to its multi-modal capabilities, Gemini handles various input types, including text, images, audio, and video. This broad functionality allows for the generation of image captions, audio file summaries, video scene descriptions, and other similar outputs.</w:t>
      </w:r>
      <w:r/>
    </w:p>
    <w:p>
      <w:r/>
      <w:r>
        <w:t>Adding to its versatility, developers can now create functions that effectively extend the model's capabilities. For instance, a function might retrieve data from an SQL database and incorporate it into the prompt context or equip the model with tools to enhance its output production.</w:t>
      </w:r>
      <w:r/>
    </w:p>
    <w:p>
      <w:r/>
      <w:r>
        <w:t>One notable advantage of the Vertex AI SDK for Firebase is its compatibility with multiple programming languages such as Swift, Kotlin, Flutter, and JavaScript. This versatility ensures that developers can leverage the Gemini API directly from Android and iOS applications without the necessity of an intermediate backend service layer, which would typically be written in languages like Python, Java, or Go.</w:t>
      </w:r>
      <w:r/>
    </w:p>
    <w:p>
      <w:r/>
      <w:r>
        <w:t>With the introduction of the Vertex AI SDK, Firebase underscores its commitment to providing robust and flexible tools for developers. This development marks a pivotal moment for mobile app development, offering innovative solutions and expanded capabilities that can be harnessed to create highly specialised and responsive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https://firebase.google.com/docs/vertex-ai</w:t>
        </w:r>
      </w:hyperlink>
      <w:r>
        <w:t xml:space="preserve"> - This link corroborates the introduction of the Vertex AI SDK for Firebase, its integration with mobile and web apps, and the various capabilities such as multimodal input and security features.</w:t>
      </w:r>
      <w:r/>
    </w:p>
    <w:p>
      <w:pPr>
        <w:pStyle w:val="ListNumber"/>
        <w:spacing w:line="240" w:lineRule="auto"/>
        <w:ind w:left="720"/>
      </w:pPr>
      <w:r/>
      <w:hyperlink r:id="rId11">
        <w:r>
          <w:rPr>
            <w:color w:val="0000EE"/>
            <w:u w:val="single"/>
          </w:rPr>
          <w:t>https://www.infoq.com/news/2024/10/vertex-ai-firebase-gemini/</w:t>
        </w:r>
      </w:hyperlink>
      <w:r>
        <w:t xml:space="preserve"> - This article supports the information about the comprehensive colab for integrating the Vertex AI SDK, prompt design, and the use of Vertex AI Studio for rapid prototyping and testing of prompts.</w:t>
      </w:r>
      <w:r/>
    </w:p>
    <w:p>
      <w:pPr>
        <w:pStyle w:val="ListNumber"/>
        <w:spacing w:line="240" w:lineRule="auto"/>
        <w:ind w:left="720"/>
      </w:pPr>
      <w:r/>
      <w:hyperlink r:id="rId11">
        <w:r>
          <w:rPr>
            <w:color w:val="0000EE"/>
            <w:u w:val="single"/>
          </w:rPr>
          <w:t>https://www.infoq.com/news/2024/10/vertex-ai-firebase-gemini/</w:t>
        </w:r>
      </w:hyperlink>
      <w:r>
        <w:t xml:space="preserve"> - This link explains the 'System instructions' feature, which allows developers to define a preamble before user prompts to adapt the model's behavior.</w:t>
      </w:r>
      <w:r/>
    </w:p>
    <w:p>
      <w:pPr>
        <w:pStyle w:val="ListNumber"/>
        <w:spacing w:line="240" w:lineRule="auto"/>
        <w:ind w:left="720"/>
      </w:pPr>
      <w:r/>
      <w:hyperlink r:id="rId11">
        <w:r>
          <w:rPr>
            <w:color w:val="0000EE"/>
            <w:u w:val="single"/>
          </w:rPr>
          <w:t>https://www.infoq.com/news/2024/10/vertex-ai-firebase-gemini/</w:t>
        </w:r>
      </w:hyperlink>
      <w:r>
        <w:t xml:space="preserve"> - This article details the specification of responseMimeType for outputs and the handling of various input types including text, images, audio, and video.</w:t>
      </w:r>
      <w:r/>
    </w:p>
    <w:p>
      <w:pPr>
        <w:pStyle w:val="ListNumber"/>
        <w:spacing w:line="240" w:lineRule="auto"/>
        <w:ind w:left="720"/>
      </w:pPr>
      <w:r/>
      <w:hyperlink r:id="rId12">
        <w:r>
          <w:rPr>
            <w:color w:val="0000EE"/>
            <w:u w:val="single"/>
          </w:rPr>
          <w:t>https://developer.android.com/ai/vertex-ai-firebase</w:t>
        </w:r>
      </w:hyperlink>
      <w:r>
        <w:t xml:space="preserve"> - This link provides information on integrating the Vertex AI SDK into Android projects, configuring Android Studio, and the compatibility with multiple programming languages.</w:t>
      </w:r>
      <w:r/>
    </w:p>
    <w:p>
      <w:pPr>
        <w:pStyle w:val="ListNumber"/>
        <w:spacing w:line="240" w:lineRule="auto"/>
        <w:ind w:left="720"/>
      </w:pPr>
      <w:r/>
      <w:hyperlink r:id="rId12">
        <w:r>
          <w:rPr>
            <w:color w:val="0000EE"/>
            <w:u w:val="single"/>
          </w:rPr>
          <w:t>https://developer.android.com/ai/vertex-ai-firebase</w:t>
        </w:r>
      </w:hyperlink>
      <w:r>
        <w:t xml:space="preserve"> - This resource explains how to generate text responses, support multi-turn conversations, and use response streaming with the Vertex AI SDK.</w:t>
      </w:r>
      <w:r/>
    </w:p>
    <w:p>
      <w:pPr>
        <w:pStyle w:val="ListNumber"/>
        <w:spacing w:line="240" w:lineRule="auto"/>
        <w:ind w:left="720"/>
      </w:pPr>
      <w:r/>
      <w:hyperlink r:id="rId13">
        <w:r>
          <w:rPr>
            <w:color w:val="0000EE"/>
            <w:u w:val="single"/>
          </w:rPr>
          <w:t>https://firebase.blog/posts/2024/05/introducing-vertex-ai-firebase/</w:t>
        </w:r>
      </w:hyperlink>
      <w:r>
        <w:t xml:space="preserve"> - This blog post highlights the key features of the Vertex AI SDK for Firebase, including effortless onboarding, access to the Gemini API, and security measures like Firebase App Check.</w:t>
      </w:r>
      <w:r/>
    </w:p>
    <w:p>
      <w:pPr>
        <w:pStyle w:val="ListNumber"/>
        <w:spacing w:line="240" w:lineRule="auto"/>
        <w:ind w:left="720"/>
      </w:pPr>
      <w:r/>
      <w:hyperlink r:id="rId13">
        <w:r>
          <w:rPr>
            <w:color w:val="0000EE"/>
            <w:u w:val="single"/>
          </w:rPr>
          <w:t>https://firebase.blog/posts/2024/05/introducing-vertex-ai-firebase/</w:t>
        </w:r>
      </w:hyperlink>
      <w:r>
        <w:t xml:space="preserve"> - This article discusses the ability to create functions that extend the model's capabilities and the integration with Firebase services like Cloud Storage and Remote Config.</w:t>
      </w:r>
      <w:r/>
    </w:p>
    <w:p>
      <w:pPr>
        <w:pStyle w:val="ListNumber"/>
        <w:spacing w:line="240" w:lineRule="auto"/>
        <w:ind w:left="720"/>
      </w:pPr>
      <w:r/>
      <w:hyperlink r:id="rId13">
        <w:r>
          <w:rPr>
            <w:color w:val="0000EE"/>
            <w:u w:val="single"/>
          </w:rPr>
          <w:t>https://firebase.blog/posts/2024/05/introducing-vertex-ai-firebase/</w:t>
        </w:r>
      </w:hyperlink>
      <w:r>
        <w:t xml:space="preserve"> - This link underscores the compatibility of the Vertex AI SDK with various programming languages such as Swift, Kotlin, Flutter, and JavaScript.</w:t>
      </w:r>
      <w:r/>
    </w:p>
    <w:p>
      <w:pPr>
        <w:pStyle w:val="ListNumber"/>
        <w:spacing w:line="240" w:lineRule="auto"/>
        <w:ind w:left="720"/>
      </w:pPr>
      <w:r/>
      <w:hyperlink r:id="rId11">
        <w:r>
          <w:rPr>
            <w:color w:val="0000EE"/>
            <w:u w:val="single"/>
          </w:rPr>
          <w:t>https://www.infoq.com/news/2024/10/vertex-ai-firebase-gemini/</w:t>
        </w:r>
      </w:hyperlink>
      <w:r>
        <w:t xml:space="preserve"> - This article emphasizes the significance of the Vertex AI SDK for Firebase in enabling developers to build specialized and responsive applications without an intermediate backend service layer.</w:t>
      </w:r>
      <w:r/>
    </w:p>
    <w:p>
      <w:pPr>
        <w:pStyle w:val="ListNumber"/>
        <w:spacing w:line="240" w:lineRule="auto"/>
        <w:ind w:left="720"/>
      </w:pPr>
      <w:r/>
      <w:hyperlink r:id="rId10">
        <w:r>
          <w:rPr>
            <w:color w:val="0000EE"/>
            <w:u w:val="single"/>
          </w:rPr>
          <w:t>https://firebase.google.com/docs/vertex-ai</w:t>
        </w:r>
      </w:hyperlink>
      <w:r>
        <w:t xml:space="preserve"> - This link summarizes the overall benefits and capabilities of using the Vertex AI SDK for Firebase, including robust infrastructure and integrations with other Firebase services.</w:t>
      </w:r>
      <w:r/>
    </w:p>
    <w:p>
      <w:pPr>
        <w:pStyle w:val="ListNumber"/>
        <w:spacing w:line="240" w:lineRule="auto"/>
        <w:ind w:left="720"/>
      </w:pPr>
      <w:r/>
      <w:hyperlink r:id="rId14">
        <w:r>
          <w:rPr>
            <w:color w:val="0000EE"/>
            <w:u w:val="single"/>
          </w:rPr>
          <w:t>https://www.infoq.com/news/2024/10/vertex-ai-firebase-gemini/?utm_campaign=infoq_content&amp;utm_source=infoq&amp;utm_medium=feed&amp;utm_term=global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rebase.google.com/docs/vertex-ai" TargetMode="External"/><Relationship Id="rId11" Type="http://schemas.openxmlformats.org/officeDocument/2006/relationships/hyperlink" Target="https://www.infoq.com/news/2024/10/vertex-ai-firebase-gemini/" TargetMode="External"/><Relationship Id="rId12" Type="http://schemas.openxmlformats.org/officeDocument/2006/relationships/hyperlink" Target="https://developer.android.com/ai/vertex-ai-firebase" TargetMode="External"/><Relationship Id="rId13" Type="http://schemas.openxmlformats.org/officeDocument/2006/relationships/hyperlink" Target="https://firebase.blog/posts/2024/05/introducing-vertex-ai-firebase/" TargetMode="External"/><Relationship Id="rId14" Type="http://schemas.openxmlformats.org/officeDocument/2006/relationships/hyperlink" Target="https://www.infoq.com/news/2024/10/vertex-ai-firebase-gemini/?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