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NotebookLM revolutionises podcasting with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world of artificial intelligence and digital media, Google has introduced an innovative product called NotebookLM, designed to elevate the multimedia experience by producing AI-generated podcasts. As technology continues to reshape various aspects of human life, the introduction of AI to podcasting marks a new chapter in digital content creation.</w:t>
      </w:r>
      <w:r/>
    </w:p>
    <w:p>
      <w:r/>
      <w:r>
        <w:t>NotebookLM operates similarly to the widely recognised ChatGPT, but with a focus on audio content. By processing a multitude of sources, such as documents, websites, and YouTube videos, it synthesises this information into conversational podcasts. Two AI-generated hosts, one male and one female, engage in discussions that mimic human speech patterns remarkably well. Their interaction includes colloquial speech nuances such as hesitations and interruptions, creating an almost human-like delivery which allows listeners to forget they are, in fact, hearing an AI.</w:t>
      </w:r>
      <w:r/>
    </w:p>
    <w:p>
      <w:r/>
      <w:r>
        <w:t>Developed as a study tool, NotebookLM is intended to facilitate easy digestion of complex information, making it ideal for summarising content during activities like commuting or exercising. By converting texts into audio format, learners can absorb information in a seamless and engaging manner. However, it also offers the facility to generate podcasts on virtually any subject, providing users with a creative outlet and a way to explore diverse topics.</w:t>
      </w:r>
      <w:r/>
    </w:p>
    <w:p>
      <w:r/>
      <w:r>
        <w:t>In a demonstration of NotebookLM's capabilities, a mock podcast was created around Disney+'s new series "Rivals". By feeding the programme with interviews from the show's actors, the AI hosts crafted a five-minute session that seemingly derived insights and analysis directly from viewers' perceptions. The hosts discussed the show within the socio-cultural context of the 1980s, touching upon its approach to themes of sexism and racism—topics the actors highlighted in interviews. This resulted in an immersive experience that framed "Rivals" as a culturally significant piece, though the show is primarily stylised as camp entertainment with a focus on more risqué content.</w:t>
      </w:r>
      <w:r/>
    </w:p>
    <w:p>
      <w:r/>
      <w:r>
        <w:t>Yet, the AI is still somewhat limited by the sources it is provided. The generated content can lack comprehensiveness if not fed with diverse and complete data. For instance, to achieve a balanced review of "Rivals", it would require a broader range of content, such as reviews, full show notes, and the original novel's themes, rather than just actor interviews.</w:t>
      </w:r>
      <w:r/>
    </w:p>
    <w:p>
      <w:r/>
      <w:r>
        <w:t>Further experimentation with NotebookLM included creating a podcast on conspiracy theories. By utilising information from Reddit and Wikipedia, a 14-minute piece emerged, surprisingly nuanced in its approach to understanding human psychology and confirmation bias. The AI steered clear of deep-diving into specific conspiracies, which may suggest a level of editorial caution.</w:t>
      </w:r>
      <w:r/>
    </w:p>
    <w:p>
      <w:r/>
      <w:r>
        <w:t>The advent of AI-driven podcast generation like NotebookLM prompts numerous questions about the future of content creation. Concerns include whether such technology could diminish the need for critical engagement with information and the potential impact on human podcasters' careers. However, its capacity to convey information in an accessible and relatable format highlights its potential as a learning aid.</w:t>
      </w:r>
      <w:r/>
    </w:p>
    <w:p>
      <w:r/>
      <w:r>
        <w:t>As technology progresses, the role of AI in content generation appears poised to grow, offering novel ways to interact with information. Whether it becomes an essential tool for education and entertainment or remains a niche novelty will depend on ongoing developments and public adoption.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https://www.businessinsider.com/google-notebooklm-ai-podcast-tool-customize-feature-update-2024-10</w:t>
        </w:r>
      </w:hyperlink>
      <w:r>
        <w:t xml:space="preserve"> - Corroborates the introduction of NotebookLM, its ability to generate AI-generated podcasts, and the new customization features.</w:t>
      </w:r>
      <w:r/>
    </w:p>
    <w:p>
      <w:pPr>
        <w:pStyle w:val="ListNumber"/>
        <w:spacing w:line="240" w:lineRule="auto"/>
        <w:ind w:left="720"/>
      </w:pPr>
      <w:r/>
      <w:hyperlink r:id="rId11">
        <w:r>
          <w:rPr>
            <w:color w:val="0000EE"/>
            <w:u w:val="single"/>
          </w:rPr>
          <w:t>https://www.youtube.com/watch?v=avtgqNXpzqg</w:t>
        </w:r>
      </w:hyperlink>
      <w:r>
        <w:t xml:space="preserve"> - Demonstrates how NotebookLM transforms document text into engaging podcasts and discusses its advanced AI model, Gemini 1.5.</w:t>
      </w:r>
      <w:r/>
    </w:p>
    <w:p>
      <w:pPr>
        <w:pStyle w:val="ListNumber"/>
        <w:spacing w:line="240" w:lineRule="auto"/>
        <w:ind w:left="720"/>
      </w:pPr>
      <w:r/>
      <w:hyperlink r:id="rId12">
        <w:r>
          <w:rPr>
            <w:color w:val="0000EE"/>
            <w:u w:val="single"/>
          </w:rPr>
          <w:t>https://mashable.com/article/notebooklm-google-ai-podcasting-tool-gets-upgrades</w:t>
        </w:r>
      </w:hyperlink>
      <w:r>
        <w:t xml:space="preserve"> - Details the new features of NotebookLM, including the ability to steer the conversation and the launch of a business version.</w:t>
      </w:r>
      <w:r/>
    </w:p>
    <w:p>
      <w:pPr>
        <w:pStyle w:val="ListNumber"/>
        <w:spacing w:line="240" w:lineRule="auto"/>
        <w:ind w:left="720"/>
      </w:pPr>
      <w:r/>
      <w:hyperlink r:id="rId13">
        <w:r>
          <w:rPr>
            <w:color w:val="0000EE"/>
            <w:u w:val="single"/>
          </w:rPr>
          <w:t>https://blog.google/technology/ai/notebooklm-audio-overviews/</w:t>
        </w:r>
      </w:hyperlink>
      <w:r>
        <w:t xml:space="preserve"> - Explains the Audio Overview feature of NotebookLM, how it generates discussions from uploaded sources, and its limitations.</w:t>
      </w:r>
      <w:r/>
    </w:p>
    <w:p>
      <w:pPr>
        <w:pStyle w:val="ListNumber"/>
        <w:spacing w:line="240" w:lineRule="auto"/>
        <w:ind w:left="720"/>
      </w:pPr>
      <w:r/>
      <w:hyperlink r:id="rId14">
        <w:r>
          <w:rPr>
            <w:color w:val="0000EE"/>
            <w:u w:val="single"/>
          </w:rPr>
          <w:t>https://www.techradar.com/computing/artificial-intelligence/googles-amazing-notebooklm-podcast-generator-just-got-a-major-ai-update-and-now-you-can-play-the-producer</w:t>
        </w:r>
      </w:hyperlink>
      <w:r>
        <w:t xml:space="preserve"> - Describes the major updates to NotebookLM, including the 'Customize' button and the ability to listen to Audio Overviews while working on other projects.</w:t>
      </w:r>
      <w:r/>
    </w:p>
    <w:p>
      <w:pPr>
        <w:pStyle w:val="ListNumber"/>
        <w:spacing w:line="240" w:lineRule="auto"/>
        <w:ind w:left="720"/>
      </w:pPr>
      <w:r/>
      <w:hyperlink r:id="rId10">
        <w:r>
          <w:rPr>
            <w:color w:val="0000EE"/>
            <w:u w:val="single"/>
          </w:rPr>
          <w:t>https://www.businessinsider.com/google-notebooklm-ai-podcast-tool-customize-feature-update-2024-10</w:t>
        </w:r>
      </w:hyperlink>
      <w:r>
        <w:t xml:space="preserve"> - Highlights the use of NotebookLM as a study tool and its ability to make complex information more digestible through audio format.</w:t>
      </w:r>
      <w:r/>
    </w:p>
    <w:p>
      <w:pPr>
        <w:pStyle w:val="ListNumber"/>
        <w:spacing w:line="240" w:lineRule="auto"/>
        <w:ind w:left="720"/>
      </w:pPr>
      <w:r/>
      <w:hyperlink r:id="rId12">
        <w:r>
          <w:rPr>
            <w:color w:val="0000EE"/>
            <w:u w:val="single"/>
          </w:rPr>
          <w:t>https://mashable.com/article/notebooklm-google-ai-podcasting-tool-gets-upgrades</w:t>
        </w:r>
      </w:hyperlink>
      <w:r>
        <w:t xml:space="preserve"> - Mentions the capability of NotebookLM to generate podcasts on virtually any subject, providing a creative outlet for users.</w:t>
      </w:r>
      <w:r/>
    </w:p>
    <w:p>
      <w:pPr>
        <w:pStyle w:val="ListNumber"/>
        <w:spacing w:line="240" w:lineRule="auto"/>
        <w:ind w:left="720"/>
      </w:pPr>
      <w:r/>
      <w:hyperlink r:id="rId11">
        <w:r>
          <w:rPr>
            <w:color w:val="0000EE"/>
            <w:u w:val="single"/>
          </w:rPr>
          <w:t>https://www.youtube.com/watch?v=avtgqNXpzqg</w:t>
        </w:r>
      </w:hyperlink>
      <w:r>
        <w:t xml:space="preserve"> - Illustrates the limitations of the AI-generated content, which can lack comprehensiveness if not fed with diverse and complete data.</w:t>
      </w:r>
      <w:r/>
    </w:p>
    <w:p>
      <w:pPr>
        <w:pStyle w:val="ListNumber"/>
        <w:spacing w:line="240" w:lineRule="auto"/>
        <w:ind w:left="720"/>
      </w:pPr>
      <w:r/>
      <w:hyperlink r:id="rId13">
        <w:r>
          <w:rPr>
            <w:color w:val="0000EE"/>
            <w:u w:val="single"/>
          </w:rPr>
          <w:t>https://blog.google/technology/ai/notebooklm-audio-overviews/</w:t>
        </w:r>
      </w:hyperlink>
      <w:r>
        <w:t xml:space="preserve"> - Discusses the potential of NotebookLM as a learning aid and its impact on content creation and human engagement with information.</w:t>
      </w:r>
      <w:r/>
    </w:p>
    <w:p>
      <w:pPr>
        <w:pStyle w:val="ListNumber"/>
        <w:spacing w:line="240" w:lineRule="auto"/>
        <w:ind w:left="720"/>
      </w:pPr>
      <w:r/>
      <w:hyperlink r:id="rId14">
        <w:r>
          <w:rPr>
            <w:color w:val="0000EE"/>
            <w:u w:val="single"/>
          </w:rPr>
          <w:t>https://www.techradar.com/computing/artificial-intelligence/googles-amazing-notebooklm-podcast-generator-just-got-a-major-ai-update-and-now-you-can-play-the-producer</w:t>
        </w:r>
      </w:hyperlink>
      <w:r>
        <w:t xml:space="preserve"> - Addresses concerns about the future of content creation and the potential impact on human podcasters' careers.</w:t>
      </w:r>
      <w:r/>
    </w:p>
    <w:p>
      <w:pPr>
        <w:pStyle w:val="ListNumber"/>
        <w:spacing w:line="240" w:lineRule="auto"/>
        <w:ind w:left="720"/>
      </w:pPr>
      <w:r/>
      <w:hyperlink r:id="rId12">
        <w:r>
          <w:rPr>
            <w:color w:val="0000EE"/>
            <w:u w:val="single"/>
          </w:rPr>
          <w:t>https://mashable.com/article/notebooklm-google-ai-podcasting-tool-gets-upgrades</w:t>
        </w:r>
      </w:hyperlink>
      <w:r>
        <w:t xml:space="preserve"> - Speculates on the future role of AI in content generation and its potential as an essential tool for education and entertainment.</w:t>
      </w:r>
      <w:r/>
    </w:p>
    <w:p>
      <w:pPr>
        <w:pStyle w:val="ListNumber"/>
        <w:spacing w:line="240" w:lineRule="auto"/>
        <w:ind w:left="720"/>
      </w:pPr>
      <w:r/>
      <w:hyperlink r:id="rId15">
        <w:r>
          <w:rPr>
            <w:color w:val="0000EE"/>
            <w:u w:val="single"/>
          </w:rPr>
          <w:t>https://www.theguardian.com/tv-and-radio/2024/oct/16/i-ai-generated-some-podcasts-and-the-results-are-uncanny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google-notebooklm-ai-podcast-tool-customize-feature-update-2024-10" TargetMode="External"/><Relationship Id="rId11" Type="http://schemas.openxmlformats.org/officeDocument/2006/relationships/hyperlink" Target="https://www.youtube.com/watch?v=avtgqNXpzqg" TargetMode="External"/><Relationship Id="rId12" Type="http://schemas.openxmlformats.org/officeDocument/2006/relationships/hyperlink" Target="https://mashable.com/article/notebooklm-google-ai-podcasting-tool-gets-upgrades" TargetMode="External"/><Relationship Id="rId13" Type="http://schemas.openxmlformats.org/officeDocument/2006/relationships/hyperlink" Target="https://blog.google/technology/ai/notebooklm-audio-overviews/" TargetMode="External"/><Relationship Id="rId14" Type="http://schemas.openxmlformats.org/officeDocument/2006/relationships/hyperlink" Target="https://www.techradar.com/computing/artificial-intelligence/googles-amazing-notebooklm-podcast-generator-just-got-a-major-ai-update-and-now-you-can-play-the-producer" TargetMode="External"/><Relationship Id="rId15" Type="http://schemas.openxmlformats.org/officeDocument/2006/relationships/hyperlink" Target="https://www.theguardian.com/tv-and-radio/2024/oct/16/i-ai-generated-some-podcasts-and-the-results-are-uncan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