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Harnessing technology for effective weight loss: The Simple app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today's society, where tempting and calorie-laden indulgences are just a flick of an app away, weight control often presents itself as a formidable challenge. Urban lifestyles and readily available fast food add to the complexity of making healthy choices, turning the prospect of weight loss into a daunting task for many. However, modern technology offers innovative solutions, such as the Simple app, designed to simplify the weight-loss journey through a blend of artificial intelligence and structured planning.</w:t>
      </w:r>
      <w:r/>
    </w:p>
    <w:p>
      <w:r/>
      <w:r>
        <w:t>Personal accounts illuminate the effectiveness of such tools in the weight loss arena. One such story involves an individual who managed to shed 23 pounds in just 11 weeks. This journey coincided with significant life changes, including a new job, a move to a new home, and the pressures accompanying turning 30, which initially led to increased comfort eating and weight gain. Weighing in at 115kg at a height of 6ft 1, this individual embarked on a structured plan involving a personal trainer, ultimately leading to a healthier physique.</w:t>
      </w:r>
      <w:r/>
    </w:p>
    <w:p>
      <w:r/>
      <w:r>
        <w:t xml:space="preserve">The Simple app plays a pivotal role in providing a structured approach to weight loss. Priced at £29.99 but available at a discounted rate of £17.99, the app employs AI technology to guide users through personalised diet and fitness plans. Users start with a 10-minute quiz to assess their lifestyle and goals, setting the stage for suggestions tailored to their personal journey. </w:t>
      </w:r>
      <w:r/>
    </w:p>
    <w:p>
      <w:r/>
      <w:r>
        <w:t>This app excels in simplifying food tracking through an Avo feature, which not only logs meals via photos but also provides nutritional scoring and suggests meal enhancements. For instance, it can transform simple ingredients into a recipe and flag menu items that align with one's fitness goals—an invaluable tool when dining at fast-food joints notoriously known for high-calorie offerings.</w:t>
      </w:r>
      <w:r/>
    </w:p>
    <w:p>
      <w:r/>
      <w:r>
        <w:t>The app's intermittent fasting component is based on a variety of fasting schedules, including the widely recommended 16:8 fast, proven to recongnised by many health professionals for weight management and other health benefits. Users receive reminders and educational content to support the adoption of this eating pattern, effectively guiding them through the fasting process.</w:t>
      </w:r>
      <w:r/>
    </w:p>
    <w:p>
      <w:r/>
      <w:r>
        <w:t>Beyond diet, the Simple app includes functionalities akin to those of a personal trainer, albeit limited to the scope of AI capabilities. It provides accountability, meal planning, and motivational support, making it especially beneficial for novices in the fitness and nutrition domain. While it does not replace the adaptive and personalised feedback a human trainer provides, it serves as a strong foundation for those embarking on their initial weight loss journeys.</w:t>
      </w:r>
      <w:r/>
    </w:p>
    <w:p>
      <w:r/>
      <w:r>
        <w:t>A notable success story among Simple users is that of Laci Gilbert, who began using the app in 2023 when weighing 275lbs. Through dedication and the app's guidance, she lost an impressive six stone (approximately 86 pounds) and continues her journey with the ambition to shed more weight. Her transformation reflects significant physical and psychological benefits, challenging generational obesity-related health trends within her family.</w:t>
      </w:r>
      <w:r/>
    </w:p>
    <w:p>
      <w:r/>
      <w:r>
        <w:t>Ultimately, while Simple might not be suitable for everyone, particularly those needing more personalised interventions or those with specific health concerns, it offers a comprehensive toolkit for tackling weight loss in a structured and technology-enhanced manner. Its innovative features and user-friendly interface make it an appealing option for many individuals looking to make sustainable lifestyle changes.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https://simple.life</w:t>
        </w:r>
      </w:hyperlink>
      <w:r>
        <w:t xml:space="preserve"> - Corroborates the use of AI technology and the structured approach to weight loss provided by the Simple app, including daily check-ins and personalized daily actions.</w:t>
      </w:r>
      <w:r/>
    </w:p>
    <w:p>
      <w:pPr>
        <w:pStyle w:val="ListNumber"/>
        <w:spacing w:line="240" w:lineRule="auto"/>
        <w:ind w:left="720"/>
      </w:pPr>
      <w:r/>
      <w:hyperlink r:id="rId11">
        <w:r>
          <w:rPr>
            <w:color w:val="0000EE"/>
            <w:u w:val="single"/>
          </w:rPr>
          <w:t>https://www.garagegymreviews.com/equipment/simple-app</w:t>
        </w:r>
      </w:hyperlink>
      <w:r>
        <w:t xml:space="preserve"> - Supports the app's focus on intermittent fasting, instant feedback on meals, and educational content on recipes and workouts.</w:t>
      </w:r>
      <w:r/>
    </w:p>
    <w:p>
      <w:pPr>
        <w:pStyle w:val="ListNumber"/>
        <w:spacing w:line="240" w:lineRule="auto"/>
        <w:ind w:left="720"/>
      </w:pPr>
      <w:r/>
      <w:hyperlink r:id="rId12">
        <w:r>
          <w:rPr>
            <w:color w:val="0000EE"/>
            <w:u w:val="single"/>
          </w:rPr>
          <w:t>https://www.trendhunter.com/trends/health-coaching-app</w:t>
        </w:r>
      </w:hyperlink>
      <w:r>
        <w:t xml:space="preserve"> - Highlights the app's AI-powered personal health coaching, holistic health management, and real-time health chatbot functionalities.</w:t>
      </w:r>
      <w:r/>
    </w:p>
    <w:p>
      <w:pPr>
        <w:pStyle w:val="ListNumber"/>
        <w:spacing w:line="240" w:lineRule="auto"/>
        <w:ind w:left="720"/>
      </w:pPr>
      <w:r/>
      <w:hyperlink r:id="rId13">
        <w:r>
          <w:rPr>
            <w:color w:val="0000EE"/>
            <w:u w:val="single"/>
          </w:rPr>
          <w:t>https://apps.apple.com/us/app/simple-weight-loss-coach/id1467720176</w:t>
        </w:r>
      </w:hyperlink>
      <w:r>
        <w:t xml:space="preserve"> - Details the app's features such as Avo Vision, nutritional scoring, meal tracking, and hydration and activity tracking, which simplify food tracking and provide personalized feedback.</w:t>
      </w:r>
      <w:r/>
    </w:p>
    <w:p>
      <w:pPr>
        <w:pStyle w:val="ListNumber"/>
        <w:spacing w:line="240" w:lineRule="auto"/>
        <w:ind w:left="720"/>
      </w:pPr>
      <w:r/>
      <w:hyperlink r:id="rId13">
        <w:r>
          <w:rPr>
            <w:color w:val="0000EE"/>
            <w:u w:val="single"/>
          </w:rPr>
          <w:t>https://apps.apple.com/us/app/simple-weight-loss-coach/id1467720176</w:t>
        </w:r>
      </w:hyperlink>
      <w:r>
        <w:t xml:space="preserve"> - Provides user testimonials and feedback on the effectiveness of the app in weight loss journeys, including significant life changes and weight loss achievements.</w:t>
      </w:r>
      <w:r/>
    </w:p>
    <w:p>
      <w:pPr>
        <w:pStyle w:val="ListNumber"/>
        <w:spacing w:line="240" w:lineRule="auto"/>
        <w:ind w:left="720"/>
      </w:pPr>
      <w:r/>
      <w:hyperlink r:id="rId14">
        <w:r>
          <w:rPr>
            <w:color w:val="0000EE"/>
            <w:u w:val="single"/>
          </w:rPr>
          <w:t>https://palta.com/simple</w:t>
        </w:r>
      </w:hyperlink>
      <w:r>
        <w:t xml:space="preserve"> - Mentions the app's success stories, such as users collectively losing 6.4 million pounds, and its commitment to scientific expertise and personalized weight loss programs.</w:t>
      </w:r>
      <w:r/>
    </w:p>
    <w:p>
      <w:pPr>
        <w:pStyle w:val="ListNumber"/>
        <w:spacing w:line="240" w:lineRule="auto"/>
        <w:ind w:left="720"/>
      </w:pPr>
      <w:r/>
      <w:hyperlink r:id="rId10">
        <w:r>
          <w:rPr>
            <w:color w:val="0000EE"/>
            <w:u w:val="single"/>
          </w:rPr>
          <w:t>https://simple.life</w:t>
        </w:r>
      </w:hyperlink>
      <w:r>
        <w:t xml:space="preserve"> - Explains the app's approach to weight loss without calorie counting or food restrictions, and the role of Avo in providing motivational coaching and nutritional feedback.</w:t>
      </w:r>
      <w:r/>
    </w:p>
    <w:p>
      <w:pPr>
        <w:pStyle w:val="ListNumber"/>
        <w:spacing w:line="240" w:lineRule="auto"/>
        <w:ind w:left="720"/>
      </w:pPr>
      <w:r/>
      <w:hyperlink r:id="rId11">
        <w:r>
          <w:rPr>
            <w:color w:val="0000EE"/>
            <w:u w:val="single"/>
          </w:rPr>
          <w:t>https://www.garagegymreviews.com/equipment/simple-app</w:t>
        </w:r>
      </w:hyperlink>
      <w:r>
        <w:t xml:space="preserve"> - Discusses the app's pricing and subscription plans, as well as the pros and cons, including the lack of human coaching and potential app glitches.</w:t>
      </w:r>
      <w:r/>
    </w:p>
    <w:p>
      <w:pPr>
        <w:pStyle w:val="ListNumber"/>
        <w:spacing w:line="240" w:lineRule="auto"/>
        <w:ind w:left="720"/>
      </w:pPr>
      <w:r/>
      <w:hyperlink r:id="rId13">
        <w:r>
          <w:rPr>
            <w:color w:val="0000EE"/>
            <w:u w:val="single"/>
          </w:rPr>
          <w:t>https://apps.apple.com/us/app/simple-weight-loss-coach/id1467720176</w:t>
        </w:r>
      </w:hyperlink>
      <w:r>
        <w:t xml:space="preserve"> - Describes the app's intermittent fasting component, including various fasting schedules and educational content to support users.</w:t>
      </w:r>
      <w:r/>
    </w:p>
    <w:p>
      <w:pPr>
        <w:pStyle w:val="ListNumber"/>
        <w:spacing w:line="240" w:lineRule="auto"/>
        <w:ind w:left="720"/>
      </w:pPr>
      <w:r/>
      <w:hyperlink r:id="rId14">
        <w:r>
          <w:rPr>
            <w:color w:val="0000EE"/>
            <w:u w:val="single"/>
          </w:rPr>
          <w:t>https://palta.com/simple</w:t>
        </w:r>
      </w:hyperlink>
      <w:r>
        <w:t xml:space="preserve"> - Highlights the app's user-friendly interface and innovative features, making it a comprehensive toolkit for tackling weight loss in a structured and technology-enhanced manner.</w:t>
      </w:r>
      <w:r/>
    </w:p>
    <w:p>
      <w:pPr>
        <w:pStyle w:val="ListNumber"/>
        <w:spacing w:line="240" w:lineRule="auto"/>
        <w:ind w:left="720"/>
      </w:pPr>
      <w:r/>
      <w:hyperlink r:id="rId10">
        <w:r>
          <w:rPr>
            <w:color w:val="0000EE"/>
            <w:u w:val="single"/>
          </w:rPr>
          <w:t>https://simple.life</w:t>
        </w:r>
      </w:hyperlink>
      <w:r>
        <w:t xml:space="preserve"> - Emphasizes the app's commitment to science and the involvement of health, nutrition, and behavioral change experts in its content and coaching.</w:t>
      </w:r>
      <w:r/>
    </w:p>
    <w:p>
      <w:pPr>
        <w:pStyle w:val="ListNumber"/>
        <w:spacing w:line="240" w:lineRule="auto"/>
        <w:ind w:left="720"/>
      </w:pPr>
      <w:r/>
      <w:hyperlink r:id="rId15">
        <w:r>
          <w:rPr>
            <w:color w:val="0000EE"/>
            <w:u w:val="single"/>
          </w:rPr>
          <w:t>https://www.walesonline.co.uk/whats-on/shopping/i-tried-60p-app-helped-30166140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imple.life" TargetMode="External"/><Relationship Id="rId11" Type="http://schemas.openxmlformats.org/officeDocument/2006/relationships/hyperlink" Target="https://www.garagegymreviews.com/equipment/simple-app" TargetMode="External"/><Relationship Id="rId12" Type="http://schemas.openxmlformats.org/officeDocument/2006/relationships/hyperlink" Target="https://www.trendhunter.com/trends/health-coaching-app" TargetMode="External"/><Relationship Id="rId13" Type="http://schemas.openxmlformats.org/officeDocument/2006/relationships/hyperlink" Target="https://apps.apple.com/us/app/simple-weight-loss-coach/id1467720176" TargetMode="External"/><Relationship Id="rId14" Type="http://schemas.openxmlformats.org/officeDocument/2006/relationships/hyperlink" Target="https://palta.com/simple" TargetMode="External"/><Relationship Id="rId15" Type="http://schemas.openxmlformats.org/officeDocument/2006/relationships/hyperlink" Target="https://www.walesonline.co.uk/whats-on/shopping/i-tried-60p-app-helped-301661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