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Harris family challenges school over AI discipline in federal court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legal battle has unfolded in Massachusetts as the Harris family takes to the federal court against Hingham school officials, arguing that their son was unjustly disciplined for using artificial intelligence (AI) during a school project. The lawsuit, a pivotal development in the ongoing conversation about AI in education, was lodged earlier this week.</w:t>
      </w:r>
      <w:r/>
    </w:p>
    <w:p>
      <w:r/>
      <w:r>
        <w:t>Central to the case is the Harris family's claim that their son was subjected to "arbitrary grading" and subsequently denied the chance to join the National Honor Society due to an "alleged academic integrity violation." The family argues that the school's student handbook lacks specific guidelines regarding AI usage, rendering the punishment unfair and unjustified.</w:t>
      </w:r>
      <w:r/>
    </w:p>
    <w:p>
      <w:r/>
      <w:r>
        <w:t>The complaint, as reported by CBS News, insists that the repercussions of these actions could have profound implications on their son's academic future, potentially impacting his acceptance into prestigious colleges or universities. With impressive academic achievements, the Harris's son is eyeing elite institutions, including Stanford University as his top choice. The lawsuit underscores the potential "irreparable harm" he might face without judicial intervention to rectify his disciplinary record and adjust his Social Studies grade.</w:t>
      </w:r>
      <w:r/>
    </w:p>
    <w:p>
      <w:r/>
      <w:r>
        <w:t>The issue arose during an honours-level Social Studies course, where the Harris's son was tasked, alongside a classmate, with writing a paper on a renowned figure and their civil actions. The students reportedly utilised AI tools to generate notes and create an outline, a practice the family contends does not constitute plagiarism or academic deception as defined by existing school policies. Jennifer Harris, the student's mother, emphasized that the actual writing process did not involve AI assistance, maintaining that AI-generated content is owned by the user who created it.</w:t>
      </w:r>
      <w:r/>
    </w:p>
    <w:p>
      <w:r/>
      <w:r>
        <w:t>Jennifer Harris, a writer by profession, and her husband, a teacher, are staunch supporters of their son's high academic potential. Expressing deep belief in their son's capabilities, Jennifer conveyed her desire to see him realise his ambition of attending one of the country's top universities. The family is seeking an injunction to compel the school to amend the student’s grade and expunge any allegations of cheating or dishonesty from his record.</w:t>
      </w:r>
      <w:r/>
    </w:p>
    <w:p>
      <w:r/>
      <w:r>
        <w:t>This case raises broader questions about the integration of AI in educational contexts and the evolving definitions of academic integrity in an era increasingly influenced by technological advances. The outcome of this lawsuit may set a precedent for how educational institutions nationwide approach the intersection of AI and academic work, as well as spark further discourse on defining academic originality and integrity standards in modern education systems.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https://www.yahoo.com/news/parents-hingham-student-sue-school-193709030.html</w:t>
        </w:r>
      </w:hyperlink>
      <w:r>
        <w:t xml:space="preserve"> - Corroborates the Harris family's lawsuit against Hingham school officials, detailing the disciplinary actions and the family's arguments about the lack of clear AI policies.</w:t>
      </w:r>
      <w:r/>
    </w:p>
    <w:p>
      <w:pPr>
        <w:pStyle w:val="ListNumber"/>
        <w:spacing w:line="240" w:lineRule="auto"/>
        <w:ind w:left="720"/>
      </w:pPr>
      <w:r/>
      <w:hyperlink r:id="rId11">
        <w:r>
          <w:rPr>
            <w:color w:val="0000EE"/>
            <w:u w:val="single"/>
          </w:rPr>
          <w:t>https://www.nbcboston.com/news/local/hingham-parents-sue-school-district-claiming-son-unfairly-punished-for-ai-use/3520389/</w:t>
        </w:r>
      </w:hyperlink>
      <w:r>
        <w:t xml:space="preserve"> - Supports the claim that the student used AI for research and outlines, not for writing the paper, and highlights the broader implications for AI policies in schools.</w:t>
      </w:r>
      <w:r/>
    </w:p>
    <w:p>
      <w:pPr>
        <w:pStyle w:val="ListNumber"/>
        <w:spacing w:line="240" w:lineRule="auto"/>
        <w:ind w:left="720"/>
      </w:pPr>
      <w:r/>
      <w:hyperlink r:id="rId12">
        <w:r>
          <w:rPr>
            <w:color w:val="0000EE"/>
            <w:u w:val="single"/>
          </w:rPr>
          <w:t>https://www.boston25news.com/news/local/parents-hingham-student-sue-school-district-after-son-disciplined-using-ai-school-project/FLHKVXSQPRDLZD7TTMWCRNI54I/</w:t>
        </w:r>
      </w:hyperlink>
      <w:r>
        <w:t xml:space="preserve"> - Details the student's academic achievements, the disciplinary actions taken, and the family's request for a preliminary injunction to rectify the student's grade and record.</w:t>
      </w:r>
      <w:r/>
    </w:p>
    <w:p>
      <w:pPr>
        <w:pStyle w:val="ListNumber"/>
        <w:spacing w:line="240" w:lineRule="auto"/>
        <w:ind w:left="720"/>
      </w:pPr>
      <w:r/>
      <w:hyperlink r:id="rId13">
        <w:r>
          <w:rPr>
            <w:color w:val="0000EE"/>
            <w:u w:val="single"/>
          </w:rPr>
          <w:t>https://whdh.com/news/parents-of-hingham-student-sue-school-after-son-was-punished-for-using-ai-on-assignment/</w:t>
        </w:r>
      </w:hyperlink>
      <w:r>
        <w:t xml:space="preserve"> - Explains the family's argument that the AI policy was added after the incident and that the school's actions were an abuse of power.</w:t>
      </w:r>
      <w:r/>
    </w:p>
    <w:p>
      <w:pPr>
        <w:pStyle w:val="ListNumber"/>
        <w:spacing w:line="240" w:lineRule="auto"/>
        <w:ind w:left="720"/>
      </w:pPr>
      <w:r/>
      <w:hyperlink r:id="rId14">
        <w:r>
          <w:rPr>
            <w:color w:val="0000EE"/>
            <w:u w:val="single"/>
          </w:rPr>
          <w:t>https://www.cbsnews.com/boston/news/hingham-school-ai-lawsuit-student/</w:t>
        </w:r>
      </w:hyperlink>
      <w:r>
        <w:t xml:space="preserve"> - Reports on the lawsuit's focus on 'arbitrary grading' and the denial of National Honor Society membership, as well as the potential impact on the student's college applications.</w:t>
      </w:r>
      <w:r/>
    </w:p>
    <w:p>
      <w:pPr>
        <w:pStyle w:val="ListNumber"/>
        <w:spacing w:line="240" w:lineRule="auto"/>
        <w:ind w:left="720"/>
      </w:pPr>
      <w:r/>
      <w:hyperlink r:id="rId10">
        <w:r>
          <w:rPr>
            <w:color w:val="0000EE"/>
            <w:u w:val="single"/>
          </w:rPr>
          <w:t>https://www.yahoo.com/news/parents-hingham-student-sue-school-193709030.html</w:t>
        </w:r>
      </w:hyperlink>
      <w:r>
        <w:t xml:space="preserve"> - Provides details on the student's project, the use of AI for research and outline creation, and the school's response, including the requirement to redo the assignment.</w:t>
      </w:r>
      <w:r/>
    </w:p>
    <w:p>
      <w:pPr>
        <w:pStyle w:val="ListNumber"/>
        <w:spacing w:line="240" w:lineRule="auto"/>
        <w:ind w:left="720"/>
      </w:pPr>
      <w:r/>
      <w:hyperlink r:id="rId11">
        <w:r>
          <w:rPr>
            <w:color w:val="0000EE"/>
            <w:u w:val="single"/>
          </w:rPr>
          <w:t>https://www.nbcboston.com/news/local/hingham-parents-sue-school-district-claiming-son-unfairly-punished-for-ai-use/3520389/</w:t>
        </w:r>
      </w:hyperlink>
      <w:r>
        <w:t xml:space="preserve"> - Highlights Jennifer Harris's stance that AI use is not cheating and the need for clear AI policies in schools, comparing it to the introduction of the internet in classrooms.</w:t>
      </w:r>
      <w:r/>
    </w:p>
    <w:p>
      <w:pPr>
        <w:pStyle w:val="ListNumber"/>
        <w:spacing w:line="240" w:lineRule="auto"/>
        <w:ind w:left="720"/>
      </w:pPr>
      <w:r/>
      <w:hyperlink r:id="rId12">
        <w:r>
          <w:rPr>
            <w:color w:val="0000EE"/>
            <w:u w:val="single"/>
          </w:rPr>
          <w:t>https://www.boston25news.com/news/local/parents-hingham-student-sue-school-district-after-son-disciplined-using-ai-school-project/FLHKVXSQPRDLZD7TTMWCRNI54I/</w:t>
        </w:r>
      </w:hyperlink>
      <w:r>
        <w:t xml:space="preserve"> - Corroborates the family's claim that the school violated the Family Educational Rights and Privacy Act and the resulting bullying and intimidation.</w:t>
      </w:r>
      <w:r/>
    </w:p>
    <w:p>
      <w:pPr>
        <w:pStyle w:val="ListNumber"/>
        <w:spacing w:line="240" w:lineRule="auto"/>
        <w:ind w:left="720"/>
      </w:pPr>
      <w:r/>
      <w:hyperlink r:id="rId13">
        <w:r>
          <w:rPr>
            <w:color w:val="0000EE"/>
            <w:u w:val="single"/>
          </w:rPr>
          <w:t>https://whdh.com/news/parents-of-hingham-student-sue-school-after-son-was-punished-for-using-ai-on-assignment/</w:t>
        </w:r>
      </w:hyperlink>
      <w:r>
        <w:t xml:space="preserve"> - Details the family's request for the court to order the school to raise the student's grade and remove any academic sanctions related to AI use.</w:t>
      </w:r>
      <w:r/>
    </w:p>
    <w:p>
      <w:pPr>
        <w:pStyle w:val="ListNumber"/>
        <w:spacing w:line="240" w:lineRule="auto"/>
        <w:ind w:left="720"/>
      </w:pPr>
      <w:r/>
      <w:hyperlink r:id="rId14">
        <w:r>
          <w:rPr>
            <w:color w:val="0000EE"/>
            <w:u w:val="single"/>
          </w:rPr>
          <w:t>https://www.cbsnews.com/boston/news/hingham-school-ai-lawsuit-student/</w:t>
        </w:r>
      </w:hyperlink>
      <w:r>
        <w:t xml:space="preserve"> - Reports on the family's desire for the school to undergo training in AI use and implementation, and the broader implications for educational institutions.</w:t>
      </w:r>
      <w:r/>
    </w:p>
    <w:p>
      <w:pPr>
        <w:pStyle w:val="ListNumber"/>
        <w:spacing w:line="240" w:lineRule="auto"/>
        <w:ind w:left="720"/>
      </w:pPr>
      <w:r/>
      <w:hyperlink r:id="rId11">
        <w:r>
          <w:rPr>
            <w:color w:val="0000EE"/>
            <w:u w:val="single"/>
          </w:rPr>
          <w:t>https://www.nbcboston.com/news/local/hingham-parents-sue-school-district-claiming-son-unfairly-punished-for-ai-use/3520389/</w:t>
        </w:r>
      </w:hyperlink>
      <w:r>
        <w:t xml:space="preserve"> - Discusses the inconsistent guidance on AI use in education across different states and school districts, highlighting the need for clear policies.</w:t>
      </w:r>
      <w:r/>
    </w:p>
    <w:p>
      <w:pPr>
        <w:pStyle w:val="ListNumber"/>
        <w:spacing w:line="240" w:lineRule="auto"/>
        <w:ind w:left="720"/>
      </w:pPr>
      <w:r/>
      <w:hyperlink r:id="rId15">
        <w:r>
          <w:rPr>
            <w:color w:val="0000EE"/>
            <w:u w:val="single"/>
          </w:rPr>
          <w:t>https://www.legalreader.com/massachusetts-family-ai-paper-cheating-plagiarism-lawsuit/?utm_source=rss&amp;utm_medium=rss&amp;utm_campaign=massachusetts-family-ai-paper-cheating-plagiarism-lawsuit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ahoo.com/news/parents-hingham-student-sue-school-193709030.html" TargetMode="External"/><Relationship Id="rId11" Type="http://schemas.openxmlformats.org/officeDocument/2006/relationships/hyperlink" Target="https://www.nbcboston.com/news/local/hingham-parents-sue-school-district-claiming-son-unfairly-punished-for-ai-use/3520389/" TargetMode="External"/><Relationship Id="rId12" Type="http://schemas.openxmlformats.org/officeDocument/2006/relationships/hyperlink" Target="https://www.boston25news.com/news/local/parents-hingham-student-sue-school-district-after-son-disciplined-using-ai-school-project/FLHKVXSQPRDLZD7TTMWCRNI54I/" TargetMode="External"/><Relationship Id="rId13" Type="http://schemas.openxmlformats.org/officeDocument/2006/relationships/hyperlink" Target="https://whdh.com/news/parents-of-hingham-student-sue-school-after-son-was-punished-for-using-ai-on-assignment/" TargetMode="External"/><Relationship Id="rId14" Type="http://schemas.openxmlformats.org/officeDocument/2006/relationships/hyperlink" Target="https://www.cbsnews.com/boston/news/hingham-school-ai-lawsuit-student/" TargetMode="External"/><Relationship Id="rId15" Type="http://schemas.openxmlformats.org/officeDocument/2006/relationships/hyperlink" Target="https://www.legalreader.com/massachusetts-family-ai-paper-cheating-plagiarism-lawsuit/?utm_source=rss&amp;utm_medium=rss&amp;utm_campaign=massachusetts-family-ai-paper-cheating-plagiarism-lawsu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