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is transforming customer communication on WhatsApp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into messaging platforms such as WhatsApp is transforming how businesses and organisations manage customer communication. One significant development in this arena is the use of automated replies. This powerful feature enables companies to maintain consistent engagement with their client base without the constant need for active human monitoring.</w:t>
      </w:r>
      <w:r/>
    </w:p>
    <w:p>
      <w:r/>
      <w:r>
        <w:t>Businesses, organisations, or any groups utilising WhatsApp for their communication can benefit from setting up automated responses to frequently asked questions. This functionality allows for immediate interaction with the audience, which is crucial in an age where quick responses are highly valued.</w:t>
      </w:r>
      <w:r/>
    </w:p>
    <w:p>
      <w:r/>
      <w:r>
        <w:t>For example, if a customer reaches out to inquire about the business's operational hours, the WhatsApp automated system can send an instant, friendly response. A typical reply might be, "Hello, many thanks for contacting us. We’re available from Monday through Friday with operating hours from 9:00 am to 5:00 pm." Such interactions ensure that customers are informed about vital details, even if the business representatives are unavailable at that moment.</w:t>
      </w:r>
      <w:r/>
    </w:p>
    <w:p>
      <w:r/>
      <w:r>
        <w:t>These automated messages serve several practical purposes. Firstly, they help manage customer expectations by providing timely information. Secondly, they allow businesses to handle a higher volume of inquiries without sacrificing the quality of service. Furthermore, they play a crucial role in maintaining customer satisfaction by ensuring that the audience doesn't feel ignored or neglected when waiting for human response.</w:t>
      </w:r>
      <w:r/>
    </w:p>
    <w:p>
      <w:r/>
      <w:r>
        <w:t>By implementing AI-driven automated replies, businesses can effectively expand their communication channels and reinforce their customer service strategies. This integration not only optimises operational efficiency but also enhances the customer experience, reflecting a growing trend towards digitising and modernising business communication practices.</w:t>
      </w:r>
      <w:r/>
    </w:p>
    <w:p>
      <w:r/>
      <w:r>
        <w:t>As this technology continues to develop, it has the potential to change how customer service is delivered across various sectors. The ability to provide instant, personalised responses through AI can be a game-changer, particularly for businesses that handle high volumes of daily inquiries.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https://clickatell.netlify.app/blog/adding-intelligence-to-whatsapp-conversations-with-ai-chatbots/</w:t>
        </w:r>
      </w:hyperlink>
      <w:r>
        <w:t xml:space="preserve"> - This article explains how AI integration in WhatsApp chatbots enables automated and personalized responses, enhancing customer service and operational efficiency.</w:t>
      </w:r>
      <w:r/>
    </w:p>
    <w:p>
      <w:pPr>
        <w:pStyle w:val="ListNumber"/>
        <w:spacing w:line="240" w:lineRule="auto"/>
        <w:ind w:left="720"/>
      </w:pPr>
      <w:r/>
      <w:hyperlink r:id="rId11">
        <w:r>
          <w:rPr>
            <w:color w:val="0000EE"/>
            <w:u w:val="single"/>
          </w:rPr>
          <w:t>https://m.aisensy.com</w:t>
        </w:r>
      </w:hyperlink>
      <w:r>
        <w:t xml:space="preserve"> - AiSensy's platform highlights the use of automated notifications and chatbots in WhatsApp Business to manage customer inquiries and improve response times.</w:t>
      </w:r>
      <w:r/>
    </w:p>
    <w:p>
      <w:pPr>
        <w:pStyle w:val="ListNumber"/>
        <w:spacing w:line="240" w:lineRule="auto"/>
        <w:ind w:left="720"/>
      </w:pPr>
      <w:r/>
      <w:hyperlink r:id="rId12">
        <w:r>
          <w:rPr>
            <w:color w:val="0000EE"/>
            <w:u w:val="single"/>
          </w:rPr>
          <w:t>https://aunoa.ai/en/blog/how-to-use-artificial-intelligence-in-whatsapp-business/</w:t>
        </w:r>
      </w:hyperlink>
      <w:r>
        <w:t xml:space="preserve"> - This article details how AI in WhatsApp Business provides immediate and personalized responses to customer queries, managing customer expectations and enhancing service quality.</w:t>
      </w:r>
      <w:r/>
    </w:p>
    <w:p>
      <w:pPr>
        <w:pStyle w:val="ListNumber"/>
        <w:spacing w:line="240" w:lineRule="auto"/>
        <w:ind w:left="720"/>
      </w:pPr>
      <w:r/>
      <w:hyperlink r:id="rId12">
        <w:r>
          <w:rPr>
            <w:color w:val="0000EE"/>
            <w:u w:val="single"/>
          </w:rPr>
          <w:t>https://aunoa.ai/en/blog/how-to-use-artificial-intelligence-in-whatsapp-business/</w:t>
        </w:r>
      </w:hyperlink>
      <w:r>
        <w:t xml:space="preserve"> - It explains the technical steps to implement AI-driven chatbots, including setting up message and response automation, which is crucial for handling a high volume of inquiries.</w:t>
      </w:r>
      <w:r/>
    </w:p>
    <w:p>
      <w:pPr>
        <w:pStyle w:val="ListNumber"/>
        <w:spacing w:line="240" w:lineRule="auto"/>
        <w:ind w:left="720"/>
      </w:pPr>
      <w:r/>
      <w:hyperlink r:id="rId10">
        <w:r>
          <w:rPr>
            <w:color w:val="0000EE"/>
            <w:u w:val="single"/>
          </w:rPr>
          <w:t>https://clickatell.netlify.app/blog/adding-intelligence-to-whatsapp-conversations-with-ai-chatbots/</w:t>
        </w:r>
      </w:hyperlink>
      <w:r>
        <w:t xml:space="preserve"> - The article discusses how AI-powered chatbots in WhatsApp can provide instant responses to frequently asked questions, ensuring customers are informed even when business representatives are unavailable.</w:t>
      </w:r>
      <w:r/>
    </w:p>
    <w:p>
      <w:pPr>
        <w:pStyle w:val="ListNumber"/>
        <w:spacing w:line="240" w:lineRule="auto"/>
        <w:ind w:left="720"/>
      </w:pPr>
      <w:r/>
      <w:hyperlink r:id="rId11">
        <w:r>
          <w:rPr>
            <w:color w:val="0000EE"/>
            <w:u w:val="single"/>
          </w:rPr>
          <w:t>https://m.aisensy.com</w:t>
        </w:r>
      </w:hyperlink>
      <w:r>
        <w:t xml:space="preserve"> - AiSensy's platform demonstrates how automated messages can handle a higher volume of inquiries without compromising service quality, contributing to customer satisfaction.</w:t>
      </w:r>
      <w:r/>
    </w:p>
    <w:p>
      <w:pPr>
        <w:pStyle w:val="ListNumber"/>
        <w:spacing w:line="240" w:lineRule="auto"/>
        <w:ind w:left="720"/>
      </w:pPr>
      <w:r/>
      <w:hyperlink r:id="rId12">
        <w:r>
          <w:rPr>
            <w:color w:val="0000EE"/>
            <w:u w:val="single"/>
          </w:rPr>
          <w:t>https://aunoa.ai/en/blog/how-to-use-artificial-intelligence-in-whatsapp-business/</w:t>
        </w:r>
      </w:hyperlink>
      <w:r>
        <w:t xml:space="preserve"> - The integration of AI in WhatsApp Business is shown to optimize operational efficiency and enhance the customer experience, aligning with the trend of digitizing business communication.</w:t>
      </w:r>
      <w:r/>
    </w:p>
    <w:p>
      <w:pPr>
        <w:pStyle w:val="ListNumber"/>
        <w:spacing w:line="240" w:lineRule="auto"/>
        <w:ind w:left="720"/>
      </w:pPr>
      <w:r/>
      <w:hyperlink r:id="rId10">
        <w:r>
          <w:rPr>
            <w:color w:val="0000EE"/>
            <w:u w:val="single"/>
          </w:rPr>
          <w:t>https://clickatell.netlify.app/blog/adding-intelligence-to-whatsapp-conversations-with-ai-chatbots/</w:t>
        </w:r>
      </w:hyperlink>
      <w:r>
        <w:t xml:space="preserve"> - The article highlights the potential of AI-driven automated replies to change customer service delivery, especially for businesses handling high volumes of daily inquiries.</w:t>
      </w:r>
      <w:r/>
    </w:p>
    <w:p>
      <w:pPr>
        <w:pStyle w:val="ListNumber"/>
        <w:spacing w:line="240" w:lineRule="auto"/>
        <w:ind w:left="720"/>
      </w:pPr>
      <w:r/>
      <w:hyperlink r:id="rId13">
        <w:r>
          <w:rPr>
            <w:color w:val="0000EE"/>
            <w:u w:val="single"/>
          </w:rPr>
          <w:t>https://botpress.com/blog/top-whatsapp-chatbots</w:t>
        </w:r>
      </w:hyperlink>
      <w:r>
        <w:t xml:space="preserve"> - This article explains how WhatsApp chatbots, powered by AI and NLP, can provide scalable and personalized user interactions, improving customer satisfaction.</w:t>
      </w:r>
      <w:r/>
    </w:p>
    <w:p>
      <w:pPr>
        <w:pStyle w:val="ListNumber"/>
        <w:spacing w:line="240" w:lineRule="auto"/>
        <w:ind w:left="720"/>
      </w:pPr>
      <w:r/>
      <w:hyperlink r:id="rId12">
        <w:r>
          <w:rPr>
            <w:color w:val="0000EE"/>
            <w:u w:val="single"/>
          </w:rPr>
          <w:t>https://aunoa.ai/en/blog/how-to-use-artificial-intelligence-in-whatsapp-business/</w:t>
        </w:r>
      </w:hyperlink>
      <w:r>
        <w:t xml:space="preserve"> - It discusses the importance of integrating AI with other enterprise systems to provide a seamless and personalized experience for customers, centralizing data management and improving operational efficiency.</w:t>
      </w:r>
      <w:r/>
    </w:p>
    <w:p>
      <w:pPr>
        <w:pStyle w:val="ListNumber"/>
        <w:spacing w:line="240" w:lineRule="auto"/>
        <w:ind w:left="720"/>
      </w:pPr>
      <w:r/>
      <w:hyperlink r:id="rId10">
        <w:r>
          <w:rPr>
            <w:color w:val="0000EE"/>
            <w:u w:val="single"/>
          </w:rPr>
          <w:t>https://clickatell.netlify.app/blog/adding-intelligence-to-whatsapp-conversations-with-ai-chatbots/</w:t>
        </w:r>
      </w:hyperlink>
      <w:r>
        <w:t xml:space="preserve"> - The article provides case studies, such as Vodafone Germany and Samsung, that demonstrate the effectiveness of AI-driven chatbots in enhancing customer service and streamlining processes.</w:t>
      </w:r>
      <w:r/>
    </w:p>
    <w:p>
      <w:pPr>
        <w:pStyle w:val="ListNumber"/>
        <w:spacing w:line="240" w:lineRule="auto"/>
        <w:ind w:left="720"/>
      </w:pPr>
      <w:r/>
      <w:hyperlink r:id="rId14">
        <w:r>
          <w:rPr>
            <w:color w:val="0000EE"/>
            <w:u w:val="single"/>
          </w:rPr>
          <w:t>https://www.analyticsinsight.net/artificial-intelligence/how-to-use-ai-in-whatsapp-a-beginners-guide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lickatell.netlify.app/blog/adding-intelligence-to-whatsapp-conversations-with-ai-chatbots/" TargetMode="External"/><Relationship Id="rId11" Type="http://schemas.openxmlformats.org/officeDocument/2006/relationships/hyperlink" Target="https://m.aisensy.com" TargetMode="External"/><Relationship Id="rId12" Type="http://schemas.openxmlformats.org/officeDocument/2006/relationships/hyperlink" Target="https://aunoa.ai/en/blog/how-to-use-artificial-intelligence-in-whatsapp-business/" TargetMode="External"/><Relationship Id="rId13" Type="http://schemas.openxmlformats.org/officeDocument/2006/relationships/hyperlink" Target="https://botpress.com/blog/top-whatsapp-chatbots" TargetMode="External"/><Relationship Id="rId14" Type="http://schemas.openxmlformats.org/officeDocument/2006/relationships/hyperlink" Target="https://www.analyticsinsight.net/artificial-intelligence/how-to-use-ai-in-whatsapp-a-beginners-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