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Image of Donald Trump holding hurricane relief check debunked as AI-generated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Image of Donald Trump Holding Hurricane Relief Check Debunked as AI-Generated Creation</w:t>
      </w:r>
      <w:r/>
    </w:p>
    <w:p>
      <w:r/>
      <w:r>
        <w:t>In a recent wave of misinformation, an image purportedly depicting former President Donald Trump holding a hurricane relief check has circulated widely across social media, particularly on the platform X. The image, which shows Trump holding up a cheque ostensibly valued at $1,300 for hurricane relief, claims that he donated significantly less compared to other prominent figures such as Taylor Swift, Dolly Parton, Ryan Reynolds, and the band Metallica.</w:t>
      </w:r>
      <w:r/>
    </w:p>
    <w:p>
      <w:r/>
      <w:r>
        <w:t>The image quickly drew attention, being viewed over three million times since its appearance. The accompanying text suggests that the donations from Trump were notably less generous than those from other celebrities, with Taylor Swift supposedly contributing $5 million to relief efforts.</w:t>
      </w:r>
      <w:r/>
    </w:p>
    <w:p>
      <w:r/>
      <w:r>
        <w:t>However, this image has been conclusively debunked as artificially generated. It originally surfaced on Reddit, shared by a user known by the handle @BobbyKristina on the Enough Trump Spam channel, acclaimed for posting satirical and AI-generated images of Trump. The image in question was crafted as a piece of satire, with no grounding in factual events.</w:t>
      </w:r>
      <w:r/>
    </w:p>
    <w:p>
      <w:r/>
      <w:r>
        <w:t>Efforts to verify the authenticity of the image confirmed it as fabricated. A content scan conducted using Hive Moderation indicated the image had a low probability of being AI-generated, although experts caution that AI detection tools can be misleading, especially if users enhance images with textures or grain to mask digital modifications.</w:t>
      </w:r>
      <w:r/>
    </w:p>
    <w:p>
      <w:r/>
      <w:r>
        <w:t>Additionally, the image and its associated details were absent from Fox News's official platforms, including their website and verified social media accounts. A spokesperson from Fox News confirmed to Check Your Fact that the image is not genuine. Furthermore, media forensics expert Dr. Walter Scheirer from the University of Notre Dame clarified the discrepancies found in the image, pointing out nonsensical writings and inaccuracies in the rendering of both the cheque and Trump's attire, which suggested AI manipulation rather than authentic news broadcasting.</w:t>
      </w:r>
      <w:r/>
    </w:p>
    <w:p>
      <w:r/>
      <w:r>
        <w:t>This revelation comes amidst fierce political rivalry in the 2024 presidential race, where Donald Trump is reported to be in a close contest with Democratic nominee Vice President Kamala Harris. An NBC News poll indicates a tie with both candidates receiving 48% backing from registered voters.</w:t>
      </w:r>
      <w:r/>
    </w:p>
    <w:p>
      <w:r/>
      <w:r>
        <w:t>The release of this deceptive image underscores the evolving challenge of fake news and manipulated media, particularly those using advanced technologies like AI to create seemingly plausible but false representations. This incident highlights the importance of scrutinising sources and the verification of unusual claims, especially during the high-stakes atmosphere of a presidential election.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https://www.kgw.com/article/news/verify/donald-trump/image-of-trump-holding-a-1300-check-for-hurricane-relief-is-fake/536-2e75be43-28ba-4268-9dfb-5ce54e42105a</w:t>
        </w:r>
      </w:hyperlink>
      <w:r>
        <w:t xml:space="preserve"> - This link corroborates that the image of Trump holding a $1,300 check for hurricane relief is AI-generated and not real, with details from Fox News and visual analysis.</w:t>
      </w:r>
      <w:r/>
    </w:p>
    <w:p>
      <w:pPr>
        <w:pStyle w:val="ListNumber"/>
        <w:spacing w:line="240" w:lineRule="auto"/>
        <w:ind w:left="720"/>
      </w:pPr>
      <w:r/>
      <w:hyperlink r:id="rId11">
        <w:r>
          <w:rPr>
            <w:color w:val="0000EE"/>
            <w:u w:val="single"/>
          </w:rPr>
          <w:t>https://www.youtube.com/watch?v=-gWzuwiclXQ</w:t>
        </w:r>
      </w:hyperlink>
      <w:r>
        <w:t xml:space="preserve"> - This video explains that the image of Trump with the $1,300 check is fake, created using generative AI, and was not aired on Fox News.</w:t>
      </w:r>
      <w:r/>
    </w:p>
    <w:p>
      <w:pPr>
        <w:pStyle w:val="ListNumber"/>
        <w:spacing w:line="240" w:lineRule="auto"/>
        <w:ind w:left="720"/>
      </w:pPr>
      <w:r/>
      <w:hyperlink r:id="rId10">
        <w:r>
          <w:rPr>
            <w:color w:val="0000EE"/>
            <w:u w:val="single"/>
          </w:rPr>
          <w:t>https://www.kgw.com/article/news/verify/donald-trump/image-of-trump-holding-a-1300-check-for-hurricane-relief-is-fake/536-2e75be43-28ba-4268-9dfb-5ce54e42105a</w:t>
        </w:r>
      </w:hyperlink>
      <w:r>
        <w:t xml:space="preserve"> - This article details the visual cues and AI detection methods that confirmed the image as AI-generated, including nonsensical writings and inaccuracies in the cheque and Trump's attire.</w:t>
      </w:r>
      <w:r/>
    </w:p>
    <w:p>
      <w:pPr>
        <w:pStyle w:val="ListNumber"/>
        <w:spacing w:line="240" w:lineRule="auto"/>
        <w:ind w:left="720"/>
      </w:pPr>
      <w:r/>
      <w:hyperlink r:id="rId12">
        <w:r>
          <w:rPr>
            <w:color w:val="0000EE"/>
            <w:u w:val="single"/>
          </w:rPr>
          <w:t>https://www.bbc.com/news/articles/c1e8q50y3v7o</w:t>
        </w:r>
      </w:hyperlink>
      <w:r>
        <w:t xml:space="preserve"> - This article discusses the broader context of misinformation during hurricanes, including the spread of false images and claims on social media platforms like X.</w:t>
      </w:r>
      <w:r/>
    </w:p>
    <w:p>
      <w:pPr>
        <w:pStyle w:val="ListNumber"/>
        <w:spacing w:line="240" w:lineRule="auto"/>
        <w:ind w:left="720"/>
      </w:pPr>
      <w:r/>
      <w:hyperlink r:id="rId13">
        <w:r>
          <w:rPr>
            <w:color w:val="0000EE"/>
            <w:u w:val="single"/>
          </w:rPr>
          <w:t>https://www.usatoday.com/story/news/factcheck/2024/10/09/hurricane-helene-fema-funding-response-fact-check/75587360007/</w:t>
        </w:r>
      </w:hyperlink>
      <w:r>
        <w:t xml:space="preserve"> - This fact-check article addresses various false claims about hurricane relief, including those related to FEMA funding and Trump's statements, highlighting the importance of verifying information.</w:t>
      </w:r>
      <w:r/>
    </w:p>
    <w:p>
      <w:pPr>
        <w:pStyle w:val="ListNumber"/>
        <w:spacing w:line="240" w:lineRule="auto"/>
        <w:ind w:left="720"/>
      </w:pPr>
      <w:r/>
      <w:hyperlink r:id="rId14">
        <w:r>
          <w:rPr>
            <w:color w:val="0000EE"/>
            <w:u w:val="single"/>
          </w:rPr>
          <w:t>https://www.cnn.com/2024/10/06/politics/fact-check-trump-helene-response-north-carolina/index.html</w:t>
        </w:r>
      </w:hyperlink>
      <w:r>
        <w:t xml:space="preserve"> - This article fact-checks several claims made by Trump regarding the response to Hurricane Helene, including false assertions about federal aid and political bias.</w:t>
      </w:r>
      <w:r/>
    </w:p>
    <w:p>
      <w:pPr>
        <w:pStyle w:val="ListNumber"/>
        <w:spacing w:line="240" w:lineRule="auto"/>
        <w:ind w:left="720"/>
      </w:pPr>
      <w:r/>
      <w:hyperlink r:id="rId10">
        <w:r>
          <w:rPr>
            <w:color w:val="0000EE"/>
            <w:u w:val="single"/>
          </w:rPr>
          <w:t>https://www.kgw.com/article/news/verify/donald-trump/image-of-trump-holding-a-1300-check-for-hurricane-relief-is-fake/536-2e75be43-28ba-4268-9dfb-5ce54e42105a</w:t>
        </w:r>
      </w:hyperlink>
      <w:r>
        <w:t xml:space="preserve"> - This link provides evidence from Fox News and reverse image searches that the image is a parody and not a real news event.</w:t>
      </w:r>
      <w:r/>
    </w:p>
    <w:p>
      <w:pPr>
        <w:pStyle w:val="ListNumber"/>
        <w:spacing w:line="240" w:lineRule="auto"/>
        <w:ind w:left="720"/>
      </w:pPr>
      <w:r/>
      <w:hyperlink r:id="rId12">
        <w:r>
          <w:rPr>
            <w:color w:val="0000EE"/>
            <w:u w:val="single"/>
          </w:rPr>
          <w:t>https://www.bbc.com/news/articles/c1e8q50y3v7o</w:t>
        </w:r>
      </w:hyperlink>
      <w:r>
        <w:t xml:space="preserve"> - This article explains how the current social media landscape, particularly on X, amplifies misinformation and how this affects public trust during critical events like hurricanes.</w:t>
      </w:r>
      <w:r/>
    </w:p>
    <w:p>
      <w:pPr>
        <w:pStyle w:val="ListNumber"/>
        <w:spacing w:line="240" w:lineRule="auto"/>
        <w:ind w:left="720"/>
      </w:pPr>
      <w:r/>
      <w:hyperlink r:id="rId13">
        <w:r>
          <w:rPr>
            <w:color w:val="0000EE"/>
            <w:u w:val="single"/>
          </w:rPr>
          <w:t>https://www.usatoday.com/story/news/factcheck/2024/10/09/hurricane-helene-fema-funding-response-fact-check/75587360007/</w:t>
        </w:r>
      </w:hyperlink>
      <w:r>
        <w:t xml:space="preserve"> - This fact-check article clarifies the actual aid provided by FEMA and debunks the claim that the Biden administration spent hurricane relief funds on 'illegals'.</w:t>
      </w:r>
      <w:r/>
    </w:p>
    <w:p>
      <w:pPr>
        <w:pStyle w:val="ListNumber"/>
        <w:spacing w:line="240" w:lineRule="auto"/>
        <w:ind w:left="720"/>
      </w:pPr>
      <w:r/>
      <w:hyperlink r:id="rId14">
        <w:r>
          <w:rPr>
            <w:color w:val="0000EE"/>
            <w:u w:val="single"/>
          </w:rPr>
          <w:t>https://www.cnn.com/2024/10/06/politics/fact-check-trump-helene-response-north-carolina/index.html</w:t>
        </w:r>
      </w:hyperlink>
      <w:r>
        <w:t xml:space="preserve"> - This article highlights the political implications of misinformation during the 2024 presidential race, particularly how Trump's claims have been widely disseminated and debunked.</w:t>
      </w:r>
      <w:r/>
    </w:p>
    <w:p>
      <w:pPr>
        <w:pStyle w:val="ListNumber"/>
        <w:spacing w:line="240" w:lineRule="auto"/>
        <w:ind w:left="720"/>
      </w:pPr>
      <w:r/>
      <w:hyperlink r:id="rId10">
        <w:r>
          <w:rPr>
            <w:color w:val="0000EE"/>
            <w:u w:val="single"/>
          </w:rPr>
          <w:t>https://www.kgw.com/article/news/verify/donald-trump/image-of-trump-holding-a-1300-check-for-hurricane-relief-is-fake/536-2e75be43-28ba-4268-9dfb-5ce54e42105a</w:t>
        </w:r>
      </w:hyperlink>
      <w:r>
        <w:t xml:space="preserve"> - This link confirms that the image was shared in a subreddit known for posting manipulated or parody images of Trump, further supporting its satirical nature.</w:t>
      </w:r>
      <w:r/>
    </w:p>
    <w:p>
      <w:pPr>
        <w:pStyle w:val="ListNumber"/>
        <w:spacing w:line="240" w:lineRule="auto"/>
        <w:ind w:left="720"/>
      </w:pPr>
      <w:r/>
      <w:hyperlink r:id="rId15">
        <w:r>
          <w:rPr>
            <w:color w:val="0000EE"/>
            <w:u w:val="single"/>
          </w:rPr>
          <w:t>https://checkyourfact.com/2024/10/17/fact-check-image-purporting-to-show-trump-holding-hurricane-relief-check-is-ai-generated/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gw.com/article/news/verify/donald-trump/image-of-trump-holding-a-1300-check-for-hurricane-relief-is-fake/536-2e75be43-28ba-4268-9dfb-5ce54e42105a" TargetMode="External"/><Relationship Id="rId11" Type="http://schemas.openxmlformats.org/officeDocument/2006/relationships/hyperlink" Target="https://www.youtube.com/watch?v=-gWzuwiclXQ" TargetMode="External"/><Relationship Id="rId12" Type="http://schemas.openxmlformats.org/officeDocument/2006/relationships/hyperlink" Target="https://www.bbc.com/news/articles/c1e8q50y3v7o" TargetMode="External"/><Relationship Id="rId13" Type="http://schemas.openxmlformats.org/officeDocument/2006/relationships/hyperlink" Target="https://www.usatoday.com/story/news/factcheck/2024/10/09/hurricane-helene-fema-funding-response-fact-check/75587360007/" TargetMode="External"/><Relationship Id="rId14" Type="http://schemas.openxmlformats.org/officeDocument/2006/relationships/hyperlink" Target="https://www.cnn.com/2024/10/06/politics/fact-check-trump-helene-response-north-carolina/index.html" TargetMode="External"/><Relationship Id="rId15" Type="http://schemas.openxmlformats.org/officeDocument/2006/relationships/hyperlink" Target="https://checkyourfact.com/2024/10/17/fact-check-image-purporting-to-show-trump-holding-hurricane-relief-check-is-ai-gener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