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Informatica enhances Intelligent Data Management Cloud for AI applications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Informatica has unveiled a series of progressive enhancements to its Intelligent Data Management Cloud (IDMC), with the aim of supplying organisations with data that is optimally prepared for artificial intelligence (AI) applications. These improvements, forming part of the Fall 2024 release, are crafted to refine data management processes through advanced analytics, AI-driven integration, and master data management functionalities.</w:t>
      </w:r>
      <w:r/>
    </w:p>
    <w:p>
      <w:r/>
      <w:r>
        <w:t>Key advancements focus on enriching Data Integration capabilities, facilitating more efficient Extract, Load, and Transform (ELT) processes through seamless integration with platforms such as Databricks Delta Lake and Google BigQuery. Additionally, the update supports Databricks' native generative AI (GenAI) functionalities, providing native SQL ELT experiences and a simplified task wizard to enhance data ingestion and replication. These features aim to optimise cost efficiency, performance, and user experience, marking a significant stride in the efficient management of data pipelines.</w:t>
      </w:r>
      <w:r/>
    </w:p>
    <w:p>
      <w:r/>
      <w:r>
        <w:t>The release also brings substantial upgrades to Application Integration, highlighting improved performance and real-time functionality, complemented by AI-driven automation supported by GenAI recipes. Informatica has expanded connectivity options by introducing new connectors and a user-friendly design interface. These developments are intended to foster faster, more efficient integrations across various platforms and industries, emphasising scalability, intuitive design, and solutions tailored to specific industry needs.</w:t>
      </w:r>
      <w:r/>
    </w:p>
    <w:p>
      <w:r/>
      <w:r>
        <w:t>In terms of Master Data Management (MDM) and 360 Applications, the latest features focus on enhancing workflow integration and governance. New tools, like dynamic fields and improved decision-making aids such as match tuning and survivorship, are designed to boost productivity, improve data quality, and offer a better visual experience for data stewards and business users. This is achieved by enabling more organised configurations, flexible data deduplication, and bespoke data remediation processes.</w:t>
      </w:r>
      <w:r/>
    </w:p>
    <w:p>
      <w:r/>
      <w:r>
        <w:t>Furthermore, the Fall release introduces sophisticated Data Governance and Privacy features aimed at bolstering data management and security across various regions, business domains, and partner platforms. These features provide federated control over data, thereby streamlining data operations not only within IDMC but extending beyond its boundaries.</w:t>
      </w:r>
      <w:r/>
    </w:p>
    <w:p>
      <w:r/>
      <w:r>
        <w:t>Informatica continues to expand its GenAI-powered data management capabilities globally, bolstered by new regional accessibility for its CLAIRE GPT technology. The company has also simplified the exploration of master data and is unlocking superior data quality via natural language interfaces and actionable rule recommendations.</w:t>
      </w:r>
      <w:r/>
    </w:p>
    <w:p>
      <w:r/>
      <w:r>
        <w:t>These updates underscore Informatica's commitment to advancing data management technologies, offering businesses the tools to leverage high-quality, reliable data for AI applications, thereby reinforcing operational capabilities across numerous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https://www.informatica.com/blogs/introducing-intelligent-data-management-cloud.html</w:t>
        </w:r>
      </w:hyperlink>
      <w:r>
        <w:t xml:space="preserve"> - This article introduces the Informatica Intelligent Data Management Cloud, highlighting its capabilities in data management, AI-driven integration, and master data management, which aligns with the enhancements mentioned in the Fall 2024 release.</w:t>
      </w:r>
      <w:r/>
    </w:p>
    <w:p>
      <w:pPr>
        <w:pStyle w:val="ListNumber"/>
        <w:spacing w:line="240" w:lineRule="auto"/>
        <w:ind w:left="720"/>
      </w:pPr>
      <w:r/>
      <w:hyperlink r:id="rId11">
        <w:r>
          <w:rPr>
            <w:color w:val="0000EE"/>
            <w:u w:val="single"/>
          </w:rPr>
          <w:t>https://www.informatica.com/platform.html</w:t>
        </w:r>
      </w:hyperlink>
      <w:r>
        <w:t xml:space="preserve"> - This page details the AI-powered Intelligent Data Management Cloud, including its ability to integrate with various platforms, optimize cost efficiency, and enhance performance, which are key aspects of the Fall 2024 release.</w:t>
      </w:r>
      <w:r/>
    </w:p>
    <w:p>
      <w:pPr>
        <w:pStyle w:val="ListNumber"/>
        <w:spacing w:line="240" w:lineRule="auto"/>
        <w:ind w:left="720"/>
      </w:pPr>
      <w:r/>
      <w:hyperlink r:id="rId12">
        <w:r>
          <w:rPr>
            <w:color w:val="0000EE"/>
            <w:u w:val="single"/>
          </w:rPr>
          <w:t>https://www.linkedin.com/posts/informatica_informatica-intelligent-data-management-cloud-activity-6791066544244830208-IdcE</w:t>
        </w:r>
      </w:hyperlink>
      <w:r>
        <w:t xml:space="preserve"> - This LinkedIn post discusses the Fall 2024 Release of Informatica's Intelligent Data Management Cloud, mentioning new features and enhancements that support data management on any platform and cloud environment.</w:t>
      </w:r>
      <w:r/>
    </w:p>
    <w:p>
      <w:pPr>
        <w:pStyle w:val="ListNumber"/>
        <w:spacing w:line="240" w:lineRule="auto"/>
        <w:ind w:left="720"/>
      </w:pPr>
      <w:r/>
      <w:hyperlink r:id="rId13">
        <w:r>
          <w:rPr>
            <w:color w:val="0000EE"/>
            <w:u w:val="single"/>
          </w:rPr>
          <w:t>https://now.informatica.com/Informatica-Intelligent-Data-Management-Cloud-Overview-Instructor-Led.html</w:t>
        </w:r>
      </w:hyperlink>
      <w:r>
        <w:t xml:space="preserve"> - This course overview explains the core functionalities of the Intelligent Data Management Cloud, including data integration, application integration, and master data management, which are all enhanced in the Fall 2024 release.</w:t>
      </w:r>
      <w:r/>
    </w:p>
    <w:p>
      <w:pPr>
        <w:pStyle w:val="ListNumber"/>
        <w:spacing w:line="240" w:lineRule="auto"/>
        <w:ind w:left="720"/>
      </w:pPr>
      <w:r/>
      <w:hyperlink r:id="rId14">
        <w:r>
          <w:rPr>
            <w:color w:val="0000EE"/>
            <w:u w:val="single"/>
          </w:rPr>
          <w:t>https://www.informatica.com/blogs.html</w:t>
        </w:r>
      </w:hyperlink>
      <w:r>
        <w:t xml:space="preserve"> - Informatica's blog section often features updates and insights into their data management solutions, including recent enhancements and releases that align with the Fall 2024 updates.</w:t>
      </w:r>
      <w:r/>
    </w:p>
    <w:p>
      <w:pPr>
        <w:pStyle w:val="ListNumber"/>
        <w:spacing w:line="240" w:lineRule="auto"/>
        <w:ind w:left="720"/>
      </w:pPr>
      <w:r/>
      <w:hyperlink r:id="rId15">
        <w:r>
          <w:rPr>
            <w:color w:val="0000EE"/>
            <w:u w:val="single"/>
          </w:rPr>
          <w:t>https://www.informatica.com/platform.html#DATA SOURCES</w:t>
        </w:r>
      </w:hyperlink>
      <w:r>
        <w:t xml:space="preserve"> - This section of the Informatica platform page discusses the connectivity and integration capabilities, including support for platforms like Databricks Delta Lake and Google BigQuery, which are highlighted in the Fall 2024 release.</w:t>
      </w:r>
      <w:r/>
    </w:p>
    <w:p>
      <w:pPr>
        <w:pStyle w:val="ListNumber"/>
        <w:spacing w:line="240" w:lineRule="auto"/>
        <w:ind w:left="720"/>
      </w:pPr>
      <w:r/>
      <w:hyperlink r:id="rId16">
        <w:r>
          <w:rPr>
            <w:color w:val="0000EE"/>
            <w:u w:val="single"/>
          </w:rPr>
          <w:t>https://www.informatica.com/platform.html#Start solving your data challenges with ease</w:t>
        </w:r>
      </w:hyperlink>
      <w:r>
        <w:t xml:space="preserve"> - This part of the page mentions the benefits and case studies of using Informatica's Intelligent Data Management Cloud, such as improved data quality and efficiency, which are outcomes of the enhancements in the Fall 2024 release.</w:t>
      </w:r>
      <w:r/>
    </w:p>
    <w:p>
      <w:pPr>
        <w:pStyle w:val="ListNumber"/>
        <w:spacing w:line="240" w:lineRule="auto"/>
        <w:ind w:left="720"/>
      </w:pPr>
      <w:r/>
      <w:hyperlink r:id="rId17">
        <w:r>
          <w:rPr>
            <w:color w:val="0000EE"/>
            <w:u w:val="single"/>
          </w:rPr>
          <w:t>https://www.informatica.com/blogs/introducing-intelligent-data-management-cloud.html## The Informatica difference: 3 differentiators</w:t>
        </w:r>
      </w:hyperlink>
      <w:r>
        <w:t xml:space="preserve"> - This section explains the differentiators of Informatica's Intelligent Data Management Cloud, including its AI-driven capabilities and comprehensive data management services, which are expanded upon in the Fall 2024 release.</w:t>
      </w:r>
      <w:r/>
    </w:p>
    <w:p>
      <w:pPr>
        <w:pStyle w:val="ListNumber"/>
        <w:spacing w:line="240" w:lineRule="auto"/>
        <w:ind w:left="720"/>
      </w:pPr>
      <w:r/>
      <w:hyperlink r:id="rId18">
        <w:r>
          <w:rPr>
            <w:color w:val="0000EE"/>
            <w:u w:val="single"/>
          </w:rPr>
          <w:t>https://now.informatica.com/Informatica-Intelligent-Data-Management-Cloud-Overview-Instructor-Led.html#### Objectives</w:t>
        </w:r>
      </w:hyperlink>
      <w:r>
        <w:t xml:space="preserve"> - The course objectives outline the various services and functionalities of the Intelligent Data Management Cloud, such as data integration, data quality, and data governance, which are all enhanced in the Fall 2024 release.</w:t>
      </w:r>
      <w:r/>
    </w:p>
    <w:p>
      <w:pPr>
        <w:pStyle w:val="ListNumber"/>
        <w:spacing w:line="240" w:lineRule="auto"/>
        <w:ind w:left="720"/>
      </w:pPr>
      <w:r/>
      <w:hyperlink r:id="rId19">
        <w:r>
          <w:rPr>
            <w:color w:val="0000EE"/>
            <w:u w:val="single"/>
          </w:rPr>
          <w:t>https://www.informatica.com/platform.html## Breathe life into your data</w:t>
        </w:r>
      </w:hyperlink>
      <w:r>
        <w:t xml:space="preserve"> - This section discusses the AI-powered capabilities of the Intelligent Data Management Cloud, including its ability to support GenAI functionalities and improve data management processes, as mentioned in the Fall 2024 release.</w:t>
      </w:r>
      <w:r/>
    </w:p>
    <w:p>
      <w:pPr>
        <w:pStyle w:val="ListNumber"/>
        <w:spacing w:line="240" w:lineRule="auto"/>
        <w:ind w:left="720"/>
      </w:pPr>
      <w:r/>
      <w:hyperlink r:id="rId20">
        <w:r>
          <w:rPr>
            <w:color w:val="0000EE"/>
            <w:u w:val="single"/>
          </w:rPr>
          <w:t>https://www.informatica.com/platform.html## Resources to help inspire your success</w:t>
        </w:r>
      </w:hyperlink>
      <w:r>
        <w:t xml:space="preserve"> - This resource section provides additional information and case studies that highlight the benefits and advancements of Informatica's Intelligent Data Management Cloud, aligning with the enhancements in the Fall 2024 release.</w:t>
      </w:r>
      <w:r/>
    </w:p>
    <w:p>
      <w:pPr>
        <w:pStyle w:val="ListNumber"/>
        <w:spacing w:line="240" w:lineRule="auto"/>
        <w:ind w:left="720"/>
      </w:pPr>
      <w:r/>
      <w:hyperlink r:id="rId21">
        <w:r>
          <w:rPr>
            <w:color w:val="0000EE"/>
            <w:u w:val="single"/>
          </w:rPr>
          <w:t>https://www.dbta.com/Editorial/News-Flashes/Informatica-Releases-Path-to-AI-Ready-Data-with-the-Fall-2024-Version-of-its-Signature-Platform-166421.aspx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formatica.com/blogs/introducing-intelligent-data-management-cloud.html" TargetMode="External"/><Relationship Id="rId11" Type="http://schemas.openxmlformats.org/officeDocument/2006/relationships/hyperlink" Target="https://www.informatica.com/platform.html" TargetMode="External"/><Relationship Id="rId12" Type="http://schemas.openxmlformats.org/officeDocument/2006/relationships/hyperlink" Target="https://www.linkedin.com/posts/informatica_informatica-intelligent-data-management-cloud-activity-6791066544244830208-IdcE" TargetMode="External"/><Relationship Id="rId13" Type="http://schemas.openxmlformats.org/officeDocument/2006/relationships/hyperlink" Target="https://now.informatica.com/Informatica-Intelligent-Data-Management-Cloud-Overview-Instructor-Led.html" TargetMode="External"/><Relationship Id="rId14" Type="http://schemas.openxmlformats.org/officeDocument/2006/relationships/hyperlink" Target="https://www.informatica.com/blogs.html" TargetMode="External"/><Relationship Id="rId15" Type="http://schemas.openxmlformats.org/officeDocument/2006/relationships/hyperlink" Target="https://www.informatica.com/platform.html#DATA SOURCES" TargetMode="External"/><Relationship Id="rId16" Type="http://schemas.openxmlformats.org/officeDocument/2006/relationships/hyperlink" Target="https://www.informatica.com/platform.html#Start solving your data challenges with ease" TargetMode="External"/><Relationship Id="rId17" Type="http://schemas.openxmlformats.org/officeDocument/2006/relationships/hyperlink" Target="https://www.informatica.com/blogs/introducing-intelligent-data-management-cloud.html## The Informatica difference: 3 differentiators" TargetMode="External"/><Relationship Id="rId18" Type="http://schemas.openxmlformats.org/officeDocument/2006/relationships/hyperlink" Target="https://now.informatica.com/Informatica-Intelligent-Data-Management-Cloud-Overview-Instructor-Led.html#### Objectives" TargetMode="External"/><Relationship Id="rId19" Type="http://schemas.openxmlformats.org/officeDocument/2006/relationships/hyperlink" Target="https://www.informatica.com/platform.html## Breathe life into your data" TargetMode="External"/><Relationship Id="rId20" Type="http://schemas.openxmlformats.org/officeDocument/2006/relationships/hyperlink" Target="https://www.informatica.com/platform.html## Resources to help inspire your success" TargetMode="External"/><Relationship Id="rId21" Type="http://schemas.openxmlformats.org/officeDocument/2006/relationships/hyperlink" Target="https://www.dbta.com/Editorial/News-Flashes/Informatica-Releases-Path-to-AI-Ready-Data-with-the-Fall-2024-Version-of-its-Signature-Platform-166421.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