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Innovative tools offer long-lasting solutions for investors and creators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Innovative Tools Offer Long-Lasting Solutions for Investors and Creators</w:t>
      </w:r>
      <w:r/>
    </w:p>
    <w:p>
      <w:r/>
      <w:r>
        <w:t>The digital age continues to offer new tools for those looking to enhance their financial and creative prospects, with products like Tykr and AI Magicx standing out as comprehensive solutions for investors and creators alike.</w:t>
      </w:r>
      <w:r/>
    </w:p>
    <w:p>
      <w:r/>
      <w:r>
        <w:rPr>
          <w:b/>
        </w:rPr>
        <w:t>Tykr: Navigate the Complexities of Stock Market Investment</w:t>
      </w:r>
      <w:r/>
    </w:p>
    <w:p>
      <w:r/>
      <w:r>
        <w:t>For investors aiming to streamline the complexities of the stock market, Tykr offers a data-driven stock analysis platform equipped with a lifetime subscription. This tool stands out by simplifying the investment decision-making process with a unique rating system categorising stocks into “On Sale,” “Watch,” or “Overpriced.” This straightforward approach is beneficial for both novice investors seeking to avoid risky stock choices and seasoned traders looking for a second opinion.</w:t>
      </w:r>
      <w:r/>
    </w:p>
    <w:p>
      <w:r/>
      <w:r>
        <w:t>Tykr’s service provides access to data on over 30,000 U.S. and international stocks. These stocks are examined by Tykr’s proprietary algorithm that evaluates a variety of factors, including revenue growth and cash flow. By investing in a lifetime subscription, users benefit from continuous updates and improvements without recurring fees, alongside educational resources designed to enhance investment skills. This positions Tykr not just as a service subscription, but as a commitment to informed financial decision-making.</w:t>
      </w:r>
      <w:r/>
    </w:p>
    <w:p>
      <w:r/>
      <w:r>
        <w:rPr>
          <w:b/>
        </w:rPr>
        <w:t>AI Magicx: Revolutionising Creativity with AI-Driven Solutions</w:t>
      </w:r>
      <w:r/>
    </w:p>
    <w:p>
      <w:r/>
      <w:r>
        <w:t>Meanwhile, on the creative front, AI Magicx presents a suite of AI tools designed to simplify and enhance the creative process. With a lifetime subscription available for $99.99, a significant reduction from its regular price of $972, this platform offers a cost-effective solution for creators and business owners.</w:t>
      </w:r>
      <w:r/>
    </w:p>
    <w:p>
      <w:r/>
      <w:r>
        <w:t>AI Magicx aids users in generating unique brand logos, crafting compelling content, and producing stunning visuals. The platform’s tools, such as the AI-powered Logo Designer and Article Generator, provide tailored solutions for creating professional identities and engaging content. This service could prove invaluable for business owners who want to focus on growth or creative professionals looking to overcome obstacles such as writer’s block or lack of design expertise.</w:t>
      </w:r>
      <w:r/>
    </w:p>
    <w:p>
      <w:r/>
      <w:r>
        <w:rPr>
          <w:b/>
        </w:rPr>
        <w:t>Summary</w:t>
      </w:r>
      <w:r/>
    </w:p>
    <w:p>
      <w:r/>
      <w:r>
        <w:t xml:space="preserve">Both Tykr and AI Magicx are products reflecting the ongoing integration of technology with personal development and business enhancement. Each offers a tailored set of tools that might support users in achieving their various objectives—be it financial growth or creative output. As these platforms evolve, they bring the potential for significant contributions to personal and professional landscapes in an increasingly digital world. </w:t>
      </w:r>
      <w:r/>
    </w:p>
    <w:p>
      <w:r/>
      <w:r>
        <w:t>These offerings, available through StackSocial, remind us of the continuous advancements in technology and their application in everyday life. With Tykr and AI Magicx, individuals are offered tools that could assist in navigating both the stock market and the creative industries with confidence and ease.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https://www.stacksocial.com/sales/tykr-stock-lifetime-subscription</w:t>
        </w:r>
      </w:hyperlink>
      <w:r>
        <w:t xml:space="preserve"> - Corroborates Tykr's lifetime subscription, its rating system for stocks, and the access to over 30,000 U.S. and international stocks.</w:t>
      </w:r>
      <w:r/>
    </w:p>
    <w:p>
      <w:pPr>
        <w:pStyle w:val="ListNumber"/>
        <w:spacing w:line="240" w:lineRule="auto"/>
        <w:ind w:left="720"/>
      </w:pPr>
      <w:r/>
      <w:hyperlink r:id="rId11">
        <w:r>
          <w:rPr>
            <w:color w:val="0000EE"/>
            <w:u w:val="single"/>
          </w:rPr>
          <w:t>https://tykr.com/faq/</w:t>
        </w:r>
      </w:hyperlink>
      <w:r>
        <w:t xml:space="preserve"> - Supports the explanation of Tykr's role as a stock screener, its distinction from a broker, and its educational resources.</w:t>
      </w:r>
      <w:r/>
    </w:p>
    <w:p>
      <w:pPr>
        <w:pStyle w:val="ListNumber"/>
        <w:spacing w:line="240" w:lineRule="auto"/>
        <w:ind w:left="720"/>
      </w:pPr>
      <w:r/>
      <w:hyperlink r:id="rId12">
        <w:r>
          <w:rPr>
            <w:color w:val="0000EE"/>
            <w:u w:val="single"/>
          </w:rPr>
          <w:t>https://www.producthunt.com/products/tykr</w:t>
        </w:r>
      </w:hyperlink>
      <w:r>
        <w:t xml:space="preserve"> - Provides information on Tykr as a stock screener and education platform, and its mobile app launch.</w:t>
      </w:r>
      <w:r/>
    </w:p>
    <w:p>
      <w:pPr>
        <w:pStyle w:val="ListNumber"/>
        <w:spacing w:line="240" w:lineRule="auto"/>
        <w:ind w:left="720"/>
      </w:pPr>
      <w:r/>
      <w:hyperlink r:id="rId13">
        <w:r>
          <w:rPr>
            <w:color w:val="0000EE"/>
            <w:u w:val="single"/>
          </w:rPr>
          <w:t>https://www.entrepreneur.com/money-finance/make-better-investment-choices-with-tykrs-lifetime/481057</w:t>
        </w:r>
      </w:hyperlink>
      <w:r>
        <w:t xml:space="preserve"> - Details Tykr's data-driven stock analysis, its proprietary algorithm, and the benefits of a lifetime subscription.</w:t>
      </w:r>
      <w:r/>
    </w:p>
    <w:p>
      <w:pPr>
        <w:pStyle w:val="ListNumber"/>
        <w:spacing w:line="240" w:lineRule="auto"/>
        <w:ind w:left="720"/>
      </w:pPr>
      <w:r/>
      <w:hyperlink r:id="rId14">
        <w:r>
          <w:rPr>
            <w:color w:val="0000EE"/>
            <w:u w:val="single"/>
          </w:rPr>
          <w:t>https://edu.tykr.com/p/stock-investing-for-beginners</w:t>
        </w:r>
      </w:hyperlink>
      <w:r>
        <w:t xml:space="preserve"> - Explains Tykr's educational resources, its open-source calculations, and user confidence levels after using the platform.</w:t>
      </w:r>
      <w:r/>
    </w:p>
    <w:p>
      <w:pPr>
        <w:pStyle w:val="ListNumber"/>
        <w:spacing w:line="240" w:lineRule="auto"/>
        <w:ind w:left="720"/>
      </w:pPr>
      <w:r/>
      <w:hyperlink r:id="rId10">
        <w:r>
          <w:rPr>
            <w:color w:val="0000EE"/>
            <w:u w:val="single"/>
          </w:rPr>
          <w:t>https://www.stacksocial.com/sales/tykr-stock-lifetime-subscription</w:t>
        </w:r>
      </w:hyperlink>
      <w:r>
        <w:t xml:space="preserve"> - Mentions the continuous updates and improvements included with a lifetime subscription to Tykr.</w:t>
      </w:r>
      <w:r/>
    </w:p>
    <w:p>
      <w:pPr>
        <w:pStyle w:val="ListNumber"/>
        <w:spacing w:line="240" w:lineRule="auto"/>
        <w:ind w:left="720"/>
      </w:pPr>
      <w:r/>
      <w:hyperlink r:id="rId11">
        <w:r>
          <w:rPr>
            <w:color w:val="0000EE"/>
            <w:u w:val="single"/>
          </w:rPr>
          <w:t>https://tykr.com/faq/</w:t>
        </w:r>
      </w:hyperlink>
      <w:r>
        <w:t xml:space="preserve"> - Clarifies that Tykr supports value stock investing and provides insights into different investment strategies.</w:t>
      </w:r>
      <w:r/>
    </w:p>
    <w:p>
      <w:pPr>
        <w:pStyle w:val="ListNumber"/>
        <w:spacing w:line="240" w:lineRule="auto"/>
        <w:ind w:left="720"/>
      </w:pPr>
      <w:r/>
      <w:hyperlink r:id="rId12">
        <w:r>
          <w:rPr>
            <w:color w:val="0000EE"/>
            <w:u w:val="single"/>
          </w:rPr>
          <w:t>https://www.producthunt.com/products/tykr</w:t>
        </w:r>
      </w:hyperlink>
      <w:r>
        <w:t xml:space="preserve"> - Highlights Tykr's user-friendly interface and its suitability for both beginners and advanced investors.</w:t>
      </w:r>
      <w:r/>
    </w:p>
    <w:p>
      <w:pPr>
        <w:pStyle w:val="ListNumber"/>
        <w:spacing w:line="240" w:lineRule="auto"/>
        <w:ind w:left="720"/>
      </w:pPr>
      <w:r/>
      <w:hyperlink r:id="rId13">
        <w:r>
          <w:rPr>
            <w:color w:val="0000EE"/>
            <w:u w:val="single"/>
          </w:rPr>
          <w:t>https://www.entrepreneur.com/money-finance/make-better-investment-choices-with-tykrs-lifetime/481057</w:t>
        </w:r>
      </w:hyperlink>
      <w:r>
        <w:t xml:space="preserve"> - Discusses the use of Tykr for making confident investment decisions and its availability through StackSocial.</w:t>
      </w:r>
      <w:r/>
    </w:p>
    <w:p>
      <w:pPr>
        <w:pStyle w:val="ListNumber"/>
        <w:spacing w:line="240" w:lineRule="auto"/>
        <w:ind w:left="720"/>
      </w:pPr>
      <w:r/>
      <w:hyperlink r:id="rId14">
        <w:r>
          <w:rPr>
            <w:color w:val="0000EE"/>
            <w:u w:val="single"/>
          </w:rPr>
          <w:t>https://edu.tykr.com/p/stock-investing-for-beginners</w:t>
        </w:r>
      </w:hyperlink>
      <w:r>
        <w:t xml:space="preserve"> - Provides testimonials and confidence levels of users after taking Tykr's courses and using the platform.</w:t>
      </w:r>
      <w:r/>
    </w:p>
    <w:p>
      <w:pPr>
        <w:pStyle w:val="ListNumber"/>
        <w:spacing w:line="240" w:lineRule="auto"/>
        <w:ind w:left="720"/>
      </w:pPr>
      <w:r/>
      <w:hyperlink r:id="rId15">
        <w:r>
          <w:rPr>
            <w:color w:val="0000EE"/>
            <w:u w:val="single"/>
          </w:rPr>
          <w:t>https://localcoonrapidsnews.com/business/make-better-investment-choices-with-tykrs-lifetime-subscription/</w:t>
        </w:r>
      </w:hyperlink>
      <w:r>
        <w:t xml:space="preserve"> - Please view link - unable to able to access data</w:t>
      </w:r>
      <w:r/>
    </w:p>
    <w:p>
      <w:pPr>
        <w:pStyle w:val="ListNumber"/>
        <w:spacing w:line="240" w:lineRule="auto"/>
        <w:ind w:left="720"/>
      </w:pPr>
      <w:r/>
      <w:hyperlink r:id="rId13">
        <w:r>
          <w:rPr>
            <w:color w:val="0000EE"/>
            <w:u w:val="single"/>
          </w:rPr>
          <w:t>https://www.entrepreneur.com/money-finance/make-better-investment-choices-with-tykrs-lifetime/481057</w:t>
        </w:r>
      </w:hyperlink>
      <w:r>
        <w:t xml:space="preserve"> - Please view link - unable to able to access data</w:t>
      </w:r>
      <w:r/>
    </w:p>
    <w:p>
      <w:pPr>
        <w:pStyle w:val="ListNumber"/>
        <w:spacing w:line="240" w:lineRule="auto"/>
        <w:ind w:left="720"/>
      </w:pPr>
      <w:r/>
      <w:hyperlink r:id="rId16">
        <w:r>
          <w:rPr>
            <w:color w:val="0000EE"/>
            <w:u w:val="single"/>
          </w:rPr>
          <w:t>https://9to5toys.com/2024/10/16/lifetime-access-magicx-ai/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tacksocial.com/sales/tykr-stock-lifetime-subscription" TargetMode="External"/><Relationship Id="rId11" Type="http://schemas.openxmlformats.org/officeDocument/2006/relationships/hyperlink" Target="https://tykr.com/faq/" TargetMode="External"/><Relationship Id="rId12" Type="http://schemas.openxmlformats.org/officeDocument/2006/relationships/hyperlink" Target="https://www.producthunt.com/products/tykr" TargetMode="External"/><Relationship Id="rId13" Type="http://schemas.openxmlformats.org/officeDocument/2006/relationships/hyperlink" Target="https://www.entrepreneur.com/money-finance/make-better-investment-choices-with-tykrs-lifetime/481057" TargetMode="External"/><Relationship Id="rId14" Type="http://schemas.openxmlformats.org/officeDocument/2006/relationships/hyperlink" Target="https://edu.tykr.com/p/stock-investing-for-beginners" TargetMode="External"/><Relationship Id="rId15" Type="http://schemas.openxmlformats.org/officeDocument/2006/relationships/hyperlink" Target="https://localcoonrapidsnews.com/business/make-better-investment-choices-with-tykrs-lifetime-subscription/" TargetMode="External"/><Relationship Id="rId16" Type="http://schemas.openxmlformats.org/officeDocument/2006/relationships/hyperlink" Target="https://9to5toys.com/2024/10/16/lifetime-access-magicx-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