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JVC Kenwood unveils AI-assisted True Wireless Stereo earphones with built-in camera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an impressive display of innovation at CEATEC Japan 2024, held from October 15th to 18th at the Makuhari Messe in Chiba, JVC Kenwood introduced a pioneering development in audio technology: AI-assisted True Wireless Stereo (TWS) earphones integrated with a miniature camera. This cutting-edge technology was presented to audiences at booth 8H458 within the bustling tech exhibition. </w:t>
      </w:r>
      <w:r/>
    </w:p>
    <w:p>
      <w:r/>
      <w:r>
        <w:t>The standout feature of these earphones is their miniaturised camera, which provides a unique service by connecting to generative AI in the cloud via a smartphone. This setup allows users to engage in a seamless dialogue with their environment, posing queries such as "What is this?" to identify surrounding objects, and receiving audio responses in real-time. The AI-powered experience does not require users to handle their smartphones actively, presenting an enormous advantage for individuals with visual impairments or those who prefer a hands-free interaction with technology.</w:t>
      </w:r>
      <w:r/>
    </w:p>
    <w:p>
      <w:r/>
      <w:r>
        <w:t>During the event, JVC Kenwood showcased a practical demonstration using the Nearphones HA-NP50T model. These earphones, attached to a dummy head, linked to a smartphone using Bluetooth technology. They were coupled with a service akin to ChatGPT, where users could show objects to the camera embedded in the earphones and receive instantaneous audio identification. For example, attendees saw the earphones correctly identify common items like a can of cola or a bottle of green tea, displaying accuracy and utility in everyday situations.</w:t>
      </w:r>
      <w:r/>
    </w:p>
    <w:p>
      <w:r/>
      <w:r>
        <w:t>Additionally, beyond simple object recognition, the AI system offers more nuanced capabilities. It can provide users with information such as a caller’s name and their company affiliation when receiving calls. Moreover, it possesses valuable translation features, being able to convert foreign-language signs into understandable audio information, which could prove particularly beneficial for travellers in unfamiliar locales.</w:t>
      </w:r>
      <w:r/>
    </w:p>
    <w:p>
      <w:r/>
      <w:r>
        <w:t>The technology's potential extends widely as the earphones can act as a guiding tool for those with physical challenges. They can update users on immediate environmental conditions, such as road conditions or nearby obstacles, providing a sense of autonomy and safety. Importantly, these features operate without interfering with the music or audio the user might be listening to, affording convenience and continuity of experience.</w:t>
      </w:r>
      <w:r/>
    </w:p>
    <w:p>
      <w:r/>
      <w:r>
        <w:t>Currently in the prototype phase, JVC Kenwood is optimistic about the varied applications of this technology and its capacity to serve diverse consumer needs. The company is dedicated to further exploring practical uses, aiming to benefit seniors, visually impaired individuals, and a broader audience who could thrive with such intuitive, hands-free technology. This innovation represents an exciting leap in how AI and wearable tech can enhance daily living, optimising accessibility and personal convenience on multiple levels.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https://www3.nhk.or.jp/nhkworld/en/news/20241016_B03/</w:t>
        </w:r>
      </w:hyperlink>
      <w:r>
        <w:t xml:space="preserve"> - This article mentions CEATEC 2024 and various AI technologies, including those related to health and environment analysis, which aligns with the innovative AI-assisted technologies showcased at the event.</w:t>
      </w:r>
      <w:r/>
    </w:p>
    <w:p>
      <w:pPr>
        <w:pStyle w:val="ListNumber"/>
        <w:spacing w:line="240" w:lineRule="auto"/>
        <w:ind w:left="720"/>
      </w:pPr>
      <w:r/>
      <w:hyperlink r:id="rId11">
        <w:r>
          <w:rPr>
            <w:color w:val="0000EE"/>
            <w:u w:val="single"/>
          </w:rPr>
          <w:t>https://www.ceatec.com/en/conference/</w:t>
        </w:r>
      </w:hyperlink>
      <w:r>
        <w:t xml:space="preserve"> - This link provides details about CEATEC 2024, including the dates and location at Makuhari Messe, corroborating the setting of the event described in the article.</w:t>
      </w:r>
      <w:r/>
    </w:p>
    <w:p>
      <w:pPr>
        <w:pStyle w:val="ListNumber"/>
        <w:spacing w:line="240" w:lineRule="auto"/>
        <w:ind w:left="720"/>
      </w:pPr>
      <w:r/>
      <w:hyperlink r:id="rId12">
        <w:r>
          <w:rPr>
            <w:color w:val="0000EE"/>
            <w:u w:val="single"/>
          </w:rPr>
          <w:t>https://www.explus.com.tw/news/ceatec-japan-2024.html</w:t>
        </w:r>
      </w:hyperlink>
      <w:r>
        <w:t xml:space="preserve"> - This article confirms CEATEC 2024's focus on advanced technologies such as AI, Web 3.0, and more, which is consistent with the innovative technologies mentioned in the article.</w:t>
      </w:r>
      <w:r/>
    </w:p>
    <w:p>
      <w:pPr>
        <w:pStyle w:val="ListNumber"/>
        <w:spacing w:line="240" w:lineRule="auto"/>
        <w:ind w:left="720"/>
      </w:pPr>
      <w:r/>
      <w:hyperlink r:id="rId13">
        <w:r>
          <w:rPr>
            <w:color w:val="0000EE"/>
            <w:u w:val="single"/>
          </w:rPr>
          <w:t>https://eu.jvc.com/headphones/</w:t>
        </w:r>
      </w:hyperlink>
      <w:r>
        <w:t xml:space="preserve"> - This link lists various JVC headphones, including the Nearphones HA-NP50T model, which was specifically mentioned in the article as part of the demonstration.</w:t>
      </w:r>
      <w:r/>
    </w:p>
    <w:p>
      <w:pPr>
        <w:pStyle w:val="ListNumber"/>
        <w:spacing w:line="240" w:lineRule="auto"/>
        <w:ind w:left="720"/>
      </w:pPr>
      <w:r/>
      <w:hyperlink r:id="rId14">
        <w:r>
          <w:rPr>
            <w:color w:val="0000EE"/>
            <w:u w:val="single"/>
          </w:rPr>
          <w:t>https://www.jvc.com/usa/headphones/true-wireless-earbuds/</w:t>
        </w:r>
      </w:hyperlink>
      <w:r>
        <w:t xml:space="preserve"> - This page details JVC's true wireless earbuds, including the HA-NP50T model, which is central to the AI-assisted technology described in the article.</w:t>
      </w:r>
      <w:r/>
    </w:p>
    <w:p>
      <w:pPr>
        <w:pStyle w:val="ListNumber"/>
        <w:spacing w:line="240" w:lineRule="auto"/>
        <w:ind w:left="720"/>
      </w:pPr>
      <w:r/>
      <w:hyperlink r:id="rId11">
        <w:r>
          <w:rPr>
            <w:color w:val="0000EE"/>
            <w:u w:val="single"/>
          </w:rPr>
          <w:t>https://www.ceatec.com/en/conference/</w:t>
        </w:r>
      </w:hyperlink>
      <w:r>
        <w:t xml:space="preserve"> - This link mentions the use of AI and other advanced technologies at CEATEC 2024, supporting the context of AI-assisted earphones being showcased.</w:t>
      </w:r>
      <w:r/>
    </w:p>
    <w:p>
      <w:pPr>
        <w:pStyle w:val="ListNumber"/>
        <w:spacing w:line="240" w:lineRule="auto"/>
        <w:ind w:left="720"/>
      </w:pPr>
      <w:r/>
      <w:hyperlink r:id="rId10">
        <w:r>
          <w:rPr>
            <w:color w:val="0000EE"/>
            <w:u w:val="single"/>
          </w:rPr>
          <w:t>https://www3.nhk.or.jp/nhkworld/en/news/20241016_B03/</w:t>
        </w:r>
      </w:hyperlink>
      <w:r>
        <w:t xml:space="preserve"> - This article discusses AI technologies at CEATEC 2024, including those by JVCKenwood, which aligns with the company's involvement in the event described in the article.</w:t>
      </w:r>
      <w:r/>
    </w:p>
    <w:p>
      <w:pPr>
        <w:pStyle w:val="ListNumber"/>
        <w:spacing w:line="240" w:lineRule="auto"/>
        <w:ind w:left="720"/>
      </w:pPr>
      <w:r/>
      <w:hyperlink r:id="rId12">
        <w:r>
          <w:rPr>
            <w:color w:val="0000EE"/>
            <w:u w:val="single"/>
          </w:rPr>
          <w:t>https://www.explus.com.tw/news/ceatec-japan-2024.html</w:t>
        </w:r>
      </w:hyperlink>
      <w:r>
        <w:t xml:space="preserve"> - This article highlights the comprehensive nature of CEATEC 2024, covering various sectors including AI, which supports the backdrop of the event where JVC Kenwood showcased their technology.</w:t>
      </w:r>
      <w:r/>
    </w:p>
    <w:p>
      <w:pPr>
        <w:pStyle w:val="ListNumber"/>
        <w:spacing w:line="240" w:lineRule="auto"/>
        <w:ind w:left="720"/>
      </w:pPr>
      <w:r/>
      <w:hyperlink r:id="rId11">
        <w:r>
          <w:rPr>
            <w:color w:val="0000EE"/>
            <w:u w:val="single"/>
          </w:rPr>
          <w:t>https://www.ceatec.com/en/conference/</w:t>
        </w:r>
      </w:hyperlink>
      <w:r>
        <w:t xml:space="preserve"> - This link provides details on the practical demonstrations and sessions at CEATEC 2024, which could include the hands-on demonstration of JVC Kenwood's AI-assisted earphones.</w:t>
      </w:r>
      <w:r/>
    </w:p>
    <w:p>
      <w:pPr>
        <w:pStyle w:val="ListNumber"/>
        <w:spacing w:line="240" w:lineRule="auto"/>
        <w:ind w:left="720"/>
      </w:pPr>
      <w:r/>
      <w:hyperlink r:id="rId13">
        <w:r>
          <w:rPr>
            <w:color w:val="0000EE"/>
            <w:u w:val="single"/>
          </w:rPr>
          <w:t>https://eu.jvc.com/headphones/</w:t>
        </w:r>
      </w:hyperlink>
      <w:r>
        <w:t xml:space="preserve"> - This page lists various features of JVC headphones, including those that could be integrated with AI for enhanced user experience, as described in the article.</w:t>
      </w:r>
      <w:r/>
    </w:p>
    <w:p>
      <w:pPr>
        <w:pStyle w:val="ListNumber"/>
        <w:spacing w:line="240" w:lineRule="auto"/>
        <w:ind w:left="720"/>
      </w:pPr>
      <w:r/>
      <w:hyperlink r:id="rId14">
        <w:r>
          <w:rPr>
            <w:color w:val="0000EE"/>
            <w:u w:val="single"/>
          </w:rPr>
          <w:t>https://www.jvc.com/usa/headphones/true-wireless-earbuds/</w:t>
        </w:r>
      </w:hyperlink>
      <w:r>
        <w:t xml:space="preserve"> - This link details the features and capabilities of JVC's true wireless earbuds, which are relevant to the AI-assisted functionalities mentioned in the article.</w:t>
      </w:r>
      <w:r/>
    </w:p>
    <w:p>
      <w:pPr>
        <w:pStyle w:val="ListNumber"/>
        <w:spacing w:line="240" w:lineRule="auto"/>
        <w:ind w:left="720"/>
      </w:pPr>
      <w:r/>
      <w:hyperlink r:id="rId15">
        <w:r>
          <w:rPr>
            <w:color w:val="0000EE"/>
            <w:u w:val="single"/>
          </w:rPr>
          <w:t>https://www.ubergizmo.com/2024/10/jvc-kenwood-showcases-ai-powered-earphones-with-built-in-camera-at-ceatec-2024/?utm_source=mainrss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3.nhk.or.jp/nhkworld/en/news/20241016_B03/" TargetMode="External"/><Relationship Id="rId11" Type="http://schemas.openxmlformats.org/officeDocument/2006/relationships/hyperlink" Target="https://www.ceatec.com/en/conference/" TargetMode="External"/><Relationship Id="rId12" Type="http://schemas.openxmlformats.org/officeDocument/2006/relationships/hyperlink" Target="https://www.explus.com.tw/news/ceatec-japan-2024.html" TargetMode="External"/><Relationship Id="rId13" Type="http://schemas.openxmlformats.org/officeDocument/2006/relationships/hyperlink" Target="https://eu.jvc.com/headphones/" TargetMode="External"/><Relationship Id="rId14" Type="http://schemas.openxmlformats.org/officeDocument/2006/relationships/hyperlink" Target="https://www.jvc.com/usa/headphones/true-wireless-earbuds/" TargetMode="External"/><Relationship Id="rId15" Type="http://schemas.openxmlformats.org/officeDocument/2006/relationships/hyperlink" Target="https://www.ubergizmo.com/2024/10/jvc-kenwood-showcases-ai-powered-earphones-with-built-in-camera-at-ceatec-2024/?utm_source=main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