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Kathi Vidal raises concerns over Tesla's AI misidentification at women’s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a recent conference in Laguna Niguel, California, Kathi Vidal, a prominent figure in U.S. AI policy and currently the director of the U.S. Patent and Trademark Office, spotlighted a peculiar issue with Tesla vehicles, specifically their onboard software. During the Fortune’s Most Powerful Women conference, Vidal, who drives a Tesla Model S Plaid, revealed that the vehicle's AI system routinely misidentifies pedestrians, portraying them predominantly as tall white men on its screen.</w:t>
      </w:r>
      <w:r/>
    </w:p>
    <w:p>
      <w:r/>
      <w:r>
        <w:t>In a candid discussion about her personal experiences with Tesla's technology, Vidal detailed the inconsistencies she's observed. "When I drive, and I see a voluptuous woman walk across the street, Elon depicts her as a tall white man," she reported, adding that she has noticed the AI consistently categorising all pedestrians in this manner. This anomaly has not gone unnoticed by Vidal, who plans to purchase a Tesla Roadster, yet she has warned Elon Musk, Tesla's CEO, that she might reconsider this decision if the issue remains unaddressed. "Elon, if you’re listening, I’m going to withdraw my money if you don’t change that," she stated.</w:t>
      </w:r>
      <w:r/>
    </w:p>
    <w:p>
      <w:r/>
      <w:r>
        <w:t>Kathi Vidal's background is rooted deeply in engineering and intellectual property law, with prior experience at Lockheed Martin and General Electric. In 2021, she was appointed by President Joe Biden to her role, where she focuses on promoting innovation and maintaining national security, particularly in relation to artificial intelligence (AI). Vidal's history with AI dates back to the early 1990s when she was part of a pioneering team developing systems to detect aircraft faults. This was an era that predated the extensive big data and connectivity we see today, bringing different challenges and perspectives to AI development.</w:t>
      </w:r>
      <w:r/>
    </w:p>
    <w:p>
      <w:r/>
      <w:r>
        <w:t>Apart from addressing AI-related concerns, Vidal is intent on ensuring the U.S. remains competitive through job creation and innovation in technology. At the conference, she reiterated the Biden-Harris administration's initiatives to build tech hubs across the country—specific mentions included efforts in Colorado and Chicago, aimed at expanding capacities in quantum computing. These programmes are designed to aid the manufacturing, commercialisation, and deployment of new technologies, essentially creating mini 'Silicon Valleys' across various regions to foster growth and innovation.</w:t>
      </w:r>
      <w:r/>
    </w:p>
    <w:p>
      <w:r/>
      <w:r>
        <w:t>While Vidal's critique of Tesla's AI functionality raises questions about the broader implications of AI algorithms and bias, her statements at the conference also signal her commitment to continued development and oversight of the technology sector, seeking input from diverse sources to help guide future policy and regulation. As the U.S. approaches the forthcoming presidential election, such discussions and initiatives could play a significant role in shaping the national conversation around technology and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https://fortune.com/2024/10/16/us-pto-director-kathi-vidal-tesla-ai-makes-everybody-tall-white-man/</w:t>
        </w:r>
      </w:hyperlink>
      <w:r>
        <w:t xml:space="preserve"> - Corroborates Kathi Vidal's comments about Tesla's AI misidentifying pedestrians as tall white men and her warning to Elon Musk.</w:t>
      </w:r>
      <w:r/>
    </w:p>
    <w:p>
      <w:pPr>
        <w:pStyle w:val="ListNumber"/>
        <w:spacing w:line="240" w:lineRule="auto"/>
        <w:ind w:left="720"/>
      </w:pPr>
      <w:r/>
      <w:hyperlink r:id="rId11">
        <w:r>
          <w:rPr>
            <w:color w:val="0000EE"/>
            <w:u w:val="single"/>
          </w:rPr>
          <w:t>https://fortune.com/2024/10/18/fortune-most-powerful-women-summit-highlights/</w:t>
        </w:r>
      </w:hyperlink>
      <w:r>
        <w:t xml:space="preserve"> - Supports the information about Kathi Vidal's remarks at the Fortune’s Most Powerful Women conference regarding Tesla's AI issue.</w:t>
      </w:r>
      <w:r/>
    </w:p>
    <w:p>
      <w:pPr>
        <w:pStyle w:val="ListNumber"/>
        <w:spacing w:line="240" w:lineRule="auto"/>
        <w:ind w:left="720"/>
      </w:pPr>
      <w:r/>
      <w:hyperlink r:id="rId10">
        <w:r>
          <w:rPr>
            <w:color w:val="0000EE"/>
            <w:u w:val="single"/>
          </w:rPr>
          <w:t>https://fortune.com/2024/10/16/us-pto-director-kathi-vidal-tesla-ai-makes-everybody-tall-white-man/</w:t>
        </w:r>
      </w:hyperlink>
      <w:r>
        <w:t xml:space="preserve"> - Provides details about Kathi Vidal's background in engineering and her current role at the U.S. Patent and Trademark Office.</w:t>
      </w:r>
      <w:r/>
    </w:p>
    <w:p>
      <w:pPr>
        <w:pStyle w:val="ListNumber"/>
        <w:spacing w:line="240" w:lineRule="auto"/>
        <w:ind w:left="720"/>
      </w:pPr>
      <w:r/>
      <w:hyperlink r:id="rId10">
        <w:r>
          <w:rPr>
            <w:color w:val="0000EE"/>
            <w:u w:val="single"/>
          </w:rPr>
          <w:t>https://fortune.com/2024/10/16/us-pto-director-kathi-vidal-tesla-ai-makes-everybody-tall-white-man/</w:t>
        </w:r>
      </w:hyperlink>
      <w:r>
        <w:t xml:space="preserve"> - Discusses Vidal's history with AI, including her work in the early 1990s on detecting aircraft faults.</w:t>
      </w:r>
      <w:r/>
    </w:p>
    <w:p>
      <w:pPr>
        <w:pStyle w:val="ListNumber"/>
        <w:spacing w:line="240" w:lineRule="auto"/>
        <w:ind w:left="720"/>
      </w:pPr>
      <w:r/>
      <w:hyperlink r:id="rId10">
        <w:r>
          <w:rPr>
            <w:color w:val="0000EE"/>
            <w:u w:val="single"/>
          </w:rPr>
          <w:t>https://fortune.com/2024/10/16/us-pto-director-kathi-vidal-tesla-ai-makes-everybody-tall-white-man/</w:t>
        </w:r>
      </w:hyperlink>
      <w:r>
        <w:t xml:space="preserve"> - Mentions Vidal's focus on promoting innovation, job creation, and national security, particularly in relation to AI.</w:t>
      </w:r>
      <w:r/>
    </w:p>
    <w:p>
      <w:pPr>
        <w:pStyle w:val="ListNumber"/>
        <w:spacing w:line="240" w:lineRule="auto"/>
        <w:ind w:left="720"/>
      </w:pPr>
      <w:r/>
      <w:hyperlink r:id="rId10">
        <w:r>
          <w:rPr>
            <w:color w:val="0000EE"/>
            <w:u w:val="single"/>
          </w:rPr>
          <w:t>https://fortune.com/2024/10/16/us-pto-director-kathi-vidal-tesla-ai-makes-everybody-tall-white-man/</w:t>
        </w:r>
      </w:hyperlink>
      <w:r>
        <w:t xml:space="preserve"> - Details the Biden-Harris administration's initiatives to build tech hubs in Colorado and Chicago for quantum computing.</w:t>
      </w:r>
      <w:r/>
    </w:p>
    <w:p>
      <w:pPr>
        <w:pStyle w:val="ListNumber"/>
        <w:spacing w:line="240" w:lineRule="auto"/>
        <w:ind w:left="720"/>
      </w:pPr>
      <w:r/>
      <w:hyperlink r:id="rId10">
        <w:r>
          <w:rPr>
            <w:color w:val="0000EE"/>
            <w:u w:val="single"/>
          </w:rPr>
          <w:t>https://fortune.com/2024/10/16/us-pto-director-kathi-vidal-tesla-ai-makes-everybody-tall-white-man/</w:t>
        </w:r>
      </w:hyperlink>
      <w:r>
        <w:t xml:space="preserve"> - Highlights Vidal's commitment to developing AI policy and seeking input for future regulation.</w:t>
      </w:r>
      <w:r/>
    </w:p>
    <w:p>
      <w:pPr>
        <w:pStyle w:val="ListNumber"/>
        <w:spacing w:line="240" w:lineRule="auto"/>
        <w:ind w:left="720"/>
      </w:pPr>
      <w:r/>
      <w:hyperlink r:id="rId12">
        <w:r>
          <w:rPr>
            <w:color w:val="0000EE"/>
            <w:u w:val="single"/>
          </w:rPr>
          <w:t>https://www.vorys.com/publication-gen-ai-and-ip-highlights-from-the-uspto-copyright-office-public-symposium</w:t>
        </w:r>
      </w:hyperlink>
      <w:r>
        <w:t xml:space="preserve"> - Provides context on Kathi Vidal's role in AI policy and her involvement in discussions about AI and intellectual property.</w:t>
      </w:r>
      <w:r/>
    </w:p>
    <w:p>
      <w:pPr>
        <w:pStyle w:val="ListNumber"/>
        <w:spacing w:line="240" w:lineRule="auto"/>
        <w:ind w:left="720"/>
      </w:pPr>
      <w:r/>
      <w:hyperlink r:id="rId11">
        <w:r>
          <w:rPr>
            <w:color w:val="0000EE"/>
            <w:u w:val="single"/>
          </w:rPr>
          <w:t>https://fortune.com/2024/10/18/fortune-most-powerful-women-summit-highlights/</w:t>
        </w:r>
      </w:hyperlink>
      <w:r>
        <w:t xml:space="preserve"> - Supports the broader context of Vidal's work and the importance of AI policy discussions ahead of the presidential election.</w:t>
      </w:r>
      <w:r/>
    </w:p>
    <w:p>
      <w:pPr>
        <w:pStyle w:val="ListNumber"/>
        <w:spacing w:line="240" w:lineRule="auto"/>
        <w:ind w:left="720"/>
      </w:pPr>
      <w:r/>
      <w:hyperlink r:id="rId10">
        <w:r>
          <w:rPr>
            <w:color w:val="0000EE"/>
            <w:u w:val="single"/>
          </w:rPr>
          <w:t>https://fortune.com/2024/10/16/us-pto-director-kathi-vidal-tesla-ai-makes-everybody-tall-white-man/</w:t>
        </w:r>
      </w:hyperlink>
      <w:r>
        <w:t xml:space="preserve"> - Corroborates Vidal's personal experience with Tesla's technology and her decision to purchase a Tesla Roadster contingent on the issue being addressed.</w:t>
      </w:r>
      <w:r/>
    </w:p>
    <w:p>
      <w:pPr>
        <w:pStyle w:val="ListNumber"/>
        <w:spacing w:line="240" w:lineRule="auto"/>
        <w:ind w:left="720"/>
      </w:pPr>
      <w:r/>
      <w:hyperlink r:id="rId11">
        <w:r>
          <w:rPr>
            <w:color w:val="0000EE"/>
            <w:u w:val="single"/>
          </w:rPr>
          <w:t>https://fortune.com/2024/10/18/fortune-most-powerful-women-summit-highlights/</w:t>
        </w:r>
      </w:hyperlink>
      <w:r>
        <w:t xml:space="preserve"> - Reiterates the significance of Vidal's comments and the ongoing efforts to address AI-related issues and promote innovation.</w:t>
      </w:r>
      <w:r/>
    </w:p>
    <w:p>
      <w:pPr>
        <w:pStyle w:val="ListNumber"/>
        <w:spacing w:line="240" w:lineRule="auto"/>
        <w:ind w:left="720"/>
      </w:pPr>
      <w:r/>
      <w:hyperlink r:id="rId10">
        <w:r>
          <w:rPr>
            <w:color w:val="0000EE"/>
            <w:u w:val="single"/>
          </w:rPr>
          <w:t>https://fortune.com/2024/10/16/us-pto-director-kathi-vidal-tesla-ai-makes-everybody-tall-white-man/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ortune.com/2024/10/16/us-pto-director-kathi-vidal-tesla-ai-makes-everybody-tall-white-man/" TargetMode="External"/><Relationship Id="rId11" Type="http://schemas.openxmlformats.org/officeDocument/2006/relationships/hyperlink" Target="https://fortune.com/2024/10/18/fortune-most-powerful-women-summit-highlights/" TargetMode="External"/><Relationship Id="rId12" Type="http://schemas.openxmlformats.org/officeDocument/2006/relationships/hyperlink" Target="https://www.vorys.com/publication-gen-ai-and-ip-highlights-from-the-uspto-copyright-office-public-symposiu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