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Marc Benioff criticises Microsoft's AI Copilot, likening it to Clippy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exchange of opinions within the technology industry, Marc Benioff, CEO of Salesforce, has stirred discussion by openly criticising Microsoft's AI product known as Copilot. During his appearance on the Rapid Response podcast, Benioff drew a stark comparison between Copilot and Microsoft’s earlier attempt at digital assistance, Clippy. Introduced in the late 1990s, Clippy became widely recognized, albeit not favourably, as a paperclip-shaped assistant in Microsoft Office, which was often seen as more intrusive than helpful.</w:t>
      </w:r>
      <w:r/>
    </w:p>
    <w:p>
      <w:r/>
      <w:r>
        <w:t>Benioff articulated his views clearly, labelling Copilot as delivering a "tremendous disservice" to the tech community. He expressed dissatisfaction, remarking that Copilot disperses data ineffectively and fails to provide substantial value to businesses, likening it again to "the new Microsoft Clippy". This assessment stands in contrast to Microsoft’s prominent efforts in artificial intelligence, especially after its substantial financial commitment to OpenAI, the developers of ChatGPT, earlier this year. The integration of ChatGPT's sophisticated AI models was anticipated to enrich Microsoft’s software offerings significantly.</w:t>
      </w:r>
      <w:r/>
    </w:p>
    <w:p>
      <w:r/>
      <w:r>
        <w:t>Despite Benioff's disapproval, Microsoft's position in the AI sector is undeniably robust. Its strategic early partnership with OpenAI has positioned it as a key player in AI integration for business applications. Furthermore, Microsoft’s financial strength—illustrated by its recent achievement of a $3 trillion market cap—demonstrates its continued potential to dominate the technology industry in upcoming years. This financial accomplishment makes Microsoft one of the only companies to reach such a valuation, trailing behind Apple, yet potentially overtaking it in the future.</w:t>
      </w:r>
      <w:r/>
    </w:p>
    <w:p>
      <w:r/>
      <w:r>
        <w:t>Benioff’s critical stance comes as Salesforce promotes its own AI solution, Agentforce. He highlighted Agentforce as an effective tool, claiming its capability to manage "a couple of trillion AI transactions per week," contributing positively to business transformations for its clients. Benioff's appraisal underscores Salesforce's ambition to distinguish its AI innovations as superior in providing discernible business value.</w:t>
      </w:r>
      <w:r/>
    </w:p>
    <w:p>
      <w:r/>
      <w:r>
        <w:t>Looking to the future, Benioff suggested a landscape where AI agents, particularly those catered to enterprises, will take precedence, intimating a decline for Microsoft’s Copilot in terms of industry significance. However, this outlook doesn't seem to deter Microsoft, which remains committed to expanding its infrastructure and data centres in anticipation of further progression in AI applications.</w:t>
      </w:r>
      <w:r/>
    </w:p>
    <w:p>
      <w:r/>
      <w:r>
        <w:t>The burgeoning AI rivalry exemplifies the competitive spirit within the technology sector, with each company striving to cement its authority through innovation and strategic partnerships. While Salesforce and Microsoft present divergent visions for the application of AI, both are undeniably influential in steering the direction of technological advancements that shape business operations globally. As the debate continues, the results of these varied approaches will reveal themselves in the unfolding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https://www.businessinsider.com/salesforce-ceo-marc-benioff-microsoft-copilot-disappointing-clippy-2024-10</w:t>
        </w:r>
      </w:hyperlink>
      <w:r>
        <w:t xml:space="preserve"> - Corroborates Marc Benioff's criticism of Microsoft's Copilot, comparing it to Clippy and highlighting its lack of accuracy and data security concerns.</w:t>
      </w:r>
      <w:r/>
    </w:p>
    <w:p>
      <w:pPr>
        <w:pStyle w:val="ListNumber"/>
        <w:spacing w:line="240" w:lineRule="auto"/>
        <w:ind w:left="720"/>
      </w:pPr>
      <w:r/>
      <w:hyperlink r:id="rId11">
        <w:r>
          <w:rPr>
            <w:color w:val="0000EE"/>
            <w:u w:val="single"/>
          </w:rPr>
          <w:t>https://timesofindia.indiatimes.com/technology/tech-news/salesforce-ceo-marc-benioff-compares-microsoft-copilot-with-this-discontinued-ms-office-feature-copilot-is-more-like/articleshow/114327069.cms</w:t>
        </w:r>
      </w:hyperlink>
      <w:r>
        <w:t xml:space="preserve"> - Supports Benioff's comparison of Copilot to Clippy and mentions the Gartner report on security risks associated with Copilot.</w:t>
      </w:r>
      <w:r/>
    </w:p>
    <w:p>
      <w:pPr>
        <w:pStyle w:val="ListNumber"/>
        <w:spacing w:line="240" w:lineRule="auto"/>
        <w:ind w:left="720"/>
      </w:pPr>
      <w:r/>
      <w:hyperlink r:id="rId12">
        <w:r>
          <w:rPr>
            <w:color w:val="0000EE"/>
            <w:u w:val="single"/>
          </w:rPr>
          <w:t>https://www.yahoo.com/tech/microsoft-copilot-spews-data-over-140204417.html</w:t>
        </w:r>
      </w:hyperlink>
      <w:r>
        <w:t xml:space="preserve"> - Details Benioff's comments on Copilot's ineffectiveness and data issues, as well as his promotion of Salesforce's Agentforce.</w:t>
      </w:r>
      <w:r/>
    </w:p>
    <w:p>
      <w:pPr>
        <w:pStyle w:val="ListNumber"/>
        <w:spacing w:line="240" w:lineRule="auto"/>
        <w:ind w:left="720"/>
      </w:pPr>
      <w:r/>
      <w:hyperlink r:id="rId13">
        <w:r>
          <w:rPr>
            <w:color w:val="0000EE"/>
            <w:u w:val="single"/>
          </w:rPr>
          <w:t>https://www.techradar.com/pro/salesforce-ceo-slams-microsoft-ai-work-says-copilot-is-new-clippy</w:t>
        </w:r>
      </w:hyperlink>
      <w:r>
        <w:t xml:space="preserve"> - Provides Benioff's criticism of Copilot, predicting its decline and highlighting the success of Salesforce's Agentforce.</w:t>
      </w:r>
      <w:r/>
    </w:p>
    <w:p>
      <w:pPr>
        <w:pStyle w:val="ListNumber"/>
        <w:spacing w:line="240" w:lineRule="auto"/>
        <w:ind w:left="720"/>
      </w:pPr>
      <w:r/>
      <w:hyperlink r:id="rId14">
        <w:r>
          <w:rPr>
            <w:color w:val="0000EE"/>
            <w:u w:val="single"/>
          </w:rPr>
          <w:t>https://www.fortune.com/2024/10/17/salesforce-ceo-marc-benioff-blasts-microsoft-ai-copilot/</w:t>
        </w:r>
      </w:hyperlink>
      <w:r>
        <w:t xml:space="preserve"> - Corroborates Benioff's criticism of Copilot, his comparison to Clippy, and his promotion of Agentforce as a superior AI solution.</w:t>
      </w:r>
      <w:r/>
    </w:p>
    <w:p>
      <w:pPr>
        <w:pStyle w:val="ListNumber"/>
        <w:spacing w:line="240" w:lineRule="auto"/>
        <w:ind w:left="720"/>
      </w:pPr>
      <w:r/>
      <w:hyperlink r:id="rId10">
        <w:r>
          <w:rPr>
            <w:color w:val="0000EE"/>
            <w:u w:val="single"/>
          </w:rPr>
          <w:t>https://www.businessinsider.com/salesforce-ceo-marc-benioff-microsoft-copilot-disappointing-clippy-2024-10</w:t>
        </w:r>
      </w:hyperlink>
      <w:r>
        <w:t xml:space="preserve"> - Mentions Microsoft's significant investment in OpenAI and the integration of ChatGPT's models into Microsoft's software.</w:t>
      </w:r>
      <w:r/>
    </w:p>
    <w:p>
      <w:pPr>
        <w:pStyle w:val="ListNumber"/>
        <w:spacing w:line="240" w:lineRule="auto"/>
        <w:ind w:left="720"/>
      </w:pPr>
      <w:r/>
      <w:hyperlink r:id="rId13">
        <w:r>
          <w:rPr>
            <w:color w:val="0000EE"/>
            <w:u w:val="single"/>
          </w:rPr>
          <w:t>https://www.techradar.com/pro/salesforce-ceo-slams-microsoft-ai-work-says-copilot-is-new-clippy</w:t>
        </w:r>
      </w:hyperlink>
      <w:r>
        <w:t xml:space="preserve"> - Highlights Microsoft's financial strength and its achievement of a $3 trillion market cap.</w:t>
      </w:r>
      <w:r/>
    </w:p>
    <w:p>
      <w:pPr>
        <w:pStyle w:val="ListNumber"/>
        <w:spacing w:line="240" w:lineRule="auto"/>
        <w:ind w:left="720"/>
      </w:pPr>
      <w:r/>
      <w:hyperlink r:id="rId11">
        <w:r>
          <w:rPr>
            <w:color w:val="0000EE"/>
            <w:u w:val="single"/>
          </w:rPr>
          <w:t>https://timesofindia.indiatimes.com/technology/tech-news/salesforce-ceo-marc-benioff-compares-microsoft-copilot-with-this-discontinued-ms-office-feature-copilot-is-more-like/articleshow/114327069.cms</w:t>
        </w:r>
      </w:hyperlink>
      <w:r>
        <w:t xml:space="preserve"> - Details Salesforce's promotion of Agentforce and its capability to handle a large number of AI transactions.</w:t>
      </w:r>
      <w:r/>
    </w:p>
    <w:p>
      <w:pPr>
        <w:pStyle w:val="ListNumber"/>
        <w:spacing w:line="240" w:lineRule="auto"/>
        <w:ind w:left="720"/>
      </w:pPr>
      <w:r/>
      <w:hyperlink r:id="rId12">
        <w:r>
          <w:rPr>
            <w:color w:val="0000EE"/>
            <w:u w:val="single"/>
          </w:rPr>
          <w:t>https://www.yahoo.com/tech/microsoft-copilot-spews-data-over-140204417.html</w:t>
        </w:r>
      </w:hyperlink>
      <w:r>
        <w:t xml:space="preserve"> - Discusses the future landscape of AI agents in enterprises and Benioff's prediction of Copilot's decline.</w:t>
      </w:r>
      <w:r/>
    </w:p>
    <w:p>
      <w:pPr>
        <w:pStyle w:val="ListNumber"/>
        <w:spacing w:line="240" w:lineRule="auto"/>
        <w:ind w:left="720"/>
      </w:pPr>
      <w:r/>
      <w:hyperlink r:id="rId14">
        <w:r>
          <w:rPr>
            <w:color w:val="0000EE"/>
            <w:u w:val="single"/>
          </w:rPr>
          <w:t>https://www.fortune.com/2024/10/17/salesforce-ceo-marc-benioff-blasts-microsoft-ai-copilot/</w:t>
        </w:r>
      </w:hyperlink>
      <w:r>
        <w:t xml:space="preserve"> - Mentions Microsoft's commitment to expanding its infrastructure and data centers for AI applications.</w:t>
      </w:r>
      <w:r/>
    </w:p>
    <w:p>
      <w:pPr>
        <w:pStyle w:val="ListNumber"/>
        <w:spacing w:line="240" w:lineRule="auto"/>
        <w:ind w:left="720"/>
      </w:pPr>
      <w:r/>
      <w:hyperlink r:id="rId13">
        <w:r>
          <w:rPr>
            <w:color w:val="0000EE"/>
            <w:u w:val="single"/>
          </w:rPr>
          <w:t>https://www.techradar.com/pro/salesforce-ceo-slams-microsoft-ai-work-says-copilot-is-new-clippy</w:t>
        </w:r>
      </w:hyperlink>
      <w:r>
        <w:t xml:space="preserve"> - Highlights the competitive spirit in the technology sector, particularly between Salesforce and Microsoft in AI innovation.</w:t>
      </w:r>
      <w:r/>
    </w:p>
    <w:p>
      <w:pPr>
        <w:pStyle w:val="ListNumber"/>
        <w:spacing w:line="240" w:lineRule="auto"/>
        <w:ind w:left="720"/>
      </w:pPr>
      <w:r/>
      <w:hyperlink r:id="rId13">
        <w:r>
          <w:rPr>
            <w:color w:val="0000EE"/>
            <w:u w:val="single"/>
          </w:rPr>
          <w:t>https://www.techradar.com/pro/salesforce-ceo-slams-microsoft-ai-work-says-copilot-is-new-clippy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insider.com/salesforce-ceo-marc-benioff-microsoft-copilot-disappointing-clippy-2024-10" TargetMode="External"/><Relationship Id="rId11" Type="http://schemas.openxmlformats.org/officeDocument/2006/relationships/hyperlink" Target="https://timesofindia.indiatimes.com/technology/tech-news/salesforce-ceo-marc-benioff-compares-microsoft-copilot-with-this-discontinued-ms-office-feature-copilot-is-more-like/articleshow/114327069.cms" TargetMode="External"/><Relationship Id="rId12" Type="http://schemas.openxmlformats.org/officeDocument/2006/relationships/hyperlink" Target="https://www.yahoo.com/tech/microsoft-copilot-spews-data-over-140204417.html" TargetMode="External"/><Relationship Id="rId13" Type="http://schemas.openxmlformats.org/officeDocument/2006/relationships/hyperlink" Target="https://www.techradar.com/pro/salesforce-ceo-slams-microsoft-ai-work-says-copilot-is-new-clippy" TargetMode="External"/><Relationship Id="rId14" Type="http://schemas.openxmlformats.org/officeDocument/2006/relationships/hyperlink" Target="https://www.fortune.com/2024/10/17/salesforce-ceo-marc-benioff-blasts-microsoft-ai-copil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