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Martin Lewis to host ITV's budget special as he steps back from Good Morning Britain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Martin Lewis, the prominent financial journalist and television presenter, is set to return to ITV later this month with a new television special titled the "Budget Special," airing on 31 October. This announcement arrives in the wake of Lewis's decision to temporarily step back from his presenting role on Good Morning Britain (GMB) until 2025. Furthermore, he will continue his focus on the series "The Money Show," with the new series scheduled to begin airing on 29 October.</w:t>
      </w:r>
      <w:r/>
    </w:p>
    <w:p>
      <w:r/>
      <w:r>
        <w:t>Lewis, known for his insightful financial advice, particularly through televised specials like last year's "Energy and Cost of Living Special," has been the face of "The Money Show" since its inception in 2012. His upcoming Budget Special aims to help viewers navigate budgeting and financial planning, a timely topic considering the economic pressures many households face.</w:t>
      </w:r>
      <w:r/>
    </w:p>
    <w:p>
      <w:r/>
      <w:r>
        <w:t>The announcement of Lewis's ITV engagements comes shortly after the axing of his wife, Lara Lewington's long-running BBC show, "Click," which she was part of for 15 years. "Click," which explored the ever-evolving world of technology and the internet, was cancelled due to budgetary constraints despite being a staple of technology journalism. Lewington has expressed both disappointment and gratitude regarding the experience, noting her excitement for future endeavours, including a role as a technology expert on ITV's "Lorraine."</w:t>
      </w:r>
      <w:r/>
    </w:p>
    <w:p>
      <w:r/>
      <w:r>
        <w:t>Lara Lewington shared her reflections on X, acknowledging the unique opportunity the BBC provided in covering transformative technology stories. She also paid tribute to her colleagues, including co-host Spencer Kelly, praising their talent and creative spirit. Looking forward, Lewington plans to delve into documentary projects and continue her engagement with emerging technology topics.</w:t>
      </w:r>
      <w:r/>
    </w:p>
    <w:p>
      <w:r/>
      <w:r>
        <w:t>Meanwhile, Martin Lewis's break from GMB coincides with his dedication to his ITV projects. On X, he expressed appreciation for the feedback received during his recent stint on GMB and clarified that his absence from the morning programme is to allow him to focus on his other television commitments, though he mentioned the possibility of guest appearances on GMB.</w:t>
      </w:r>
      <w:r/>
    </w:p>
    <w:p>
      <w:r/>
      <w:r>
        <w:t>Lewis's time on GMB, which began in 2021, has often seen him pressing political figures on pressing financial matters, notably his recent heated exchange with MP Lisa Nandy regarding governmental policies. His direct style earned accolades from viewers who appreciated his efforts to hold the government accountable.</w:t>
      </w:r>
      <w:r/>
    </w:p>
    <w:p>
      <w:r/>
      <w:r>
        <w:t>As Lewis embarks on this revised television journey with ITV, his focus on educating the public on financial matters remains steadfast, continuing to cement his reputation as one of the UK's foremost financial advisors and television personalities.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https://uk.news.yahoo.com/martin-lewis-issues-tv-future-095309380.html</w:t>
        </w:r>
      </w:hyperlink>
      <w:r>
        <w:t xml:space="preserve"> - Corroborates Martin Lewis's return to ITV with a new 'Budget Special' and the continuation of 'The Money Show'.</w:t>
      </w:r>
      <w:r/>
    </w:p>
    <w:p>
      <w:pPr>
        <w:pStyle w:val="ListNumber"/>
        <w:spacing w:line="240" w:lineRule="auto"/>
        <w:ind w:left="720"/>
      </w:pPr>
      <w:r/>
      <w:hyperlink r:id="rId10">
        <w:r>
          <w:rPr>
            <w:color w:val="0000EE"/>
            <w:u w:val="single"/>
          </w:rPr>
          <w:t>https://uk.news.yahoo.com/martin-lewis-issues-tv-future-095309380.html</w:t>
        </w:r>
      </w:hyperlink>
      <w:r>
        <w:t xml:space="preserve"> - Provides details on the airing dates of the 'Budget Special' and the new series of 'The Money Show'.</w:t>
      </w:r>
      <w:r/>
    </w:p>
    <w:p>
      <w:pPr>
        <w:pStyle w:val="ListNumber"/>
        <w:spacing w:line="240" w:lineRule="auto"/>
        <w:ind w:left="720"/>
      </w:pPr>
      <w:r/>
      <w:hyperlink r:id="rId11">
        <w:r>
          <w:rPr>
            <w:color w:val="0000EE"/>
            <w:u w:val="single"/>
          </w:rPr>
          <w:t>https://www.devonlive.com/news/cost-of-living/martin-lewis-urgent-six-month-9641737</w:t>
        </w:r>
      </w:hyperlink>
      <w:r>
        <w:t xml:space="preserve"> - Highlights Martin Lewis's focus on financial advice, particularly through his recent warnings and financial tips.</w:t>
      </w:r>
      <w:r/>
    </w:p>
    <w:p>
      <w:pPr>
        <w:pStyle w:val="ListNumber"/>
        <w:spacing w:line="240" w:lineRule="auto"/>
        <w:ind w:left="720"/>
      </w:pPr>
      <w:r/>
      <w:hyperlink r:id="rId12">
        <w:r>
          <w:rPr>
            <w:color w:val="0000EE"/>
            <w:u w:val="single"/>
          </w:rPr>
          <w:t>https://en.wikipedia.org/wiki/The_Martin_Lewis_Money_Show</w:t>
        </w:r>
      </w:hyperlink>
      <w:r>
        <w:t xml:space="preserve"> - Details the history and format of 'The Money Show' since its inception in 2012.</w:t>
      </w:r>
      <w:r/>
    </w:p>
    <w:p>
      <w:pPr>
        <w:pStyle w:val="ListNumber"/>
        <w:spacing w:line="240" w:lineRule="auto"/>
        <w:ind w:left="720"/>
      </w:pPr>
      <w:r/>
      <w:hyperlink r:id="rId12">
        <w:r>
          <w:rPr>
            <w:color w:val="0000EE"/>
            <w:u w:val="single"/>
          </w:rPr>
          <w:t>https://en.wikipedia.org/wiki/The_Martin_Lewis_Money_Show</w:t>
        </w:r>
      </w:hyperlink>
      <w:r>
        <w:t xml:space="preserve"> - Mentions the various specials and live shows hosted by Martin Lewis, including the 'Energy and Cost of Living Special'.</w:t>
      </w:r>
      <w:r/>
    </w:p>
    <w:p>
      <w:pPr>
        <w:pStyle w:val="ListNumber"/>
        <w:spacing w:line="240" w:lineRule="auto"/>
        <w:ind w:left="720"/>
      </w:pPr>
      <w:r/>
      <w:hyperlink r:id="rId13">
        <w:r>
          <w:rPr>
            <w:color w:val="0000EE"/>
            <w:u w:val="single"/>
          </w:rPr>
          <w:t>https://www.itv.com/watch/the-martin-lewis-money-show-live/2a1827</w:t>
        </w:r>
      </w:hyperlink>
      <w:r>
        <w:t xml:space="preserve"> - Confirms the upcoming 'Budget Special' and Martin Lewis's ongoing involvement with 'The Money Show'.</w:t>
      </w:r>
      <w:r/>
    </w:p>
    <w:p>
      <w:pPr>
        <w:pStyle w:val="ListNumber"/>
        <w:spacing w:line="240" w:lineRule="auto"/>
        <w:ind w:left="720"/>
      </w:pPr>
      <w:r/>
      <w:hyperlink r:id="rId10">
        <w:r>
          <w:rPr>
            <w:color w:val="0000EE"/>
            <w:u w:val="single"/>
          </w:rPr>
          <w:t>https://uk.news.yahoo.com/martin-lewis-issues-tv-future-095309380.html</w:t>
        </w:r>
      </w:hyperlink>
      <w:r>
        <w:t xml:space="preserve"> - Discusses Martin Lewis's decision to step back from 'Good Morning Britain' until 2025 to focus on other TV commitments.</w:t>
      </w:r>
      <w:r/>
    </w:p>
    <w:p>
      <w:pPr>
        <w:pStyle w:val="ListNumber"/>
        <w:spacing w:line="240" w:lineRule="auto"/>
        <w:ind w:left="720"/>
      </w:pPr>
      <w:r/>
      <w:hyperlink r:id="rId12">
        <w:r>
          <w:rPr>
            <w:color w:val="0000EE"/>
            <w:u w:val="single"/>
          </w:rPr>
          <w:t>https://en.wikipedia.org/wiki/The_Martin_Lewis_Money_Show</w:t>
        </w:r>
      </w:hyperlink>
      <w:r>
        <w:t xml:space="preserve"> - Provides context on Martin Lewis's role and the evolution of 'The Money Show' over the years.</w:t>
      </w:r>
      <w:r/>
    </w:p>
    <w:p>
      <w:pPr>
        <w:pStyle w:val="ListNumber"/>
        <w:spacing w:line="240" w:lineRule="auto"/>
        <w:ind w:left="720"/>
      </w:pPr>
      <w:r/>
      <w:hyperlink r:id="rId11">
        <w:r>
          <w:rPr>
            <w:color w:val="0000EE"/>
            <w:u w:val="single"/>
          </w:rPr>
          <w:t>https://www.devonlive.com/news/cost-of-living/martin-lewis-urgent-six-month-9641737</w:t>
        </w:r>
      </w:hyperlink>
      <w:r>
        <w:t xml:space="preserve"> - Illustrates Martin Lewis's commitment to financial education and his recent warnings on financial matters.</w:t>
      </w:r>
      <w:r/>
    </w:p>
    <w:p>
      <w:pPr>
        <w:pStyle w:val="ListNumber"/>
        <w:spacing w:line="240" w:lineRule="auto"/>
        <w:ind w:left="720"/>
      </w:pPr>
      <w:r/>
      <w:hyperlink r:id="rId12">
        <w:r>
          <w:rPr>
            <w:color w:val="0000EE"/>
            <w:u w:val="single"/>
          </w:rPr>
          <w:t>https://en.wikipedia.org/wiki/The_Martin_Lewis_Money_Show</w:t>
        </w:r>
      </w:hyperlink>
      <w:r>
        <w:t xml:space="preserve"> - Details the production and broadcasting history of 'The Money Show', including its popularity and ratings.</w:t>
      </w:r>
      <w:r/>
    </w:p>
    <w:p>
      <w:pPr>
        <w:pStyle w:val="ListNumber"/>
        <w:spacing w:line="240" w:lineRule="auto"/>
        <w:ind w:left="720"/>
      </w:pPr>
      <w:r/>
      <w:hyperlink r:id="rId10">
        <w:r>
          <w:rPr>
            <w:color w:val="0000EE"/>
            <w:u w:val="single"/>
          </w:rPr>
          <w:t>https://uk.news.yahoo.com/martin-lewis-issues-tv-future-095309380.html</w:t>
        </w:r>
      </w:hyperlink>
      <w:r>
        <w:t xml:space="preserve"> - Mentions the impact of Lara Lewington's show 'Click' being axed and her future plans, although this specific detail is not directly covered in this link, it sets the context for Martin Lewis's family and professional life.</w:t>
      </w:r>
      <w:r/>
    </w:p>
    <w:p>
      <w:pPr>
        <w:pStyle w:val="ListNumber"/>
        <w:spacing w:line="240" w:lineRule="auto"/>
        <w:ind w:left="720"/>
      </w:pPr>
      <w:r/>
      <w:hyperlink r:id="rId14">
        <w:r>
          <w:rPr>
            <w:color w:val="0000EE"/>
            <w:u w:val="single"/>
          </w:rPr>
          <w:t>https://www.thesun.co.uk/tv/31127324/gmb-host-confirmed-special-itv-spin/</w:t>
        </w:r>
      </w:hyperlink>
      <w:r>
        <w:t xml:space="preserve"> - Please view link - unable to able to access data</w:t>
      </w:r>
      <w:r/>
    </w:p>
    <w:p>
      <w:pPr>
        <w:pStyle w:val="ListNumber"/>
        <w:spacing w:line="240" w:lineRule="auto"/>
        <w:ind w:left="720"/>
      </w:pPr>
      <w:r/>
      <w:hyperlink r:id="rId15">
        <w:r>
          <w:rPr>
            <w:color w:val="0000EE"/>
            <w:u w:val="single"/>
          </w:rPr>
          <w:t>https://www.thescottishsun.co.uk/tv/13709763/gmb-host-confirmed-special-itv-spin/</w:t>
        </w:r>
      </w:hyperlink>
      <w:r>
        <w:t xml:space="preserve"> - Please view link - unable to able to access data</w:t>
      </w:r>
      <w:r/>
    </w:p>
    <w:p>
      <w:pPr>
        <w:pStyle w:val="ListNumber"/>
        <w:spacing w:line="240" w:lineRule="auto"/>
        <w:ind w:left="720"/>
      </w:pPr>
      <w:r/>
      <w:hyperlink r:id="rId16">
        <w:r>
          <w:rPr>
            <w:color w:val="0000EE"/>
            <w:u w:val="single"/>
          </w:rPr>
          <w:t>https://www.birminghammail.co.uk/news/showbiz-tv/martin-lewis-issues-update-tv-30165052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uk.news.yahoo.com/martin-lewis-issues-tv-future-095309380.html" TargetMode="External"/><Relationship Id="rId11" Type="http://schemas.openxmlformats.org/officeDocument/2006/relationships/hyperlink" Target="https://www.devonlive.com/news/cost-of-living/martin-lewis-urgent-six-month-9641737" TargetMode="External"/><Relationship Id="rId12" Type="http://schemas.openxmlformats.org/officeDocument/2006/relationships/hyperlink" Target="https://en.wikipedia.org/wiki/The_Martin_Lewis_Money_Show" TargetMode="External"/><Relationship Id="rId13" Type="http://schemas.openxmlformats.org/officeDocument/2006/relationships/hyperlink" Target="https://www.itv.com/watch/the-martin-lewis-money-show-live/2a1827" TargetMode="External"/><Relationship Id="rId14" Type="http://schemas.openxmlformats.org/officeDocument/2006/relationships/hyperlink" Target="https://www.thesun.co.uk/tv/31127324/gmb-host-confirmed-special-itv-spin/" TargetMode="External"/><Relationship Id="rId15" Type="http://schemas.openxmlformats.org/officeDocument/2006/relationships/hyperlink" Target="https://www.thescottishsun.co.uk/tv/13709763/gmb-host-confirmed-special-itv-spin/" TargetMode="External"/><Relationship Id="rId16" Type="http://schemas.openxmlformats.org/officeDocument/2006/relationships/hyperlink" Target="https://www.birminghammail.co.uk/news/showbiz-tv/martin-lewis-issues-update-tv-3016505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