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new AI integration libraries for .NET developers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recently unveiled a preview of two new libraries—Microsoft.Extensions.AI.Abstractions and Microsoft.Extensions.AI—aimed at facilitating the integration of artificial intelligence (AI) services within the .NET ecosystem. Announced last week, these Unified AI Building Blocks provide the necessary abstractions for developers to incorporate AI functionalities into their .NET applications and libraries, accompanied by middleware designed to enhance key capabilities.</w:t>
      </w:r>
      <w:r/>
    </w:p>
    <w:p>
      <w:r/>
      <w:r>
        <w:t>The initiative, developed in collaboration with the .NET community, including Semantic Kernel, introduces a unified C# abstraction layer. This framework is engineered to interact comprehensively with AI services such as small and large language models, embeddings, and specific middleware components. The overarching objective is to streamline the integration process, enabling developers to select their preferred frameworks and libraries while maintaining seamless collaboration across the ecosystem.</w:t>
      </w:r>
      <w:r/>
    </w:p>
    <w:p>
      <w:r/>
      <w:r>
        <w:t>Microsoft has expressed its focus on crafting abstractions that can be universally implemented by diverse services, all anchored in the same foundational principles. Rather than designing APIs specific to any one provider's offerings, the tech giant aims to establish a unifying layer within the .NET ecosystem. By doing so, Microsoft intends to allow developers flexibility in selecting different frameworks and libraries while ensuring consistent integration and collaboration.</w:t>
      </w:r>
      <w:r/>
    </w:p>
    <w:p>
      <w:r/>
      <w:r>
        <w:t>The company's announcement emphasizes the libraries as providing a unified API abstraction for AI services. It is akin to Microsoft's established logging and dependency injection abstractions, designed to offer standard implementations for tasks like caching, telemetry, tool calling, and more. These libraries promise to provide consistent APIs and conventions across various providers, delivering a uniform development experience.</w:t>
      </w:r>
      <w:r/>
    </w:p>
    <w:p>
      <w:r/>
      <w:r>
        <w:t>Significantly, the libraries liberate .NET authors from the constraints of being bound to a particular AI service provider. This flexibility enables developers to experiment with varying packages utilising the same abstractions, upholding a uniform API across applications. The enhanced componentization allows for the seamless addition of capabilities and testing.</w:t>
      </w:r>
      <w:r/>
    </w:p>
    <w:p>
      <w:r/>
      <w:r>
        <w:t>Additionally, the preview includes reference implementations for platforms such as OpenAI, Azure AI Inference, and Ollama. In a move to further simplify implementation, Microsoft plans to collaborate with package authors throughout the .NET ecosystem. This will facilitate integrating these abstractions directly into client libraries, thereby eliminating the necessity for additional packages. Developers maintaining .NET client libraries for AI services are encouraged to implement these abstractions.</w:t>
      </w:r>
      <w:r/>
    </w:p>
    <w:p>
      <w:r/>
      <w:r>
        <w:t>Looking ahead, Microsoft intends to continue evolving the libraries in preview form, anticipating their status through the .NET 9 release scheduled for November. Ongoing efforts include collaboration with Semantic Kernel on integration enhancements, updating sample applications like eShop to employ the new libraries, and engaging with developers to encourage adoption.</w:t>
      </w:r>
      <w:r/>
    </w:p>
    <w:p>
      <w:r/>
      <w:r>
        <w:t>The development team has outlined near-term objectives, emphasising comprehensive interaction across the .NET ecosystem to promote Microsoft.Extensions.AI's use. The goal is to amplify the power and utility of these libraries as more providers implement the abstractions, consumers adopt them, and middleware components proliferate.</w:t>
      </w:r>
      <w:r/>
    </w:p>
    <w:p>
      <w:r/>
      <w:r>
        <w:t>Initial community feedback has been largely positive, with developers expressing both enthusiasm and curiosity. Discussions have emerged around the libraries' nomenclature, particularly querying why Microsoft.Extensions.AI was chosen over alternative names such as Microsoft.Extensions.LLM, given the focus on large language models. Others have shown interest in the benefits these new libraries might bring to existing architectures reliant on AutoML. There is also anticipation for future F# versions, with developers keen for their arrival. Clarifications have been provided regarding the libraries' compatibility with the Azure OpenAI library for .NET, confirming that developers have the option to use AzureOpenAIClient instead of OpenAIClient.</w:t>
      </w:r>
      <w:r/>
    </w:p>
    <w:p>
      <w:r/>
      <w:r>
        <w:t>For those eager to explore the capabilities offered by Microsoft.Extensions.AI packages, detailed start-up guides are available in Microsoft's official blog post.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https://devblogs.microsoft.com/semantic-kernel/microsoft-extensions-ai-simplifying-ai-integration-for-net-partners/</w:t>
        </w:r>
      </w:hyperlink>
      <w:r>
        <w:t xml:space="preserve"> - Corroborates the introduction of Microsoft.Extensions.AI and its role in simplifying AI integration for .NET developers, including its collaboration with the .NET community and Semantic Kernel.</w:t>
      </w:r>
      <w:r/>
    </w:p>
    <w:p>
      <w:pPr>
        <w:pStyle w:val="ListNumber"/>
        <w:spacing w:line="240" w:lineRule="auto"/>
        <w:ind w:left="720"/>
      </w:pPr>
      <w:r/>
      <w:hyperlink r:id="rId11">
        <w:r>
          <w:rPr>
            <w:color w:val="0000EE"/>
            <w:u w:val="single"/>
          </w:rPr>
          <w:t>https://www.infoq.com/news/2024/10/dotnet-ai-integration-libraries/</w:t>
        </w:r>
      </w:hyperlink>
      <w:r>
        <w:t xml:space="preserve"> - Supports the announcement of the preview release of Microsoft.Extensions.AI and Microsoft.Extensions.AI.Abstractions, and their role as Unified AI Building Blocks for the .NET ecosystem.</w:t>
      </w:r>
      <w:r/>
    </w:p>
    <w:p>
      <w:pPr>
        <w:pStyle w:val="ListNumber"/>
        <w:spacing w:line="240" w:lineRule="auto"/>
        <w:ind w:left="720"/>
      </w:pPr>
      <w:r/>
      <w:hyperlink r:id="rId12">
        <w:r>
          <w:rPr>
            <w:color w:val="0000EE"/>
            <w:u w:val="single"/>
          </w:rPr>
          <w:t>https://www.infoworld.com/article/3555212/microsoft-previews-ai-building-blocks-for-net.html</w:t>
        </w:r>
      </w:hyperlink>
      <w:r>
        <w:t xml:space="preserve"> - Details the preview of Microsoft.Extensions.AI libraries, their unified C# abstraction layer, and the goal of providing a unifying layer within the .NET ecosystem.</w:t>
      </w:r>
      <w:r/>
    </w:p>
    <w:p>
      <w:pPr>
        <w:pStyle w:val="ListNumber"/>
        <w:spacing w:line="240" w:lineRule="auto"/>
        <w:ind w:left="720"/>
      </w:pPr>
      <w:r/>
      <w:hyperlink r:id="rId13">
        <w:r>
          <w:rPr>
            <w:color w:val="0000EE"/>
            <w:u w:val="single"/>
          </w:rPr>
          <w:t>https://devblogs.microsoft.com/dotnet/introducing-microsoft-extensions-ai-preview/</w:t>
        </w:r>
      </w:hyperlink>
      <w:r>
        <w:t xml:space="preserve"> - Explains the focus on creating universal abstractions for AI services, the unified API abstraction, and the benefits of flexibility and consistent integration across different providers.</w:t>
      </w:r>
      <w:r/>
    </w:p>
    <w:p>
      <w:pPr>
        <w:pStyle w:val="ListNumber"/>
        <w:spacing w:line="240" w:lineRule="auto"/>
        <w:ind w:left="720"/>
      </w:pPr>
      <w:r/>
      <w:hyperlink r:id="rId14">
        <w:r>
          <w:rPr>
            <w:color w:val="0000EE"/>
            <w:u w:val="single"/>
          </w:rPr>
          <w:t>https://www.i-programmer.info/news/89-net/17546-microsoft-introduces-unified-net-api-for-ai.html</w:t>
        </w:r>
      </w:hyperlink>
      <w:r>
        <w:t xml:space="preserve"> - Describes the libraries' ability to provide a unified layer of C# abstractions for interacting with AI services, and the plan to integrate these abstractions into client libraries.</w:t>
      </w:r>
      <w:r/>
    </w:p>
    <w:p>
      <w:pPr>
        <w:pStyle w:val="ListNumber"/>
        <w:spacing w:line="240" w:lineRule="auto"/>
        <w:ind w:left="720"/>
      </w:pPr>
      <w:r/>
      <w:hyperlink r:id="rId10">
        <w:r>
          <w:rPr>
            <w:color w:val="0000EE"/>
            <w:u w:val="single"/>
          </w:rPr>
          <w:t>https://devblogs.microsoft.com/semantic-kernel/microsoft-extensions-ai-simplifying-ai-integration-for-net-partners/</w:t>
        </w:r>
      </w:hyperlink>
      <w:r>
        <w:t xml:space="preserve"> - Clarifies that the libraries are designed to work with various AI services such as small and large language models, embeddings, and middleware, without being tied to a specific provider.</w:t>
      </w:r>
      <w:r/>
    </w:p>
    <w:p>
      <w:pPr>
        <w:pStyle w:val="ListNumber"/>
        <w:spacing w:line="240" w:lineRule="auto"/>
        <w:ind w:left="720"/>
      </w:pPr>
      <w:r/>
      <w:hyperlink r:id="rId11">
        <w:r>
          <w:rPr>
            <w:color w:val="0000EE"/>
            <w:u w:val="single"/>
          </w:rPr>
          <w:t>https://www.infoq.com/news/2024/10/dotnet-ai-integration-libraries/</w:t>
        </w:r>
      </w:hyperlink>
      <w:r>
        <w:t xml:space="preserve"> - Highlights the libraries' similarity to Microsoft's logging and dependency injection abstractions, and their role in providing standard implementations for tasks like caching and telemetry.</w:t>
      </w:r>
      <w:r/>
    </w:p>
    <w:p>
      <w:pPr>
        <w:pStyle w:val="ListNumber"/>
        <w:spacing w:line="240" w:lineRule="auto"/>
        <w:ind w:left="720"/>
      </w:pPr>
      <w:r/>
      <w:hyperlink r:id="rId12">
        <w:r>
          <w:rPr>
            <w:color w:val="0000EE"/>
            <w:u w:val="single"/>
          </w:rPr>
          <w:t>https://www.infoworld.com/article/3555212/microsoft-previews-ai-building-blocks-for-net.html</w:t>
        </w:r>
      </w:hyperlink>
      <w:r>
        <w:t xml:space="preserve"> - Mentions the inclusion of reference implementations for OpenAI, Azure AI Inference, and Ollama, and the plan to integrate these abstractions into client libraries.</w:t>
      </w:r>
      <w:r/>
    </w:p>
    <w:p>
      <w:pPr>
        <w:pStyle w:val="ListNumber"/>
        <w:spacing w:line="240" w:lineRule="auto"/>
        <w:ind w:left="720"/>
      </w:pPr>
      <w:r/>
      <w:hyperlink r:id="rId13">
        <w:r>
          <w:rPr>
            <w:color w:val="0000EE"/>
            <w:u w:val="single"/>
          </w:rPr>
          <w:t>https://devblogs.microsoft.com/dotnet/introducing-microsoft-extensions-ai-preview/</w:t>
        </w:r>
      </w:hyperlink>
      <w:r>
        <w:t xml:space="preserve"> - Outlines the near-term objectives, including collaboration with Semantic Kernel, updating sample applications, and engaging with developers to promote adoption of Microsoft.Extensions.AI.</w:t>
      </w:r>
      <w:r/>
    </w:p>
    <w:p>
      <w:pPr>
        <w:pStyle w:val="ListNumber"/>
        <w:spacing w:line="240" w:lineRule="auto"/>
        <w:ind w:left="720"/>
      </w:pPr>
      <w:r/>
      <w:hyperlink r:id="rId14">
        <w:r>
          <w:rPr>
            <w:color w:val="0000EE"/>
            <w:u w:val="single"/>
          </w:rPr>
          <w:t>https://www.i-programmer.info/news/89-net/17546-microsoft-introduces-unified-net-api-for-ai.html</w:t>
        </w:r>
      </w:hyperlink>
      <w:r>
        <w:t xml:space="preserve"> - Discusses the community feedback, including questions about the libraries' nomenclature, benefits for existing architectures using AutoML, and anticipation for F# versions.</w:t>
      </w:r>
      <w:r/>
    </w:p>
    <w:p>
      <w:pPr>
        <w:pStyle w:val="ListNumber"/>
        <w:spacing w:line="240" w:lineRule="auto"/>
        <w:ind w:left="720"/>
      </w:pPr>
      <w:r/>
      <w:hyperlink r:id="rId13">
        <w:r>
          <w:rPr>
            <w:color w:val="0000EE"/>
            <w:u w:val="single"/>
          </w:rPr>
          <w:t>https://devblogs.microsoft.com/dotnet/introducing-microsoft-extensions-ai-preview/</w:t>
        </w:r>
      </w:hyperlink>
      <w:r>
        <w:t xml:space="preserve"> - Provides detailed start-up guides for developers eager to explore the capabilities of Microsoft.Extensions.AI packages.</w:t>
      </w:r>
      <w:r/>
    </w:p>
    <w:p>
      <w:pPr>
        <w:pStyle w:val="ListNumber"/>
        <w:spacing w:line="240" w:lineRule="auto"/>
        <w:ind w:left="720"/>
      </w:pPr>
      <w:r/>
      <w:hyperlink r:id="rId15">
        <w:r>
          <w:rPr>
            <w:color w:val="0000EE"/>
            <w:u w:val="single"/>
          </w:rPr>
          <w:t>https://www.infoq.com/news/2024/10/dotnet-ai-integration-libraries/?utm_campaign=infoq_content&amp;utm_source=infoq&amp;utm_medium=feed&amp;utm_term=global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vblogs.microsoft.com/semantic-kernel/microsoft-extensions-ai-simplifying-ai-integration-for-net-partners/" TargetMode="External"/><Relationship Id="rId11" Type="http://schemas.openxmlformats.org/officeDocument/2006/relationships/hyperlink" Target="https://www.infoq.com/news/2024/10/dotnet-ai-integration-libraries/" TargetMode="External"/><Relationship Id="rId12" Type="http://schemas.openxmlformats.org/officeDocument/2006/relationships/hyperlink" Target="https://www.infoworld.com/article/3555212/microsoft-previews-ai-building-blocks-for-net.html" TargetMode="External"/><Relationship Id="rId13" Type="http://schemas.openxmlformats.org/officeDocument/2006/relationships/hyperlink" Target="https://devblogs.microsoft.com/dotnet/introducing-microsoft-extensions-ai-preview/" TargetMode="External"/><Relationship Id="rId14" Type="http://schemas.openxmlformats.org/officeDocument/2006/relationships/hyperlink" Target="https://www.i-programmer.info/news/89-net/17546-microsoft-introduces-unified-net-api-for-ai.html" TargetMode="External"/><Relationship Id="rId15" Type="http://schemas.openxmlformats.org/officeDocument/2006/relationships/hyperlink" Target="https://www.infoq.com/news/2024/10/dotnet-ai-integration-libraries/?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