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Modi calls for human-centric and responsible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address, Prime Minister Narendra Modi has once again underscored the importance of developing artificial intelligence (AI) with a focus on being "human-centric, responsible, and transparent". Speaking at a public event in early 2024, Modi reiterated his ongoing call for moderation in the application of technology, specifically AI, to ensure that it serves humanity rather than detracts from it.</w:t>
      </w:r>
      <w:r/>
    </w:p>
    <w:p>
      <w:r/>
      <w:r>
        <w:t>The conversation around AI continues to be a prominent topic on global agendas, with Modi previously articulating similar sentiments at esteemed international gatherings such as the G20 Summit. His advocacy is rooted in the belief that technology, particularly AI, must not become an instrument of harm or misuse. During his address, Modi stressed the importance of ensuring AI technologies do not perpetuate abuse or insult, particularly against women, girls, or any individual. This is a stance that reflects growing concerns worldwide over the ethical implications of AI and its potential misuse.</w:t>
      </w:r>
      <w:r/>
    </w:p>
    <w:p>
      <w:r/>
      <w:r>
        <w:t>India, under Modi's leadership, appears to be aligning its regulatory framework to support these values. The Prime Minister emphasized the necessity of crafting regulations that prohibit the weaponization of AI against citizens. He posited that the advancement of AI should reinforce democratic values, rather than undermine public trust in democratic institutions. This approach aims to harmonize technological progress with ethical governance and social responsibility.</w:t>
      </w:r>
      <w:r/>
    </w:p>
    <w:p>
      <w:r/>
      <w:r>
        <w:t>Furthermore, Modi highlighted that the development and deployment of AI in India must prioritize benefiting humanity. This entails implementing safeguards to ensure AI enhances rather than diminishes quality of life. His vision for AI is one that supports societal development and protection without contributing to societal divisions or inequities.</w:t>
      </w:r>
      <w:r/>
    </w:p>
    <w:p>
      <w:r/>
      <w:r>
        <w:t>As AI continues to advance rapidly, these discussions on ethical AI development are becoming increasingly important on both national and global stages. India's proactive stance, as advocated by Modi, suggests a framework where AI innovation is pursued responsibly, with a keen awareness of its broader social implications.</w:t>
      </w:r>
      <w:r/>
    </w:p>
    <w:p>
      <w:r/>
      <w:r>
        <w:t>This address is one of several by Modi that emphasizes the ethical dimensions of technology, illustrating India's commitment to harnessing technological advances for the collective good. The consistent message is clear: AI should contribute positively to the human experience, maintaining trust and transparency in digital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https://economictimes.indiatimes.com/news/india/pm-modi-calls-for-global-framework-for-ethical-use-of-ai/articleshow/105939251.cms</w:t>
        </w:r>
      </w:hyperlink>
      <w:r>
        <w:t xml:space="preserve"> - Corroborates Modi's call for a global framework for the ethical use of AI and the importance of preventing the misuse of AI, particularly in terms of security and ethical governance.</w:t>
      </w:r>
      <w:r/>
    </w:p>
    <w:p>
      <w:pPr>
        <w:pStyle w:val="ListNumber"/>
        <w:spacing w:line="240" w:lineRule="auto"/>
        <w:ind w:left="720"/>
      </w:pPr>
      <w:r/>
      <w:hyperlink r:id="rId11">
        <w:r>
          <w:rPr>
            <w:color w:val="0000EE"/>
            <w:u w:val="single"/>
          </w:rPr>
          <w:t>https://coingeek.com/india-eyes-human-centric-ai-development-tech-collaborations-with-japan-uk/</w:t>
        </w:r>
      </w:hyperlink>
      <w:r>
        <w:t xml:space="preserve"> - Supports Modi's emphasis on human-centric AI development and international collaborations to ensure AI remains transparent, secure, accessible, and responsible.</w:t>
      </w:r>
      <w:r/>
    </w:p>
    <w:p>
      <w:pPr>
        <w:pStyle w:val="ListNumber"/>
        <w:spacing w:line="240" w:lineRule="auto"/>
        <w:ind w:left="720"/>
      </w:pPr>
      <w:r/>
      <w:hyperlink r:id="rId12">
        <w:r>
          <w:rPr>
            <w:color w:val="0000EE"/>
            <w:u w:val="single"/>
          </w:rPr>
          <w:t>https://www.outlookbusiness.com/news/pm-modi-pitches-for-global-digital-rules-ethical-ai</w:t>
        </w:r>
      </w:hyperlink>
      <w:r>
        <w:t xml:space="preserve"> - Highlights Modi's pitch for global digital rules and ethical AI, stressing the need for a rule-based framework for digital technology and AI to ensure security, dignity, and equity.</w:t>
      </w:r>
      <w:r/>
    </w:p>
    <w:p>
      <w:pPr>
        <w:pStyle w:val="ListNumber"/>
        <w:spacing w:line="240" w:lineRule="auto"/>
        <w:ind w:left="720"/>
      </w:pPr>
      <w:r/>
      <w:hyperlink r:id="rId13">
        <w:r>
          <w:rPr>
            <w:color w:val="0000EE"/>
            <w:u w:val="single"/>
          </w:rPr>
          <w:t>https://www.analyticsinsight.net/artificial-intelligence/how-narendra-modi-is-pushing-for-the-ethical-use-of-ai-in-2024</w:t>
        </w:r>
      </w:hyperlink>
      <w:r>
        <w:t xml:space="preserve"> - Details Modi's emphasis on 'human-centric, responsible, and transparent' AI development and his call for moderation in AI use to benefit humanity without causing harm.</w:t>
      </w:r>
      <w:r/>
    </w:p>
    <w:p>
      <w:pPr>
        <w:pStyle w:val="ListNumber"/>
        <w:spacing w:line="240" w:lineRule="auto"/>
        <w:ind w:left="720"/>
      </w:pPr>
      <w:r/>
      <w:hyperlink r:id="rId14">
        <w:r>
          <w:rPr>
            <w:color w:val="0000EE"/>
            <w:u w:val="single"/>
          </w:rPr>
          <w:t>https://www.indianewsnetwork.com/en/20240615/ai-for-all-india-striving-for-a-better-future-through-its-human-centric-approach-says-pm-modi-at-g7-summit</w:t>
        </w:r>
      </w:hyperlink>
      <w:r>
        <w:t xml:space="preserve"> - Corroborates Modi's address at the G7 Summit, where he emphasized the importance of international governance in AI and a human-centric approach to AI development.</w:t>
      </w:r>
      <w:r/>
    </w:p>
    <w:p>
      <w:pPr>
        <w:pStyle w:val="ListNumber"/>
        <w:spacing w:line="240" w:lineRule="auto"/>
        <w:ind w:left="720"/>
      </w:pPr>
      <w:r/>
      <w:hyperlink r:id="rId10">
        <w:r>
          <w:rPr>
            <w:color w:val="0000EE"/>
            <w:u w:val="single"/>
          </w:rPr>
          <w:t>https://economictimes.indiatimes.com/news/india/pm-modi-calls-for-global-framework-for-ethical-use-of-ai/articleshow/105939251.cms</w:t>
        </w:r>
      </w:hyperlink>
      <w:r>
        <w:t xml:space="preserve"> - Supports the concern over AI misuse, particularly against women and girls, and the need for AI to be transparent and free from bias.</w:t>
      </w:r>
      <w:r/>
    </w:p>
    <w:p>
      <w:pPr>
        <w:pStyle w:val="ListNumber"/>
        <w:spacing w:line="240" w:lineRule="auto"/>
        <w:ind w:left="720"/>
      </w:pPr>
      <w:r/>
      <w:hyperlink r:id="rId11">
        <w:r>
          <w:rPr>
            <w:color w:val="0000EE"/>
            <w:u w:val="single"/>
          </w:rPr>
          <w:t>https://coingeek.com/india-eyes-human-centric-ai-development-tech-collaborations-with-japan-uk/</w:t>
        </w:r>
      </w:hyperlink>
      <w:r>
        <w:t xml:space="preserve"> - Highlights India's commitment to ethical and responsible AI deployment, including the approval of $1.24 billion to boost the AI ecosystem.</w:t>
      </w:r>
      <w:r/>
    </w:p>
    <w:p>
      <w:pPr>
        <w:pStyle w:val="ListNumber"/>
        <w:spacing w:line="240" w:lineRule="auto"/>
        <w:ind w:left="720"/>
      </w:pPr>
      <w:r/>
      <w:hyperlink r:id="rId12">
        <w:r>
          <w:rPr>
            <w:color w:val="0000EE"/>
            <w:u w:val="single"/>
          </w:rPr>
          <w:t>https://www.outlookbusiness.com/news/pm-modi-pitches-for-global-digital-rules-ethical-ai</w:t>
        </w:r>
      </w:hyperlink>
      <w:r>
        <w:t xml:space="preserve"> - Emphasizes the need for global standards for ethical AI and data privacy that respect the diversity of different countries, aligning with Modi's vision for AI governance.</w:t>
      </w:r>
      <w:r/>
    </w:p>
    <w:p>
      <w:pPr>
        <w:pStyle w:val="ListNumber"/>
        <w:spacing w:line="240" w:lineRule="auto"/>
        <w:ind w:left="720"/>
      </w:pPr>
      <w:r/>
      <w:hyperlink r:id="rId13">
        <w:r>
          <w:rPr>
            <w:color w:val="0000EE"/>
            <w:u w:val="single"/>
          </w:rPr>
          <w:t>https://www.analyticsinsight.net/artificial-intelligence/how-narendra-modi-is-pushing-for-the-ethical-use-of-ai-in-2024</w:t>
        </w:r>
      </w:hyperlink>
      <w:r>
        <w:t xml:space="preserve"> - Details the drafting of a National AI Ethics Framework to ensure AI is developed responsibly and ethically, reflecting Modi's commitment to ethical AI governance.</w:t>
      </w:r>
      <w:r/>
    </w:p>
    <w:p>
      <w:pPr>
        <w:pStyle w:val="ListNumber"/>
        <w:spacing w:line="240" w:lineRule="auto"/>
        <w:ind w:left="720"/>
      </w:pPr>
      <w:r/>
      <w:hyperlink r:id="rId14">
        <w:r>
          <w:rPr>
            <w:color w:val="0000EE"/>
            <w:u w:val="single"/>
          </w:rPr>
          <w:t>https://www.indianewsnetwork.com/en/20240615/ai-for-all-india-striving-for-a-better-future-through-its-human-centric-approach-says-pm-modi-at-g7-summit</w:t>
        </w:r>
      </w:hyperlink>
      <w:r>
        <w:t xml:space="preserve"> - Supports the idea that AI should benefit all sections of society and that India is striving for a better future through its human-centric approach to AI.</w:t>
      </w:r>
      <w:r/>
    </w:p>
    <w:p>
      <w:pPr>
        <w:pStyle w:val="ListNumber"/>
        <w:spacing w:line="240" w:lineRule="auto"/>
        <w:ind w:left="720"/>
      </w:pPr>
      <w:r/>
      <w:hyperlink r:id="rId11">
        <w:r>
          <w:rPr>
            <w:color w:val="0000EE"/>
            <w:u w:val="single"/>
          </w:rPr>
          <w:t>https://coingeek.com/india-eyes-human-centric-ai-development-tech-collaborations-with-japan-uk/</w:t>
        </w:r>
      </w:hyperlink>
      <w:r>
        <w:t xml:space="preserve"> - Highlights Modi's discussions at the G7 Summit about technology collaborations and the importance of cybersecurity, underscoring the global nature of AI governance.</w:t>
      </w:r>
      <w:r/>
    </w:p>
    <w:p>
      <w:pPr>
        <w:pStyle w:val="ListNumber"/>
        <w:spacing w:line="240" w:lineRule="auto"/>
        <w:ind w:left="720"/>
      </w:pPr>
      <w:r/>
      <w:hyperlink r:id="rId13">
        <w:r>
          <w:rPr>
            <w:color w:val="0000EE"/>
            <w:u w:val="single"/>
          </w:rPr>
          <w:t>https://www.analyticsinsight.net/artificial-intelligence/how-narendra-modi-is-pushing-for-the-ethical-use-of-ai-in-2024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news/india/pm-modi-calls-for-global-framework-for-ethical-use-of-ai/articleshow/105939251.cms" TargetMode="External"/><Relationship Id="rId11" Type="http://schemas.openxmlformats.org/officeDocument/2006/relationships/hyperlink" Target="https://coingeek.com/india-eyes-human-centric-ai-development-tech-collaborations-with-japan-uk/" TargetMode="External"/><Relationship Id="rId12" Type="http://schemas.openxmlformats.org/officeDocument/2006/relationships/hyperlink" Target="https://www.outlookbusiness.com/news/pm-modi-pitches-for-global-digital-rules-ethical-ai" TargetMode="External"/><Relationship Id="rId13" Type="http://schemas.openxmlformats.org/officeDocument/2006/relationships/hyperlink" Target="https://www.analyticsinsight.net/artificial-intelligence/how-narendra-modi-is-pushing-for-the-ethical-use-of-ai-in-2024" TargetMode="External"/><Relationship Id="rId14" Type="http://schemas.openxmlformats.org/officeDocument/2006/relationships/hyperlink" Target="https://www.indianewsnetwork.com/en/20240615/ai-for-all-india-striving-for-a-better-future-through-its-human-centric-approach-says-pm-modi-at-g7-sum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