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Netflix Co-CEO discusses AI's evolving role in the entertainment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third-quarter earnings call, Netflix Co-CEO Ted Sarandos addressed the burgeoning role of artificial intelligence (AI) in the entertainment industry, referring to it as a "mixed bag" of developments. This discussion emerged during an interaction with Wall Street analysts, amidst growing speculations about AI’s transformative potential across various sectors.</w:t>
      </w:r>
      <w:r/>
    </w:p>
    <w:p>
      <w:r/>
      <w:r>
        <w:t>Sarandos highlighted the symbiotic relationship that has historically existed between technology and entertainment, asserting that this dynamic partnership could be amplified with AI. He underscored the importance of creators being inquisitive about the capabilities of new tools like AI, but stressed that the ultimate goal should be to enhance the quality of films and shows. Sarandos noted, "It’s very important, I think, for creators to be very curious about what these new tools are and what they can do. But AI needs to pass a very important test: Can it help make better shows and better films? That is the test and that’s what we’ve got to figure out."</w:t>
      </w:r>
      <w:r/>
    </w:p>
    <w:p>
      <w:r/>
      <w:r>
        <w:t>The earnings call followed the release of Netflix's robust financial results for the third quarter, revealing a significant increase in subscribers– a rise of 5.1 million from the previous quarter, surpassing Wall Street predictions. This growth underscores Netflix's ongoing dominance in the streaming sector amid competitive pressures and shifting consumer preferences.</w:t>
      </w:r>
      <w:r/>
    </w:p>
    <w:p>
      <w:r/>
      <w:r>
        <w:t>Sarandos's remarks on AI also come in the wake of the dual industry strikes in 2023, which were significantly influenced by the discourse around AI’s implications in job markets. As a principal negotiator for studios and streamers, Sarandos had to navigate complex discussions concerning AI. The Writers Guild of America (WGA) and the Screen Actors Guild‐American Federation of Television and Radio Artists (SAG-AFTRA) voiced strong concerns over AI’s potential to displace jobs, advocating for its limitations within the industry. Although negotiations led to some concessions regarding AI, not all demands were entirely satisfied, leaving room for continued debate and adjustment in the future.</w:t>
      </w:r>
      <w:r/>
    </w:p>
    <w:p>
      <w:r/>
      <w:r>
        <w:t>The backdrop of these developments includes the introduction of a significantly enhanced version of ChatGPT by OpenAI earlier in the year, which has ignited widespread discussions regarding AI's impact on society, business, and financial landscapes. This has set off an intense competitive drive among businesses seeking to harness AI’s capabilities to transform their operations and redefine industry standards.</w:t>
      </w:r>
      <w:r/>
    </w:p>
    <w:p>
      <w:r/>
      <w:r>
        <w:t>As Netflix and other entertainment giants explore the balance between technological innovation and creative integrity, Sarandos's emphasis remains on AI’s potential to improve content rather than merely cutting costs, suggesting a future where quality continues to reign supreme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https://www.hollywoodreporter.com/business/business-news/netflix-ceo-ted-sarandos-ai-creator-tools-1235952621/</w:t>
        </w:r>
      </w:hyperlink>
      <w:r>
        <w:t xml:space="preserve"> - Ted Sarandos's comments on AI generating creator tools and its potential impact on the content of TV shows and movies.</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Sarandos's remarks on AI during the third-quarter earnings call and its potential to enhance the quality of films and shows.</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The significant increase in Netflix subscribers in the third quarter, surpassing Wall Street predictions.</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The impact of the 2023 Hollywood strikes on Netflix's programming schedule and the ongoing recovery.</w:t>
      </w:r>
      <w:r/>
    </w:p>
    <w:p>
      <w:pPr>
        <w:pStyle w:val="ListNumber"/>
        <w:spacing w:line="240" w:lineRule="auto"/>
        <w:ind w:left="720"/>
      </w:pPr>
      <w:r/>
      <w:hyperlink r:id="rId12">
        <w:r>
          <w:rPr>
            <w:color w:val="0000EE"/>
            <w:u w:val="single"/>
          </w:rPr>
          <w:t>https://www.bloomberg.com/news/articles/2024-10-17/netflix-beats-wall-street-s-forecasts-in-every-major-metric</w:t>
        </w:r>
      </w:hyperlink>
      <w:r>
        <w:t xml:space="preserve"> - Netflix's robust financial results for the third quarter, including a 15% growth in revenue and an increase in earnings.</w:t>
      </w:r>
      <w:r/>
    </w:p>
    <w:p>
      <w:pPr>
        <w:pStyle w:val="ListNumber"/>
        <w:spacing w:line="240" w:lineRule="auto"/>
        <w:ind w:left="720"/>
      </w:pPr>
      <w:r/>
      <w:hyperlink r:id="rId10">
        <w:r>
          <w:rPr>
            <w:color w:val="0000EE"/>
            <w:u w:val="single"/>
          </w:rPr>
          <w:t>https://www.hollywoodreporter.com/business/business-news/netflix-ceo-ted-sarandos-ai-creator-tools-1235952621/</w:t>
        </w:r>
      </w:hyperlink>
      <w:r>
        <w:t xml:space="preserve"> - The historical symbiotic relationship between technology and entertainment, and how AI could amplify this dynamic.</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Sarandos's stance on AI needing to enhance the quality of shows and films rather than just cutting costs.</w:t>
      </w:r>
      <w:r/>
    </w:p>
    <w:p>
      <w:pPr>
        <w:pStyle w:val="ListNumber"/>
        <w:spacing w:line="240" w:lineRule="auto"/>
        <w:ind w:left="720"/>
      </w:pPr>
      <w:r/>
      <w:hyperlink r:id="rId13">
        <w:r>
          <w:rPr>
            <w:color w:val="0000EE"/>
            <w:u w:val="single"/>
          </w:rPr>
          <w:t>https://www.fool.com/earnings/call-transcripts/2024/07/18/netflix-nflx-q2-2024-earnings-call-transcript/</w:t>
        </w:r>
      </w:hyperlink>
      <w:r>
        <w:t xml:space="preserve"> - Netflix's ongoing use of technology, including AI, to enhance user engagement and content delivery.</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The concerns raised by the Writers Guild of America (WGA) and SAG-AFTRA regarding AI's potential to displace jobs during the 2023 strikes.</w:t>
      </w:r>
      <w:r/>
    </w:p>
    <w:p>
      <w:pPr>
        <w:pStyle w:val="ListNumber"/>
        <w:spacing w:line="240" w:lineRule="auto"/>
        <w:ind w:left="720"/>
      </w:pPr>
      <w:r/>
      <w:hyperlink r:id="rId10">
        <w:r>
          <w:rPr>
            <w:color w:val="0000EE"/>
            <w:u w:val="single"/>
          </w:rPr>
          <w:t>https://www.hollywoodreporter.com/business/business-news/netflix-ceo-ted-sarandos-ai-creator-tools-1235952621/</w:t>
        </w:r>
      </w:hyperlink>
      <w:r>
        <w:t xml:space="preserve"> - The experimental phase of AI in the entertainment industry and the need for further development before its full integration.</w:t>
      </w:r>
      <w:r/>
    </w:p>
    <w:p>
      <w:pPr>
        <w:pStyle w:val="ListNumber"/>
        <w:spacing w:line="240" w:lineRule="auto"/>
        <w:ind w:left="720"/>
      </w:pPr>
      <w:r/>
      <w:hyperlink r:id="rId11">
        <w:r>
          <w:rPr>
            <w:color w:val="0000EE"/>
            <w:u w:val="single"/>
          </w:rPr>
          <w:t>https://observer.com/2024/10/ted-sarandos-netflix-programming-almost-normal-following-strikes/</w:t>
        </w:r>
      </w:hyperlink>
      <w:r>
        <w:t xml:space="preserve"> - Netflix's commitment to maintaining high-quality content and its emphasis on creative integrity alongside technological innovation.</w:t>
      </w:r>
      <w:r/>
    </w:p>
    <w:p>
      <w:pPr>
        <w:pStyle w:val="ListNumber"/>
        <w:spacing w:line="240" w:lineRule="auto"/>
        <w:ind w:left="720"/>
      </w:pPr>
      <w:r/>
      <w:hyperlink r:id="rId14">
        <w:r>
          <w:rPr>
            <w:color w:val="0000EE"/>
            <w:u w:val="single"/>
          </w:rPr>
          <w:t>https://deadline.com/2024/10/ted-sarandos-netflix-ai-technology-shows-films-1236119570/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business/business-news/netflix-ceo-ted-sarandos-ai-creator-tools-1235952621/" TargetMode="External"/><Relationship Id="rId11" Type="http://schemas.openxmlformats.org/officeDocument/2006/relationships/hyperlink" Target="https://observer.com/2024/10/ted-sarandos-netflix-programming-almost-normal-following-strikes/" TargetMode="External"/><Relationship Id="rId12" Type="http://schemas.openxmlformats.org/officeDocument/2006/relationships/hyperlink" Target="https://www.bloomberg.com/news/articles/2024-10-17/netflix-beats-wall-street-s-forecasts-in-every-major-metric" TargetMode="External"/><Relationship Id="rId13" Type="http://schemas.openxmlformats.org/officeDocument/2006/relationships/hyperlink" Target="https://www.fool.com/earnings/call-transcripts/2024/07/18/netflix-nflx-q2-2024-earnings-call-transcript/" TargetMode="External"/><Relationship Id="rId14" Type="http://schemas.openxmlformats.org/officeDocument/2006/relationships/hyperlink" Target="https://deadline.com/2024/10/ted-sarandos-netflix-ai-technology-shows-films-12361195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