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Imprompter attack exposes vulnerabilities in chatbots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field of artificial intelligence, security concerns have resurfaced with the revelation of a new method that exploits chatbots to extract personal information. Researchers from the University of California, San Diego (UCSD) and Nanyang Technological University in Singapore have introduced an attack named Imprompter, which poses a significant risk to user privacy through large language models (LLMs).</w:t>
      </w:r>
      <w:r/>
    </w:p>
    <w:p>
      <w:r/>
      <w:r>
        <w:t>Imprompter operates by transforming a seemingly innocuous prompt into a set of hidden, malicious instructions for the LLM. These instructions are designed to covertly gather sensitive information such as names, addresses, and payment details that users may inadvertently disclose during a chat. Once harvested, this data is discreetly sent to a hacker’s server without alerting the user.</w:t>
      </w:r>
      <w:r/>
    </w:p>
    <w:p>
      <w:r/>
      <w:r>
        <w:t>The research team, consisting of eight members, tested the Imprompter attack on two specific LLMs: LeChat by French AI firm Mistral AI and the Chinese chatbot ChatGLM. Their findings were concerning—with a near 80 percent success rate, personal information was stealthily extracted during test conversations. This highlights the vulnerability of AI systems in protecting user data from sophisticated cyber threats.</w:t>
      </w:r>
      <w:r/>
    </w:p>
    <w:p>
      <w:r/>
      <w:r>
        <w:t>In response, Mistral AI confirmed that it addressed the security flaw by disabling certain chat functionalities, as verified by the researchers. Meanwhile, ChatGLM released a statement affirming its commitment to security, though it did not make specific comments regarding this particular vulnerability.</w:t>
      </w:r>
      <w:r/>
    </w:p>
    <w:p>
      <w:r/>
      <w:r>
        <w:t>The Imprompter attack is symptomatic of broader security issues that have emerged in the wake of AI advancements like OpenAI’s ChatGPT, which has catalysed the generative AI boom since its release in late 2022. Security flaws in AI systems often fall into two categories: jailbreaks and prompt injections. Jailbreaks involve bypassing an AI's built-in safety protocols, while prompt injections use external data sources to include hidden instructions for tasks like data theft.</w:t>
      </w:r>
      <w:r/>
    </w:p>
    <w:p>
      <w:r/>
      <w:r>
        <w:t>As AI evolves and integrates into various applications, these findings underscore the vital need for ongoing security reviews and updates to safeguard against potential abuses. The success of an attack like Imprompter raises critical discussions within the tech community about balancing technological progress with the imperative of user privacy and security.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https://www.popsci.com/technology/prompt-injection-attacks-llms-ai/</w:t>
        </w:r>
      </w:hyperlink>
      <w:r>
        <w:t xml:space="preserve"> - This article explains the concept of prompt injection attacks against large language models (LLMs), which is similar to the Imprompter attack in exploiting chatbots to extract personal information.</w:t>
      </w:r>
      <w:r/>
    </w:p>
    <w:p>
      <w:pPr>
        <w:pStyle w:val="ListNumber"/>
        <w:spacing w:line="240" w:lineRule="auto"/>
        <w:ind w:left="720"/>
      </w:pPr>
      <w:r/>
      <w:hyperlink r:id="rId11">
        <w:r>
          <w:rPr>
            <w:color w:val="0000EE"/>
            <w:u w:val="single"/>
          </w:rPr>
          <w:t>https://securityintelligence.com/articles/ai-prompt-injection-nist-report/</w:t>
        </w:r>
      </w:hyperlink>
      <w:r>
        <w:t xml:space="preserve"> - This article discusses prompt injection attacks, including direct and indirect methods, and how they can be used to manipulate LLMs, aligning with the Imprompter attack's mechanism.</w:t>
      </w:r>
      <w:r/>
    </w:p>
    <w:p>
      <w:pPr>
        <w:pStyle w:val="ListNumber"/>
        <w:spacing w:line="240" w:lineRule="auto"/>
        <w:ind w:left="720"/>
      </w:pPr>
      <w:r/>
      <w:hyperlink r:id="rId12">
        <w:r>
          <w:rPr>
            <w:color w:val="0000EE"/>
            <w:u w:val="single"/>
          </w:rPr>
          <w:t>https://www.csoonline.com/article/2139630/ai-system-poisoning-is-a-growing-threat-is-your-security-regime-ready.html</w:t>
        </w:r>
      </w:hyperlink>
      <w:r>
        <w:t xml:space="preserve"> - This article highlights the broader security risks associated with AI systems, including data poisoning and prompt injections, which are relevant to the Imprompter attack's impact on user privacy.</w:t>
      </w:r>
      <w:r/>
    </w:p>
    <w:p>
      <w:pPr>
        <w:pStyle w:val="ListNumber"/>
        <w:spacing w:line="240" w:lineRule="auto"/>
        <w:ind w:left="720"/>
      </w:pPr>
      <w:r/>
      <w:hyperlink r:id="rId13">
        <w:r>
          <w:rPr>
            <w:color w:val="0000EE"/>
            <w:u w:val="single"/>
          </w:rPr>
          <w:t>https://www.wiz.io/academy/ai-security-risks</w:t>
        </w:r>
      </w:hyperlink>
      <w:r>
        <w:t xml:space="preserve"> - This article lists various AI security risks, including lack of explainability, data breaches, and adversarial attacks, which are all pertinent to the vulnerabilities exposed by the Imprompter attack.</w:t>
      </w:r>
      <w:r/>
    </w:p>
    <w:p>
      <w:pPr>
        <w:pStyle w:val="ListNumber"/>
        <w:spacing w:line="240" w:lineRule="auto"/>
        <w:ind w:left="720"/>
      </w:pPr>
      <w:r/>
      <w:hyperlink r:id="rId10">
        <w:r>
          <w:rPr>
            <w:color w:val="0000EE"/>
            <w:u w:val="single"/>
          </w:rPr>
          <w:t>https://www.popsci.com/technology/prompt-injection-attacks-llms-ai/</w:t>
        </w:r>
      </w:hyperlink>
      <w:r>
        <w:t xml:space="preserve"> - This article provides examples of how prompt injection attacks can be executed, such as through jailbreak commands and indirect prompt injections, similar to the Imprompter attack's methodology.</w:t>
      </w:r>
      <w:r/>
    </w:p>
    <w:p>
      <w:pPr>
        <w:pStyle w:val="ListNumber"/>
        <w:spacing w:line="240" w:lineRule="auto"/>
        <w:ind w:left="720"/>
      </w:pPr>
      <w:r/>
      <w:hyperlink r:id="rId11">
        <w:r>
          <w:rPr>
            <w:color w:val="0000EE"/>
            <w:u w:val="single"/>
          </w:rPr>
          <w:t>https://securityintelligence.com/articles/ai-prompt-injection-nist-report/</w:t>
        </w:r>
      </w:hyperlink>
      <w:r>
        <w:t xml:space="preserve"> - This article details NIST's recommendations for mitigating prompt injection attacks, which are relevant to addressing the security flaws exploited by the Imprompter attack.</w:t>
      </w:r>
      <w:r/>
    </w:p>
    <w:p>
      <w:pPr>
        <w:pStyle w:val="ListNumber"/>
        <w:spacing w:line="240" w:lineRule="auto"/>
        <w:ind w:left="720"/>
      </w:pPr>
      <w:r/>
      <w:hyperlink r:id="rId12">
        <w:r>
          <w:rPr>
            <w:color w:val="0000EE"/>
            <w:u w:val="single"/>
          </w:rPr>
          <w:t>https://www.csoonline.com/article/2139630/ai-system-poisoning-is-a-growing-threat-is-your-security-regime-ready.html</w:t>
        </w:r>
      </w:hyperlink>
      <w:r>
        <w:t xml:space="preserve"> - This article emphasizes the importance of a multilayered defense strategy to protect against AI-related attacks, including prompt injections and data poisoning, which aligns with the need for ongoing security reviews mentioned in the context of the Imprompter attack.</w:t>
      </w:r>
      <w:r/>
    </w:p>
    <w:p>
      <w:pPr>
        <w:pStyle w:val="ListNumber"/>
        <w:spacing w:line="240" w:lineRule="auto"/>
        <w:ind w:left="720"/>
      </w:pPr>
      <w:r/>
      <w:hyperlink r:id="rId13">
        <w:r>
          <w:rPr>
            <w:color w:val="0000EE"/>
            <w:u w:val="single"/>
          </w:rPr>
          <w:t>https://www.wiz.io/academy/ai-security-risks</w:t>
        </w:r>
      </w:hyperlink>
      <w:r>
        <w:t xml:space="preserve"> - This article discusses the need for interpretable models and post hoc explainability techniques to mitigate AI security risks, which is crucial in addressing attacks like the Imprompter attack.</w:t>
      </w:r>
      <w:r/>
    </w:p>
    <w:p>
      <w:pPr>
        <w:pStyle w:val="ListNumber"/>
        <w:spacing w:line="240" w:lineRule="auto"/>
        <w:ind w:left="720"/>
      </w:pPr>
      <w:r/>
      <w:hyperlink r:id="rId10">
        <w:r>
          <w:rPr>
            <w:color w:val="0000EE"/>
            <w:u w:val="single"/>
          </w:rPr>
          <w:t>https://www.popsci.com/technology/prompt-injection-attacks-llms-ai/</w:t>
        </w:r>
      </w:hyperlink>
      <w:r>
        <w:t xml:space="preserve"> - This article warns about the potential damage from prompt injection attacks, especially when LLMs are integrated with other applications, highlighting the risks similar to those posed by the Imprompter attack.</w:t>
      </w:r>
      <w:r/>
    </w:p>
    <w:p>
      <w:pPr>
        <w:pStyle w:val="ListNumber"/>
        <w:spacing w:line="240" w:lineRule="auto"/>
        <w:ind w:left="720"/>
      </w:pPr>
      <w:r/>
      <w:hyperlink r:id="rId11">
        <w:r>
          <w:rPr>
            <w:color w:val="0000EE"/>
            <w:u w:val="single"/>
          </w:rPr>
          <w:t>https://securityintelligence.com/articles/ai-prompt-injection-nist-report/</w:t>
        </w:r>
      </w:hyperlink>
      <w:r>
        <w:t xml:space="preserve"> - This article explains how indirect prompt injection attacks can be particularly challenging to detect and mitigate, which is relevant to the stealthy nature of the Imprompter attack.</w:t>
      </w:r>
      <w:r/>
    </w:p>
    <w:p>
      <w:pPr>
        <w:pStyle w:val="ListNumber"/>
        <w:spacing w:line="240" w:lineRule="auto"/>
        <w:ind w:left="720"/>
      </w:pPr>
      <w:r/>
      <w:hyperlink r:id="rId14">
        <w:r>
          <w:rPr>
            <w:color w:val="0000EE"/>
            <w:u w:val="single"/>
          </w:rPr>
          <w:t>https://perception-point.io/guides/ai-security/top-6-ai-security-risks-and-how-to-defend-your-organization/</w:t>
        </w:r>
      </w:hyperlink>
      <w:r>
        <w:t xml:space="preserve"> - This article outlines various AI security risks, including adversarial attacks and data manipulation, and emphasizes the need for a tailored security strategy to protect against such threats, similar to the concerns raised by the Imprompter attack.</w:t>
      </w:r>
      <w:r/>
    </w:p>
    <w:p>
      <w:pPr>
        <w:pStyle w:val="ListNumber"/>
        <w:spacing w:line="240" w:lineRule="auto"/>
        <w:ind w:left="720"/>
      </w:pPr>
      <w:r/>
      <w:hyperlink r:id="rId15">
        <w:r>
          <w:rPr>
            <w:color w:val="0000EE"/>
            <w:u w:val="single"/>
          </w:rPr>
          <w:t>https://www.wired.com/story/ai-imprompter-malware-llm/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opsci.com/technology/prompt-injection-attacks-llms-ai/" TargetMode="External"/><Relationship Id="rId11" Type="http://schemas.openxmlformats.org/officeDocument/2006/relationships/hyperlink" Target="https://securityintelligence.com/articles/ai-prompt-injection-nist-report/" TargetMode="External"/><Relationship Id="rId12" Type="http://schemas.openxmlformats.org/officeDocument/2006/relationships/hyperlink" Target="https://www.csoonline.com/article/2139630/ai-system-poisoning-is-a-growing-threat-is-your-security-regime-ready.html" TargetMode="External"/><Relationship Id="rId13" Type="http://schemas.openxmlformats.org/officeDocument/2006/relationships/hyperlink" Target="https://www.wiz.io/academy/ai-security-risks" TargetMode="External"/><Relationship Id="rId14" Type="http://schemas.openxmlformats.org/officeDocument/2006/relationships/hyperlink" Target="https://perception-point.io/guides/ai-security/top-6-ai-security-risks-and-how-to-defend-your-organization/" TargetMode="External"/><Relationship Id="rId15" Type="http://schemas.openxmlformats.org/officeDocument/2006/relationships/hyperlink" Target="https://www.wired.com/story/ai-imprompter-malware-ll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