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Comic Con provides first glance at 'Dune: Prophecy'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York Comic Con Provides First Glance at "Dune: Prophecy"</w:t>
      </w:r>
      <w:r/>
    </w:p>
    <w:p>
      <w:r/>
      <w:r>
        <w:t>On Thursday, October 17, New York Comic Con kicked off with an eagerly anticipated unveiling from Warner Bros. The company gave attendees a detailed first look at "Dune: Prophecy," a new addition to the ongoing "Dune-iverse" envisioned by Denis Villeneuve. The event, hosted at the Javits Center, included the release of a brand-new trailer and revealed the series' official premiere date: November 17, 2024, on Max and HBO.</w:t>
      </w:r>
      <w:r/>
    </w:p>
    <w:p>
      <w:r/>
      <w:r>
        <w:t>"Dune: Prophecy" is a prequel to the feature films, set a staggering 10,000 years before the rise to power of Timothée Chalamet's character. It delves into the origins of the influential Bene Gesserit, a sisterhood with a reputation for manipulating events from the shadows. This series promises to expand on the complex tapestry of politics and power depicted in the cinematic universe, featuring the Harkonnen family as central figures.</w:t>
      </w:r>
      <w:r/>
    </w:p>
    <w:p>
      <w:r/>
      <w:r>
        <w:t>The mood in the room was electric, as fans of the "Dune" saga filled the largest hall at the convention, responding with enthusiastic cheers and applause as the trailer played. Reflecting the hallmarks of an HBO series, the preview promised viewers a narrative rich with political intrigue, complex power dynamics, and lush visual aesthetics. Alison Schapker, the series' showrunner, has drawn parallels to another HBO epic, suggesting that "Dune: Prophecy" will evoke the political machinations of "House of the Dragon," albeit in a sci-fi realm complete with spaceships and cloaked mystics.</w:t>
      </w:r>
      <w:r/>
    </w:p>
    <w:p>
      <w:r/>
      <w:r>
        <w:t>During the panel discussion, Schapker provided insight into the setting and themes of the show. Set in a future where society is recovering from a war against artificial intelligence, the series paints a picture of a "neo-feudal society." This era is characterised by a ban on advanced technology, resulting in a unique world-building approach that deviates from conventional sci-fi narratives. Schapker emphasised that the series explores a period when humanity is reconciling with the aftermath of their reliance on sophisticated machines, shifting focus to human endeavour.</w:t>
      </w:r>
      <w:r/>
    </w:p>
    <w:p>
      <w:r/>
      <w:r>
        <w:t>Emily Watson, who stars as Valya Harkonnen, a leader of the Bene Gesserit, added levity to the discussion by humorously suggesting that the use of smartphones—or "doomscrolling"—would be met with lethal disdain by the Sisterhood. This comment underscored the series' depiction of a world where the use of such technology is not only frowned upon but is practically eradicated.</w:t>
      </w:r>
      <w:r/>
    </w:p>
    <w:p>
      <w:r/>
      <w:r>
        <w:t>By setting the narrative before the rise of technology as known in other iterations of the "Dune" universe, "Dune: Prophecy" promises to provide new insights into the motivations and evolution of the Bene Gesserit. As it chronicles the early years of the Imperium, it aims to blend sci-fi elements with timeless themes of power, influence, and survival. With the premiere date set, fans eagerly await this exploration of the ancient machinations that have long been a part of the "Dune" lore.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https://www.averagesocialite.com/nyc-events/2024/10/17/dune-prophecy-experience-nyc</w:t>
        </w:r>
      </w:hyperlink>
      <w:r>
        <w:t xml:space="preserve"> - Corroborates the event at New York Comic Con and the DUNE: PROPHECY EXPERIENCE activation.</w:t>
      </w:r>
      <w:r/>
    </w:p>
    <w:p>
      <w:pPr>
        <w:pStyle w:val="ListNumber"/>
        <w:spacing w:line="240" w:lineRule="auto"/>
        <w:ind w:left="720"/>
      </w:pPr>
      <w:r/>
      <w:hyperlink r:id="rId11">
        <w:r>
          <w:rPr>
            <w:color w:val="0000EE"/>
            <w:u w:val="single"/>
          </w:rPr>
          <w:t>https://www.youtube.com/watch?v=aGGj2Z157qM</w:t>
        </w:r>
      </w:hyperlink>
      <w:r>
        <w:t xml:space="preserve"> - Provides the trailer for Dune: Prophecy shown at New York Comic Con.</w:t>
      </w:r>
      <w:r/>
    </w:p>
    <w:p>
      <w:pPr>
        <w:pStyle w:val="ListNumber"/>
        <w:spacing w:line="240" w:lineRule="auto"/>
        <w:ind w:left="720"/>
      </w:pPr>
      <w:r/>
      <w:hyperlink r:id="rId12">
        <w:r>
          <w:rPr>
            <w:color w:val="0000EE"/>
            <w:u w:val="single"/>
          </w:rPr>
          <w:t>https://www.hollywoodreporter.com/tv/tv-news/dune-prophecy-trailer-nycc-1236034585/</w:t>
        </w:r>
      </w:hyperlink>
      <w:r>
        <w:t xml:space="preserve"> - Details the panel discussion, trailer release, and setting of the series 10,000 years before the films.</w:t>
      </w:r>
      <w:r/>
    </w:p>
    <w:p>
      <w:pPr>
        <w:pStyle w:val="ListNumber"/>
        <w:spacing w:line="240" w:lineRule="auto"/>
        <w:ind w:left="720"/>
      </w:pPr>
      <w:r/>
      <w:hyperlink r:id="rId12">
        <w:r>
          <w:rPr>
            <w:color w:val="0000EE"/>
            <w:u w:val="single"/>
          </w:rPr>
          <w:t>https://www.hollywoodreporter.com/tv/tv-news/dune-prophecy-trailer-nycc-1236034585/</w:t>
        </w:r>
      </w:hyperlink>
      <w:r>
        <w:t xml:space="preserve"> - Explains the series' focus on the Bene Gesserit and the Harkonnen family, and its connection to Denis Villeneuve’s films.</w:t>
      </w:r>
      <w:r/>
    </w:p>
    <w:p>
      <w:pPr>
        <w:pStyle w:val="ListNumber"/>
        <w:spacing w:line="240" w:lineRule="auto"/>
        <w:ind w:left="720"/>
      </w:pPr>
      <w:r/>
      <w:hyperlink r:id="rId12">
        <w:r>
          <w:rPr>
            <w:color w:val="0000EE"/>
            <w:u w:val="single"/>
          </w:rPr>
          <w:t>https://www.hollywoodreporter.com/tv/tv-news/dune-prophecy-trailer-nycc-1236034585/</w:t>
        </w:r>
      </w:hyperlink>
      <w:r>
        <w:t xml:space="preserve"> - Discusses the themes of power, truth, and the sisterhood’s role in the series.</w:t>
      </w:r>
      <w:r/>
    </w:p>
    <w:p>
      <w:pPr>
        <w:pStyle w:val="ListNumber"/>
        <w:spacing w:line="240" w:lineRule="auto"/>
        <w:ind w:left="720"/>
      </w:pPr>
      <w:r/>
      <w:hyperlink r:id="rId13">
        <w:r>
          <w:rPr>
            <w:color w:val="0000EE"/>
            <w:u w:val="single"/>
          </w:rPr>
          <w:t>https://gizmodo.com/dune-prophecys-new-york-comic-con-trailer-teases-the-bene-gesserits-origins-2000512197</w:t>
        </w:r>
      </w:hyperlink>
      <w:r>
        <w:t xml:space="preserve"> - Confirms the series is set 10,000 years before the events of Dune and explores the Bene Gesserit's origins.</w:t>
      </w:r>
      <w:r/>
    </w:p>
    <w:p>
      <w:pPr>
        <w:pStyle w:val="ListNumber"/>
        <w:spacing w:line="240" w:lineRule="auto"/>
        <w:ind w:left="720"/>
      </w:pPr>
      <w:r/>
      <w:hyperlink r:id="rId14">
        <w:r>
          <w:rPr>
            <w:color w:val="0000EE"/>
            <w:u w:val="single"/>
          </w:rPr>
          <w:t>https://www.usatoday.com/story/entertainment/tv/2024/10/17/dune-prophecy-hbo-trailer-plot-new-york-comic-con/75724451007/</w:t>
        </w:r>
      </w:hyperlink>
      <w:r>
        <w:t xml:space="preserve"> - Details the plot and the official premiere date of November 15, 2024, on HBO and Max.</w:t>
      </w:r>
      <w:r/>
    </w:p>
    <w:p>
      <w:pPr>
        <w:pStyle w:val="ListNumber"/>
        <w:spacing w:line="240" w:lineRule="auto"/>
        <w:ind w:left="720"/>
      </w:pPr>
      <w:r/>
      <w:hyperlink r:id="rId12">
        <w:r>
          <w:rPr>
            <w:color w:val="0000EE"/>
            <w:u w:val="single"/>
          </w:rPr>
          <w:t>https://www.hollywoodreporter.com/tv/tv-news/dune-prophecy-trailer-nycc-1236034585/</w:t>
        </w:r>
      </w:hyperlink>
      <w:r>
        <w:t xml:space="preserve"> - Describes the setting in a post-AI war society and the ban on advanced technology.</w:t>
      </w:r>
      <w:r/>
    </w:p>
    <w:p>
      <w:pPr>
        <w:pStyle w:val="ListNumber"/>
        <w:spacing w:line="240" w:lineRule="auto"/>
        <w:ind w:left="720"/>
      </w:pPr>
      <w:r/>
      <w:hyperlink r:id="rId12">
        <w:r>
          <w:rPr>
            <w:color w:val="0000EE"/>
            <w:u w:val="single"/>
          </w:rPr>
          <w:t>https://www.hollywoodreporter.com/tv/tv-news/dune-prophecy-trailer-nycc-1236034585/</w:t>
        </w:r>
      </w:hyperlink>
      <w:r>
        <w:t xml:space="preserve"> - Mentions the cast, including Emily Watson as Valya Harkonnen, and their roles in the series.</w:t>
      </w:r>
      <w:r/>
    </w:p>
    <w:p>
      <w:pPr>
        <w:pStyle w:val="ListNumber"/>
        <w:spacing w:line="240" w:lineRule="auto"/>
        <w:ind w:left="720"/>
      </w:pPr>
      <w:r/>
      <w:hyperlink r:id="rId12">
        <w:r>
          <w:rPr>
            <w:color w:val="0000EE"/>
            <w:u w:val="single"/>
          </w:rPr>
          <w:t>https://www.hollywoodreporter.com/tv/tv-news/dune-prophecy-trailer-nycc-1236034585/</w:t>
        </w:r>
      </w:hyperlink>
      <w:r>
        <w:t xml:space="preserve"> - Highlights the showrunner Alison Schapker’s comments on the series’ themes and world-building.</w:t>
      </w:r>
      <w:r/>
    </w:p>
    <w:p>
      <w:pPr>
        <w:pStyle w:val="ListNumber"/>
        <w:spacing w:line="240" w:lineRule="auto"/>
        <w:ind w:left="720"/>
      </w:pPr>
      <w:r/>
      <w:hyperlink r:id="rId14">
        <w:r>
          <w:rPr>
            <w:color w:val="0000EE"/>
            <w:u w:val="single"/>
          </w:rPr>
          <w:t>https://www.usatoday.com/story/entertainment/tv/2024/10/17/dune-prophecy-hbo-trailer-plot-new-york-comic-con/75724451007/</w:t>
        </w:r>
      </w:hyperlink>
      <w:r>
        <w:t xml:space="preserve"> - Corroborates the electric atmosphere and fan response during the trailer screening at New York Comic Con.</w:t>
      </w:r>
      <w:r/>
    </w:p>
    <w:p>
      <w:pPr>
        <w:pStyle w:val="ListNumber"/>
        <w:spacing w:line="240" w:lineRule="auto"/>
        <w:ind w:left="720"/>
      </w:pPr>
      <w:r/>
      <w:hyperlink r:id="rId15">
        <w:r>
          <w:rPr>
            <w:color w:val="0000EE"/>
            <w:u w:val="single"/>
          </w:rPr>
          <w:t>https://www.vulture.com/article/new-york-comic-con-2024-dune-prophecy-trailer.html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veragesocialite.com/nyc-events/2024/10/17/dune-prophecy-experience-nyc" TargetMode="External"/><Relationship Id="rId11" Type="http://schemas.openxmlformats.org/officeDocument/2006/relationships/hyperlink" Target="https://www.youtube.com/watch?v=aGGj2Z157qM" TargetMode="External"/><Relationship Id="rId12" Type="http://schemas.openxmlformats.org/officeDocument/2006/relationships/hyperlink" Target="https://www.hollywoodreporter.com/tv/tv-news/dune-prophecy-trailer-nycc-1236034585/" TargetMode="External"/><Relationship Id="rId13" Type="http://schemas.openxmlformats.org/officeDocument/2006/relationships/hyperlink" Target="https://gizmodo.com/dune-prophecys-new-york-comic-con-trailer-teases-the-bene-gesserits-origins-2000512197" TargetMode="External"/><Relationship Id="rId14" Type="http://schemas.openxmlformats.org/officeDocument/2006/relationships/hyperlink" Target="https://www.usatoday.com/story/entertainment/tv/2024/10/17/dune-prophecy-hbo-trailer-plot-new-york-comic-con/75724451007/" TargetMode="External"/><Relationship Id="rId15" Type="http://schemas.openxmlformats.org/officeDocument/2006/relationships/hyperlink" Target="https://www.vulture.com/article/new-york-comic-con-2024-dune-prophecy-traile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