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North Carolina man charged with $10 million music streaming fraud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legal development, a 52-year-old man from North Carolina is facing serious charges of fraud, following allegations that he manipulated music streaming platforms to illicitly amass more than $10 million in royalties. The accused, Michael Smith of Cornelius, allegedly harnessed artificial intelligence to compose music and employed automated systems, or "bots", to inflate the number of streams his creations received.</w:t>
      </w:r>
      <w:r/>
    </w:p>
    <w:p>
      <w:r/>
      <w:r>
        <w:t xml:space="preserve">The indictment, released by the U.S. Attorney’s Office in the Southern District of New York, details Smith’s activities dating back to 2017. It is alleged that he engineered a sophisticated scheme to create thousands of bogus accounts on popular music streaming platforms, specifically targeting services like Spotify and Apple Music, to illegally boost play counts on songs he owned. </w:t>
      </w:r>
      <w:r/>
    </w:p>
    <w:p>
      <w:r/>
      <w:r>
        <w:t>The intricately planned operation purportedly allowed Smith to artificially achieve approximately 661,440 streams per day. This volume of streams reportedly resulted in annual royalty earnings exceeding $1.2 million. To avoid detection and circumvent anti-fraud measures employed by the streaming companies, Smith is said to have dispersed these stream counts across a vast selection of songs, thereby concealing the abnormal streaming patterns.</w:t>
      </w:r>
      <w:r/>
    </w:p>
    <w:p>
      <w:r/>
      <w:r>
        <w:t>As his scheme evolved, Smith purportedly identified the need for a larger catalogue of music to sustain his operation without arousing suspicion. Prosecutors allege that around 2018, he collaborated with a CEO of an AI music company and a known music promoter to produce a massive collection of songs using artificial intelligence. This AI-generated music was given random song and artist names to enhance their appearance of legitimacy.</w:t>
      </w:r>
      <w:r/>
    </w:p>
    <w:p>
      <w:r/>
      <w:r>
        <w:t>Smith's alleged creation of bot accounts was instrumental in this operation. These accounts were specifically programmed to stream the AI-generated songs billions of times, resulting in his collection of royalties that totalled over $10 million. Throughout this period, Smith reportedly masked his identity by using false names to create streaming accounts while falsely attesting to the terms and conditions set by these platforms.</w:t>
      </w:r>
      <w:r/>
    </w:p>
    <w:p>
      <w:r/>
      <w:r>
        <w:t>The legal charges against Smith are grave. He faces accusations of wire fraud conspiracy, wire fraud, and money laundering conspiracy. Each charge carries a potential maximum penalty of 20 years in prison. These allegations underscore the vast implications of technology in committing and detecting fraud in the digital age, presenting a complex case for the authorities to unravel. As the legal proceedings continue, the detailed investigation seeks to clarify the full extent of Smith's activities and his potential accomplices.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https://apnews.com/article/music-fraud-ai-arrest-4f09a714971f450fb3c9103c927cb091</w:t>
        </w:r>
      </w:hyperlink>
      <w:r>
        <w:t xml:space="preserve"> - Corroborates the arrest of Michael Smith and the charges of fraud and conspiracy related to using AI to generate music and inflate streaming numbers.</w:t>
      </w:r>
      <w:r/>
    </w:p>
    <w:p>
      <w:pPr>
        <w:pStyle w:val="ListNumber"/>
        <w:spacing w:line="240" w:lineRule="auto"/>
        <w:ind w:left="720"/>
      </w:pPr>
      <w:r/>
      <w:hyperlink r:id="rId11">
        <w:r>
          <w:rPr>
            <w:color w:val="0000EE"/>
            <w:u w:val="single"/>
          </w:rPr>
          <w:t>https://theviolinchannel.com/north-carolina-musician-charged-with-ai-assisted-music-streaming-fraud/</w:t>
        </w:r>
      </w:hyperlink>
      <w:r>
        <w:t xml:space="preserve"> - Details the indictment and the specific charges against Michael Smith, including wire fraud conspiracy, wire fraud, and money laundering conspiracy.</w:t>
      </w:r>
      <w:r/>
    </w:p>
    <w:p>
      <w:pPr>
        <w:pStyle w:val="ListNumber"/>
        <w:spacing w:line="240" w:lineRule="auto"/>
        <w:ind w:left="720"/>
      </w:pPr>
      <w:r/>
      <w:hyperlink r:id="rId12">
        <w:r>
          <w:rPr>
            <w:color w:val="0000EE"/>
            <w:u w:val="single"/>
          </w:rPr>
          <w:t>https://www.justice.gov/usao-sdny/media/1366241/dl</w:t>
        </w:r>
      </w:hyperlink>
      <w:r>
        <w:t xml:space="preserve"> - Provides the full indictment document outlining the stages of the fraud scheme, including the creation of bot accounts and the use of AI-generated music.</w:t>
      </w:r>
      <w:r/>
    </w:p>
    <w:p>
      <w:pPr>
        <w:pStyle w:val="ListNumber"/>
        <w:spacing w:line="240" w:lineRule="auto"/>
        <w:ind w:left="720"/>
      </w:pPr>
      <w:r/>
      <w:hyperlink r:id="rId13">
        <w:r>
          <w:rPr>
            <w:color w:val="0000EE"/>
            <w:u w:val="single"/>
          </w:rPr>
          <w:t>https://www.musicbusinessworldwide.com/musician-accused-of-10m-ai-streaming-fraud-scam-pleads-not-guilty-report/</w:t>
        </w:r>
      </w:hyperlink>
      <w:r>
        <w:t xml:space="preserve"> - Reports on Michael Smith's plea of not guilty and the bail set, as well as the details of the fraudulent scheme and its impact on various streaming platforms.</w:t>
      </w:r>
      <w:r/>
    </w:p>
    <w:p>
      <w:pPr>
        <w:pStyle w:val="ListNumber"/>
        <w:spacing w:line="240" w:lineRule="auto"/>
        <w:ind w:left="720"/>
      </w:pPr>
      <w:r/>
      <w:hyperlink r:id="rId14">
        <w:r>
          <w:rPr>
            <w:color w:val="0000EE"/>
            <w:u w:val="single"/>
          </w:rPr>
          <w:t>https://eu.usatoday.com/story/news/nation/2024/09/05/michael-smith-ai-music-arrested/75086815007/</w:t>
        </w:r>
      </w:hyperlink>
      <w:r>
        <w:t xml:space="preserve"> - Describes the arrest and charges against Michael Smith, including the use of AI to create music and bots to inflate stream counts.</w:t>
      </w:r>
      <w:r/>
    </w:p>
    <w:p>
      <w:pPr>
        <w:pStyle w:val="ListNumber"/>
        <w:spacing w:line="240" w:lineRule="auto"/>
        <w:ind w:left="720"/>
      </w:pPr>
      <w:r/>
      <w:hyperlink r:id="rId11">
        <w:r>
          <w:rPr>
            <w:color w:val="0000EE"/>
            <w:u w:val="single"/>
          </w:rPr>
          <w:t>https://theviolinchannel.com/north-carolina-musician-charged-with-ai-assisted-music-streaming-fraud/</w:t>
        </w:r>
      </w:hyperlink>
      <w:r>
        <w:t xml:space="preserve"> - Explains how Smith dispersed stream counts across thousands of songs to avoid detection and the collaboration with an AI music company and a music promoter.</w:t>
      </w:r>
      <w:r/>
    </w:p>
    <w:p>
      <w:pPr>
        <w:pStyle w:val="ListNumber"/>
        <w:spacing w:line="240" w:lineRule="auto"/>
        <w:ind w:left="720"/>
      </w:pPr>
      <w:r/>
      <w:hyperlink r:id="rId10">
        <w:r>
          <w:rPr>
            <w:color w:val="0000EE"/>
            <w:u w:val="single"/>
          </w:rPr>
          <w:t>https://apnews.com/article/music-fraud-ai-arrest-4f09a714971f450fb3c9103c927cb091</w:t>
        </w:r>
      </w:hyperlink>
      <w:r>
        <w:t xml:space="preserve"> - Details the daily stream count of 661,440 and the annual royalty earnings of $1.2 million resulting from the scheme.</w:t>
      </w:r>
      <w:r/>
    </w:p>
    <w:p>
      <w:pPr>
        <w:pStyle w:val="ListNumber"/>
        <w:spacing w:line="240" w:lineRule="auto"/>
        <w:ind w:left="720"/>
      </w:pPr>
      <w:r/>
      <w:hyperlink r:id="rId12">
        <w:r>
          <w:rPr>
            <w:color w:val="0000EE"/>
            <w:u w:val="single"/>
          </w:rPr>
          <w:t>https://www.justice.gov/usao-sdny/media/1366241/dl</w:t>
        </w:r>
      </w:hyperlink>
      <w:r>
        <w:t xml:space="preserve"> - Outlines the use of false names and fake email accounts to create streaming accounts and the misrepresentations made to streaming platforms.</w:t>
      </w:r>
      <w:r/>
    </w:p>
    <w:p>
      <w:pPr>
        <w:pStyle w:val="ListNumber"/>
        <w:spacing w:line="240" w:lineRule="auto"/>
        <w:ind w:left="720"/>
      </w:pPr>
      <w:r/>
      <w:hyperlink r:id="rId13">
        <w:r>
          <w:rPr>
            <w:color w:val="0000EE"/>
            <w:u w:val="single"/>
          </w:rPr>
          <w:t>https://www.musicbusinessworldwide.com/musician-accused-of-10m-ai-streaming-fraud-scam-pleads-not-guilty-report/</w:t>
        </w:r>
      </w:hyperlink>
      <w:r>
        <w:t xml:space="preserve"> - Mentions the maximum penalty of 20 years in prison for each charge and the broader implications of technology in committing and detecting fraud.</w:t>
      </w:r>
      <w:r/>
    </w:p>
    <w:p>
      <w:pPr>
        <w:pStyle w:val="ListNumber"/>
        <w:spacing w:line="240" w:lineRule="auto"/>
        <w:ind w:left="720"/>
      </w:pPr>
      <w:r/>
      <w:hyperlink r:id="rId14">
        <w:r>
          <w:rPr>
            <w:color w:val="0000EE"/>
            <w:u w:val="single"/>
          </w:rPr>
          <w:t>https://eu.usatoday.com/story/news/nation/2024/09/05/michael-smith-ai-music-arrested/75086815007/</w:t>
        </w:r>
      </w:hyperlink>
      <w:r>
        <w:t xml:space="preserve"> - Corroborates the collaboration with the CEO of an AI music company and a music promoter to produce AI-generated music.</w:t>
      </w:r>
      <w:r/>
    </w:p>
    <w:p>
      <w:pPr>
        <w:pStyle w:val="ListNumber"/>
        <w:spacing w:line="240" w:lineRule="auto"/>
        <w:ind w:left="720"/>
      </w:pPr>
      <w:r/>
      <w:hyperlink r:id="rId11">
        <w:r>
          <w:rPr>
            <w:color w:val="0000EE"/>
            <w:u w:val="single"/>
          </w:rPr>
          <w:t>https://theviolinchannel.com/north-carolina-musician-charged-with-ai-assisted-music-streaming-fraud/</w:t>
        </w:r>
      </w:hyperlink>
      <w:r>
        <w:t xml:space="preserve"> - Details the response of streaming platforms, such as Spotify, to the fraudulent activities and their efforts to prevent such fraud.</w:t>
      </w:r>
      <w:r/>
    </w:p>
    <w:p>
      <w:pPr>
        <w:pStyle w:val="ListNumber"/>
        <w:spacing w:line="240" w:lineRule="auto"/>
        <w:ind w:left="720"/>
      </w:pPr>
      <w:r/>
      <w:hyperlink r:id="rId15">
        <w:r>
          <w:rPr>
            <w:color w:val="0000EE"/>
            <w:u w:val="single"/>
          </w:rPr>
          <w:t>https://www.tmj4.com/us-news/crime/man-accused-of-streaming-fraud-scheme-that-made-10m-in-royalties-off-ai-created-songs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news.com/article/music-fraud-ai-arrest-4f09a714971f450fb3c9103c927cb091" TargetMode="External"/><Relationship Id="rId11" Type="http://schemas.openxmlformats.org/officeDocument/2006/relationships/hyperlink" Target="https://theviolinchannel.com/north-carolina-musician-charged-with-ai-assisted-music-streaming-fraud/" TargetMode="External"/><Relationship Id="rId12" Type="http://schemas.openxmlformats.org/officeDocument/2006/relationships/hyperlink" Target="https://www.justice.gov/usao-sdny/media/1366241/dl" TargetMode="External"/><Relationship Id="rId13" Type="http://schemas.openxmlformats.org/officeDocument/2006/relationships/hyperlink" Target="https://www.musicbusinessworldwide.com/musician-accused-of-10m-ai-streaming-fraud-scam-pleads-not-guilty-report/" TargetMode="External"/><Relationship Id="rId14" Type="http://schemas.openxmlformats.org/officeDocument/2006/relationships/hyperlink" Target="https://eu.usatoday.com/story/news/nation/2024/09/05/michael-smith-ai-music-arrested/75086815007/" TargetMode="External"/><Relationship Id="rId15" Type="http://schemas.openxmlformats.org/officeDocument/2006/relationships/hyperlink" Target="https://www.tmj4.com/us-news/crime/man-accused-of-streaming-fraud-scheme-that-made-10m-in-royalties-off-ai-created-song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