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introduces swarm intelligence system to enhance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 Introduces Swarm Intelligence System to Enhance AI Capabilities</w:t>
      </w:r>
      <w:r/>
    </w:p>
    <w:p>
      <w:r/>
      <w:r>
        <w:t>In a leap forward for artificial intelligence, OpenAI has unveiled a groundbreaking system known as "Swarm," designed to revolutionise the way AI agents collaborate to solve complex problems. This innovative system draws inspiration from the natural world, mimicking the behaviours of species such as ants and bees that demonstrate remarkable cooperation and task division within their communities.</w:t>
      </w:r>
      <w:r/>
    </w:p>
    <w:p>
      <w:r/>
      <w:r>
        <w:t>The principle behind Swarm Intelligence involves a collective of non-hierarchical AI agents working in tandem, much like a colony of ants building intricate tunnel networks or birds flying in synchronised formations. Each agent within the Swarm performs relatively simple tasks, but through their collective efforts, significant and complex objectives can be achieved. This concept of distributed intelligence, where many agents contribute to achieve a greater goal, signifies a pivotal shift in AI technology.</w:t>
      </w:r>
      <w:r/>
    </w:p>
    <w:p>
      <w:r/>
      <w:r>
        <w:t>Swarm has been designed to operate with minimal human intervention, capitalising on the collective intelligence of its agents to share information and coordinate actions efficiently. This capability is particularly promising for fields that require extensive data processing, streamlined manufacturing operations, and intricate decision-making processes. By enabling AI agents to work together harmoniously without central oversight, the Swarm system promises to offer heightened performance and enhanced problem-solving efficiencies.</w:t>
      </w:r>
      <w:r/>
    </w:p>
    <w:p>
      <w:r/>
      <w:r>
        <w:t>The Swarm Intelligence framework holds potential to impact various industries by offering a scalable, adaptable solution to tasks traditionally reliant on human oversight. In manufacturing, for instance, Swarm can optimise production lines by allowing agents to autonomously adjust and fine-tune processes, thus improving throughput and reducing waste. Similarly, in sectors where rapid data analysis is crucial, such as finance or healthcare, Swarm can expedite decision-making by efficiently processing and interpreting large volumes of data points.</w:t>
      </w:r>
      <w:r/>
    </w:p>
    <w:p>
      <w:r/>
      <w:r>
        <w:t>As artificial intelligence continues to evolve, systems like OpenAI’s Swarm illustrate a growing trend towards creating more autonomous, efficient AI ecosystems. By leveraging the cooperative strategies observed in nature, these systems promise to redefine the boundaries of AI, expanding its capabilities while reducing the need for direct human supervision.</w:t>
      </w:r>
      <w:r/>
    </w:p>
    <w:p>
      <w:r/>
      <w:r>
        <w:t>The introduction of Swarm marks a significant advancement in AI technology, offering a glimpse into the future of autonomous systems that operate with greater intelligence and adaptability. As this technology develops, it is poised to play a transformative role across various sectors, showcasing the potential of collective AI action inspired by the natural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https://venturebeat.com/ai/openais-swarm-ai-agent-framework-routines-and-handoffs/</w:t>
        </w:r>
      </w:hyperlink>
      <w:r>
        <w:t xml:space="preserve"> - This article explains the concept of OpenAI's Swarm, its design inspired by natural systems, and how it orchestrates networks of AI agents using routines and handoffs.</w:t>
      </w:r>
      <w:r/>
    </w:p>
    <w:p>
      <w:pPr>
        <w:pStyle w:val="ListNumber"/>
        <w:spacing w:line="240" w:lineRule="auto"/>
        <w:ind w:left="720"/>
      </w:pPr>
      <w:r/>
      <w:hyperlink r:id="rId11">
        <w:r>
          <w:rPr>
            <w:color w:val="0000EE"/>
            <w:u w:val="single"/>
          </w:rPr>
          <w:t>https://www.analyticsinsight.net/openai/what-is-openais-swarm-a-closer-look-at-the-concerns-around-autonomous-ai</w:t>
        </w:r>
      </w:hyperlink>
      <w:r>
        <w:t xml:space="preserve"> - This source details the non-hierarchical relations of AI agents in Swarm, similar to natural systems like ants and bees, and discusses the potential applications and concerns around autonomous AI.</w:t>
      </w:r>
      <w:r/>
    </w:p>
    <w:p>
      <w:pPr>
        <w:pStyle w:val="ListNumber"/>
        <w:spacing w:line="240" w:lineRule="auto"/>
        <w:ind w:left="720"/>
      </w:pPr>
      <w:r/>
      <w:hyperlink r:id="rId12">
        <w:r>
          <w:rPr>
            <w:color w:val="0000EE"/>
            <w:u w:val="single"/>
          </w:rPr>
          <w:t>https://indianexpress.com/article/technology/artificial-intelligence/openai-swarm-concerns-about-autonomous-ai-9619907/lite/</w:t>
        </w:r>
      </w:hyperlink>
      <w:r>
        <w:t xml:space="preserve"> - This article describes Swarm as a framework for building and orchestrating multi-agent systems, highlighting its experimental nature and potential impact on various industries.</w:t>
      </w:r>
      <w:r/>
    </w:p>
    <w:p>
      <w:pPr>
        <w:pStyle w:val="ListNumber"/>
        <w:spacing w:line="240" w:lineRule="auto"/>
        <w:ind w:left="720"/>
      </w:pPr>
      <w:r/>
      <w:hyperlink r:id="rId13">
        <w:r>
          <w:rPr>
            <w:color w:val="0000EE"/>
            <w:u w:val="single"/>
          </w:rPr>
          <w:t>https://www.youtube.com/watch?v=LBih635lzps</w:t>
        </w:r>
      </w:hyperlink>
      <w:r>
        <w:t xml:space="preserve"> - This video introduces OpenAI's Swarm, explaining its key concepts such as routines and handoffs, and how it simplifies multi-agent systems.</w:t>
      </w:r>
      <w:r/>
    </w:p>
    <w:p>
      <w:pPr>
        <w:pStyle w:val="ListNumber"/>
        <w:spacing w:line="240" w:lineRule="auto"/>
        <w:ind w:left="720"/>
      </w:pPr>
      <w:r/>
      <w:hyperlink r:id="rId14">
        <w:r>
          <w:rPr>
            <w:color w:val="0000EE"/>
            <w:u w:val="single"/>
          </w:rPr>
          <w:t>https://www.reddit.com/r/singularity/comments/1g1ov6j/openai_introduces_swarm_an_experimental_framework/</w:t>
        </w:r>
      </w:hyperlink>
      <w:r>
        <w:t xml:space="preserve"> - This discussion on Reddit clarifies that Swarm is an experimental framework, not an official OpenAI product, and highlights its potential and the concerns surrounding autonomous AI.</w:t>
      </w:r>
      <w:r/>
    </w:p>
    <w:p>
      <w:pPr>
        <w:pStyle w:val="ListNumber"/>
        <w:spacing w:line="240" w:lineRule="auto"/>
        <w:ind w:left="720"/>
      </w:pPr>
      <w:r/>
      <w:hyperlink r:id="rId10">
        <w:r>
          <w:rPr>
            <w:color w:val="0000EE"/>
            <w:u w:val="single"/>
          </w:rPr>
          <w:t>https://venturebeat.com/ai/openais-swarm-ai-agent-framework-routines-and-handoffs/</w:t>
        </w:r>
      </w:hyperlink>
      <w:r>
        <w:t xml:space="preserve"> - This article discusses how Swarm operates with minimal human intervention, leveraging collective intelligence for efficient data processing and decision-making.</w:t>
      </w:r>
      <w:r/>
    </w:p>
    <w:p>
      <w:pPr>
        <w:pStyle w:val="ListNumber"/>
        <w:spacing w:line="240" w:lineRule="auto"/>
        <w:ind w:left="720"/>
      </w:pPr>
      <w:r/>
      <w:hyperlink r:id="rId11">
        <w:r>
          <w:rPr>
            <w:color w:val="0000EE"/>
            <w:u w:val="single"/>
          </w:rPr>
          <w:t>https://www.analyticsinsight.net/openai/what-is-openais-swarm-a-closer-look-at-the-concerns-around-autonomous-ai</w:t>
        </w:r>
      </w:hyperlink>
      <w:r>
        <w:t xml:space="preserve"> - This source elaborates on the potential of Swarm to impact various industries, such as manufacturing and finance, by optimizing processes and expediting decision-making.</w:t>
      </w:r>
      <w:r/>
    </w:p>
    <w:p>
      <w:pPr>
        <w:pStyle w:val="ListNumber"/>
        <w:spacing w:line="240" w:lineRule="auto"/>
        <w:ind w:left="720"/>
      </w:pPr>
      <w:r/>
      <w:hyperlink r:id="rId12">
        <w:r>
          <w:rPr>
            <w:color w:val="0000EE"/>
            <w:u w:val="single"/>
          </w:rPr>
          <w:t>https://indianexpress.com/article/technology/artificial-intelligence/openai-swarm-concerns-about-autonomous-ai-9619907/lite/</w:t>
        </w:r>
      </w:hyperlink>
      <w:r>
        <w:t xml:space="preserve"> - This article mentions the scalability and adaptability of the Swarm framework, making it suitable for tasks traditionally reliant on human oversight in sectors like customer service and marketing.</w:t>
      </w:r>
      <w:r/>
    </w:p>
    <w:p>
      <w:pPr>
        <w:pStyle w:val="ListNumber"/>
        <w:spacing w:line="240" w:lineRule="auto"/>
        <w:ind w:left="720"/>
      </w:pPr>
      <w:r/>
      <w:hyperlink r:id="rId10">
        <w:r>
          <w:rPr>
            <w:color w:val="0000EE"/>
            <w:u w:val="single"/>
          </w:rPr>
          <w:t>https://venturebeat.com/ai/openais-swarm-ai-agent-framework-routines-and-handoffs/</w:t>
        </w:r>
      </w:hyperlink>
      <w:r>
        <w:t xml:space="preserve"> - This article highlights the future potential of Swarm in redefining AI boundaries by leveraging cooperative strategies from nature, reducing the need for direct human supervision.</w:t>
      </w:r>
      <w:r/>
    </w:p>
    <w:p>
      <w:pPr>
        <w:pStyle w:val="ListNumber"/>
        <w:spacing w:line="240" w:lineRule="auto"/>
        <w:ind w:left="720"/>
      </w:pPr>
      <w:r/>
      <w:hyperlink r:id="rId11">
        <w:r>
          <w:rPr>
            <w:color w:val="0000EE"/>
            <w:u w:val="single"/>
          </w:rPr>
          <w:t>https://www.analyticsinsight.net/openai/what-is-openais-swarm-a-closer-look-at-the-concerns-around-autonomous-ai</w:t>
        </w:r>
      </w:hyperlink>
      <w:r>
        <w:t xml:space="preserve"> - This source discusses the transformative role Swarm could play across various sectors, showcasing the potential of collective AI action inspired by the natural world.</w:t>
      </w:r>
      <w:r/>
    </w:p>
    <w:p>
      <w:pPr>
        <w:pStyle w:val="ListNumber"/>
        <w:spacing w:line="240" w:lineRule="auto"/>
        <w:ind w:left="720"/>
      </w:pPr>
      <w:r/>
      <w:hyperlink r:id="rId12">
        <w:r>
          <w:rPr>
            <w:color w:val="0000EE"/>
            <w:u w:val="single"/>
          </w:rPr>
          <w:t>https://indianexpress.com/article/technology/artificial-intelligence/openai-swarm-concerns-about-autonomous-ai-9619907/lite/</w:t>
        </w:r>
      </w:hyperlink>
      <w:r>
        <w:t xml:space="preserve"> - This article emphasizes the experimental nature of Swarm and its potential to evolve the nature of work, despite concerns about job displacement and security risks.</w:t>
      </w:r>
      <w:r/>
    </w:p>
    <w:p>
      <w:pPr>
        <w:pStyle w:val="ListNumber"/>
        <w:spacing w:line="240" w:lineRule="auto"/>
        <w:ind w:left="720"/>
      </w:pPr>
      <w:r/>
      <w:hyperlink r:id="rId11">
        <w:r>
          <w:rPr>
            <w:color w:val="0000EE"/>
            <w:u w:val="single"/>
          </w:rPr>
          <w:t>https://www.analyticsinsight.net/openai/what-is-openais-swarm-a-closer-look-at-the-concerns-around-autonomous-ai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openais-swarm-ai-agent-framework-routines-and-handoffs/" TargetMode="External"/><Relationship Id="rId11" Type="http://schemas.openxmlformats.org/officeDocument/2006/relationships/hyperlink" Target="https://www.analyticsinsight.net/openai/what-is-openais-swarm-a-closer-look-at-the-concerns-around-autonomous-ai" TargetMode="External"/><Relationship Id="rId12" Type="http://schemas.openxmlformats.org/officeDocument/2006/relationships/hyperlink" Target="https://indianexpress.com/article/technology/artificial-intelligence/openai-swarm-concerns-about-autonomous-ai-9619907/lite/" TargetMode="External"/><Relationship Id="rId13" Type="http://schemas.openxmlformats.org/officeDocument/2006/relationships/hyperlink" Target="https://www.youtube.com/watch?v=LBih635lzps" TargetMode="External"/><Relationship Id="rId14" Type="http://schemas.openxmlformats.org/officeDocument/2006/relationships/hyperlink" Target="https://www.reddit.com/r/singularity/comments/1g1ov6j/openai_introduces_swarm_an_experimental_frame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