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OpenAI launches ChatGPT app for Windows: available for paid users in early testing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OpenAI Launches ChatGPT App for Windows: Available for Paid Users in Early Testing</w:t>
      </w:r>
      <w:r/>
    </w:p>
    <w:p>
      <w:r/>
      <w:r>
        <w:t>In a stride towards enhancing user accessibility, OpenAI has launched an early version of its ChatGPT app for Windows, catering to its paid subscribers. This move comes as the company extends the functionality that was previously exclusive to Mac users, providing Windows users with a streamlined interface to interact with the widely acclaimed AI chatbot.</w:t>
      </w:r>
      <w:r/>
    </w:p>
    <w:p>
      <w:r/>
      <w:r>
        <w:t>As of today, ChatGPT Plus, Enterprise, Team, and Edu users can test the new Windows-based app, following its availability from the Microsoft Store. Subscribers can access the app by paying a monthly fee of $20 (£16, AU$30). This development comes as a significant update for users who have been eagerly anticipating the introduction of OpenAI’s intuitive functionality on Windows platforms.</w:t>
      </w:r>
      <w:r/>
    </w:p>
    <w:p>
      <w:r/>
      <w:r>
        <w:t>The new ChatGPT application introduces beneficial features designed to enhance user experience. Among these is a keyboard shortcut (Alt + Space) that enables quick access to the chatbot, seamlessly integrating it into users' daily digital workflow. This feature mirrors the successful implementation on Mac computers, which has been available since the summer.</w:t>
      </w:r>
      <w:r/>
    </w:p>
    <w:p>
      <w:r/>
      <w:r>
        <w:t>One of the app's standout capabilities is its ability to handle file uploads, such as photos. This allows users to use the AI to analyse documents or delve into the history behind images. However, despite these advancements, the app currently lacks an Advanced Voice Mode. Nonetheless, this is seen as a significant step forward for Windows users, who now have access to an app that has been well-regarded by Mac users for its ease of use and efficiency.</w:t>
      </w:r>
      <w:r/>
    </w:p>
    <w:p>
      <w:r/>
      <w:r>
        <w:t>OpenAI's decision to bring the Windows version to the forefront suggests an ongoing commitment to improving accessibility across different operating systems. This follows the introduction of Canvas mode, a new feature that transforms ChatGPT into an AI-powered word processor, highlighting OpenAI’s ambition to innovate within the application development sphere.</w:t>
      </w:r>
      <w:r/>
    </w:p>
    <w:p>
      <w:r/>
      <w:r>
        <w:t>For those interested in experiencing the ChatGPT app on Windows without subscribing, OpenAI has promised broader availability upon completion of its development. This ensures that the innovation will not be confined to paid subscribers indefinitely, and all Windows users will eventually enjoy the enhanced capabilities offered by the app.</w:t>
      </w:r>
      <w:r/>
    </w:p>
    <w:p>
      <w:r/>
      <w:r>
        <w:t>With the continued expansion of OpenAI’s standalone app offerings, anticipation is mounting for future releases. Users on both Mac and Windows can look forward to enhanced features and broader AI-driven functionalities that aim to integrate seamlessly into everyday computing tasks.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https://www.exhibit.tech/tech-news/chatgpt-windows-app</w:t>
        </w:r>
      </w:hyperlink>
      <w:r>
        <w:t xml:space="preserve"> - Corroborates the launch of the ChatGPT Windows app for paid users and its availability on the Microsoft Store.</w:t>
      </w:r>
      <w:r/>
    </w:p>
    <w:p>
      <w:pPr>
        <w:pStyle w:val="ListNumber"/>
        <w:spacing w:line="240" w:lineRule="auto"/>
        <w:ind w:left="720"/>
      </w:pPr>
      <w:r/>
      <w:hyperlink r:id="rId11">
        <w:r>
          <w:rPr>
            <w:color w:val="0000EE"/>
            <w:u w:val="single"/>
          </w:rPr>
          <w:t>https://help.openai.com/en/articles/9982051-using-the-chatgpt-windows-app</w:t>
        </w:r>
      </w:hyperlink>
      <w:r>
        <w:t xml:space="preserve"> - Provides details on the system requirements and the early version features of the ChatGPT Windows app, including the Alt + Space shortcut.</w:t>
      </w:r>
      <w:r/>
    </w:p>
    <w:p>
      <w:pPr>
        <w:pStyle w:val="ListNumber"/>
        <w:spacing w:line="240" w:lineRule="auto"/>
        <w:ind w:left="720"/>
      </w:pPr>
      <w:r/>
      <w:hyperlink r:id="rId12">
        <w:r>
          <w:rPr>
            <w:color w:val="0000EE"/>
            <w:u w:val="single"/>
          </w:rPr>
          <w:t>https://www.techzine.eu/news/applications/125407/openai-launches-dedicated-chatgpt-app-for-windows/</w:t>
        </w:r>
      </w:hyperlink>
      <w:r>
        <w:t xml:space="preserve"> - Confirms the app's availability for ChatGPT Plus, Team, Enterprise, and Edu users and highlights key features like file and photo uploads.</w:t>
      </w:r>
      <w:r/>
    </w:p>
    <w:p>
      <w:pPr>
        <w:pStyle w:val="ListNumber"/>
        <w:spacing w:line="240" w:lineRule="auto"/>
        <w:ind w:left="720"/>
      </w:pPr>
      <w:r/>
      <w:hyperlink r:id="rId13">
        <w:r>
          <w:rPr>
            <w:color w:val="0000EE"/>
            <w:u w:val="single"/>
          </w:rPr>
          <w:t>https://techcrunch.com/2024/10/17/chatgpt-comes-to-windows/</w:t>
        </w:r>
      </w:hyperlink>
      <w:r>
        <w:t xml:space="preserve"> - Supports the information about the app's current limitations, such as the lack of voice support, and its integration with other apps.</w:t>
      </w:r>
      <w:r/>
    </w:p>
    <w:p>
      <w:pPr>
        <w:pStyle w:val="ListNumber"/>
        <w:spacing w:line="240" w:lineRule="auto"/>
        <w:ind w:left="720"/>
      </w:pPr>
      <w:r/>
      <w:hyperlink r:id="rId14">
        <w:r>
          <w:rPr>
            <w:color w:val="0000EE"/>
            <w:u w:val="single"/>
          </w:rPr>
          <w:t>https://venturebeat.com/ai/openai-just-launched-chatgpt-for-windows-and-its-coming-for-your-office-software/</w:t>
        </w:r>
      </w:hyperlink>
      <w:r>
        <w:t xml:space="preserve"> - Explains OpenAI's strategy behind the desktop app and its implications for enterprise software and user workflows.</w:t>
      </w:r>
      <w:r/>
    </w:p>
    <w:p>
      <w:pPr>
        <w:pStyle w:val="ListNumber"/>
        <w:spacing w:line="240" w:lineRule="auto"/>
        <w:ind w:left="720"/>
      </w:pPr>
      <w:r/>
      <w:hyperlink r:id="rId10">
        <w:r>
          <w:rPr>
            <w:color w:val="0000EE"/>
            <w:u w:val="single"/>
          </w:rPr>
          <w:t>https://www.exhibit.tech/tech-news/chatgpt-windows-app</w:t>
        </w:r>
      </w:hyperlink>
      <w:r>
        <w:t xml:space="preserve"> - Details the comparison with the Mac app and the future plans for broader availability of the Windows app.</w:t>
      </w:r>
      <w:r/>
    </w:p>
    <w:p>
      <w:pPr>
        <w:pStyle w:val="ListNumber"/>
        <w:spacing w:line="240" w:lineRule="auto"/>
        <w:ind w:left="720"/>
      </w:pPr>
      <w:r/>
      <w:hyperlink r:id="rId11">
        <w:r>
          <w:rPr>
            <w:color w:val="0000EE"/>
            <w:u w:val="single"/>
          </w:rPr>
          <w:t>https://help.openai.com/en/articles/9982051-using-the-chatgpt-windows-app</w:t>
        </w:r>
      </w:hyperlink>
      <w:r>
        <w:t xml:space="preserve"> - Outlines the current limitations of the app, including the absence of Advanced Voice Mode and certain integrations.</w:t>
      </w:r>
      <w:r/>
    </w:p>
    <w:p>
      <w:pPr>
        <w:pStyle w:val="ListNumber"/>
        <w:spacing w:line="240" w:lineRule="auto"/>
        <w:ind w:left="720"/>
      </w:pPr>
      <w:r/>
      <w:hyperlink r:id="rId12">
        <w:r>
          <w:rPr>
            <w:color w:val="0000EE"/>
            <w:u w:val="single"/>
          </w:rPr>
          <w:t>https://www.techzine.eu/news/applications/125407/openai-launches-dedicated-chatgpt-app-for-windows/</w:t>
        </w:r>
      </w:hyperlink>
      <w:r>
        <w:t xml:space="preserve"> - Describes the user-friendly work environment and the ability to minimize the app to a companion window.</w:t>
      </w:r>
      <w:r/>
    </w:p>
    <w:p>
      <w:pPr>
        <w:pStyle w:val="ListNumber"/>
        <w:spacing w:line="240" w:lineRule="auto"/>
        <w:ind w:left="720"/>
      </w:pPr>
      <w:r/>
      <w:hyperlink r:id="rId13">
        <w:r>
          <w:rPr>
            <w:color w:val="0000EE"/>
            <w:u w:val="single"/>
          </w:rPr>
          <w:t>https://techcrunch.com/2024/10/17/chatgpt-comes-to-windows/</w:t>
        </w:r>
      </w:hyperlink>
      <w:r>
        <w:t xml:space="preserve"> - Confirms the app's ability to handle file uploads and generate images using OpenAI’s DALL-E 3 image generator.</w:t>
      </w:r>
      <w:r/>
    </w:p>
    <w:p>
      <w:pPr>
        <w:pStyle w:val="ListNumber"/>
        <w:spacing w:line="240" w:lineRule="auto"/>
        <w:ind w:left="720"/>
      </w:pPr>
      <w:r/>
      <w:hyperlink r:id="rId14">
        <w:r>
          <w:rPr>
            <w:color w:val="0000EE"/>
            <w:u w:val="single"/>
          </w:rPr>
          <w:t>https://venturebeat.com/ai/openai-just-launched-chatgpt-for-windows-and-its-coming-for-your-office-software/</w:t>
        </w:r>
      </w:hyperlink>
      <w:r>
        <w:t xml:space="preserve"> - Discusses OpenAI’s ambition to innovate within the application development sphere and its commitment to improving accessibility.</w:t>
      </w:r>
      <w:r/>
    </w:p>
    <w:p>
      <w:pPr>
        <w:pStyle w:val="ListNumber"/>
        <w:spacing w:line="240" w:lineRule="auto"/>
        <w:ind w:left="720"/>
      </w:pPr>
      <w:r/>
      <w:hyperlink r:id="rId10">
        <w:r>
          <w:rPr>
            <w:color w:val="0000EE"/>
            <w:u w:val="single"/>
          </w:rPr>
          <w:t>https://www.exhibit.tech/tech-news/chatgpt-windows-app</w:t>
        </w:r>
      </w:hyperlink>
      <w:r>
        <w:t xml:space="preserve"> - Mentions the future plans for the full release of the app and its potential impact on all Windows users.</w:t>
      </w:r>
      <w:r/>
    </w:p>
    <w:p>
      <w:pPr>
        <w:pStyle w:val="ListNumber"/>
        <w:spacing w:line="240" w:lineRule="auto"/>
        <w:ind w:left="720"/>
      </w:pPr>
      <w:r/>
      <w:hyperlink r:id="rId15">
        <w:r>
          <w:rPr>
            <w:color w:val="0000EE"/>
            <w:u w:val="single"/>
          </w:rPr>
          <w:t>https://www.techradar.com/computing/artificial-intelligence/chatgpt-app-comes-to-windows-finally-add-a-quick-ai-shortcut-to-your-pc-today</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exhibit.tech/tech-news/chatgpt-windows-app" TargetMode="External"/><Relationship Id="rId11" Type="http://schemas.openxmlformats.org/officeDocument/2006/relationships/hyperlink" Target="https://help.openai.com/en/articles/9982051-using-the-chatgpt-windows-app" TargetMode="External"/><Relationship Id="rId12" Type="http://schemas.openxmlformats.org/officeDocument/2006/relationships/hyperlink" Target="https://www.techzine.eu/news/applications/125407/openai-launches-dedicated-chatgpt-app-for-windows/" TargetMode="External"/><Relationship Id="rId13" Type="http://schemas.openxmlformats.org/officeDocument/2006/relationships/hyperlink" Target="https://techcrunch.com/2024/10/17/chatgpt-comes-to-windows/" TargetMode="External"/><Relationship Id="rId14" Type="http://schemas.openxmlformats.org/officeDocument/2006/relationships/hyperlink" Target="https://venturebeat.com/ai/openai-just-launched-chatgpt-for-windows-and-its-coming-for-your-office-software/" TargetMode="External"/><Relationship Id="rId15" Type="http://schemas.openxmlformats.org/officeDocument/2006/relationships/hyperlink" Target="https://www.techradar.com/computing/artificial-intelligence/chatgpt-app-comes-to-windows-finally-add-a-quick-ai-shortcut-to-your-pc-today"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