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OriginTrail wins top honours at MIT Decentralized AI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OriginTrail Wins Top Honours at MIT Decentralized AI Summit</w:t>
      </w:r>
      <w:r/>
    </w:p>
    <w:p>
      <w:r/>
      <w:r>
        <w:t>In an event that marked significant milestones in the advancement of artificial intelligence and decentralised technologies, OriginTrail emerged as the best project at the prestigious MIT Decentralized AI Summit. Held at the influential MIT Media Lab, the summit convened an array of prominent figures from across the industries of AI, decentralised technology, and digital innovation.</w:t>
      </w:r>
      <w:r/>
    </w:p>
    <w:p>
      <w:r/>
      <w:r>
        <w:t>The recognition was awarded amidst a backdrop of discussions and presentations that included powerhouse companies such as Dell, Intel, and NVIDIA. These industry giants shared their insights on the trajectory of decentralised AI technologies, addressing some of the most critical issues currently facing the internet and digital ecosystems.</w:t>
      </w:r>
      <w:r/>
    </w:p>
    <w:p>
      <w:r/>
      <w:r>
        <w:t>OriginTrail, championed by its founder Branimir Rakic, was spotlighted for its innovative decentralised knowledge graph, which is developed on the Polkadot platform. Rakic’s presentation highlighted how this technology offers vital infrastructure that directly tackles the challenges posed by the modern AI era. These challenges include the propagation of misinformation, the rise of deep fakes, fake news, and the overarching problem of trust in AI implementations.</w:t>
      </w:r>
      <w:r/>
    </w:p>
    <w:p>
      <w:r/>
      <w:r>
        <w:t>The project’s approach to establishing trust in AI through decentralised mechanisms captivated the attendees, leading to OriginTrail being honoured as the summit's top project. This vote of confidence from peers and industry experts is seen as a pivotal step towards broader acceptance and implementation of AI and Web3 technologies, extending their utility into sectors such as global supply chains and decentralised physical infrastructure.</w:t>
      </w:r>
      <w:r/>
    </w:p>
    <w:p>
      <w:r/>
      <w:r>
        <w:t>Reflecting on the accolade, Rakic stated, "We are thrilled to see that OriginTrail is evolving in the direction many other industry giants are identifying as the cutting edge." He acknowledged the growing industry focus on deploying AI solutions that are sustainable and privacy-preserving, which is in alignment with OriginTrail's efforts over the past year. The platform is set to further these ambitions with the upcoming launch of the DKG Edge node, which is scheduled for unveiling at DKGcon in Amsterdam on 24th October.</w:t>
      </w:r>
      <w:r/>
    </w:p>
    <w:p>
      <w:r/>
      <w:r>
        <w:t>The summit provided a stage for participants to explore the expanding frontier of decentralised AI, pointing towards a future where reliable AI solutions could transform industries through enhanced connectivity and secure data management. OriginTrail, through its pioneering technology, is poised to lead this transformation, creating pathways to a more secure and trustworthy internet in the era of AI innovation and deployment.</w:t>
      </w:r>
      <w:r/>
    </w:p>
    <w:p>
      <w:r/>
      <w:r>
        <w:t>The acknowledgment at MIT not only cements OriginTrail's role at the forefront of decentralised technology but also signifies the increasing need for systems that balance technological advancement with integrity and reliability. As the landscape of artificial intelligence continues to evolve, projects like OriginTrail are stepping up to address imminent needs in this dynamic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https://www.forexlive.com/Education/decentralized-ai-summit-at-mit-votes-origintrail-as-the-best-decentralized-ai-project-20241017/</w:t>
        </w:r>
      </w:hyperlink>
      <w:r>
        <w:t xml:space="preserve"> - Corroborates that OriginTrail was named the best project at the MIT Decentralized AI Summit and highlights the role of its decentralized knowledge graph in addressing AI-related challenges.</w:t>
      </w:r>
      <w:r/>
    </w:p>
    <w:p>
      <w:pPr>
        <w:pStyle w:val="ListNumber"/>
        <w:spacing w:line="240" w:lineRule="auto"/>
        <w:ind w:left="720"/>
      </w:pPr>
      <w:r/>
      <w:hyperlink r:id="rId11">
        <w:r>
          <w:rPr>
            <w:color w:val="0000EE"/>
            <w:u w:val="single"/>
          </w:rPr>
          <w:t>https://dailyhodl.com/2024/10/17/decentralized-ai-summit-at-mit-votes-origintrail-powered-by-polkadot-as-the-best-decentralized-ai-project/</w:t>
        </w:r>
      </w:hyperlink>
      <w:r>
        <w:t xml:space="preserve"> - Supports the information that the summit was held at the MIT Media Lab and included contributions from companies like Dell, Intel, and NVIDIA, and that OriginTrail’s approach to trust in AI was recognized.</w:t>
      </w:r>
      <w:r/>
    </w:p>
    <w:p>
      <w:pPr>
        <w:pStyle w:val="ListNumber"/>
        <w:spacing w:line="240" w:lineRule="auto"/>
        <w:ind w:left="720"/>
      </w:pPr>
      <w:r/>
      <w:hyperlink r:id="rId12">
        <w:r>
          <w:rPr>
            <w:color w:val="0000EE"/>
            <w:u w:val="single"/>
          </w:rPr>
          <w:t>https://zycrypto.com/origintrail-named-the-best-project-at-the-prestigious-mit-decentralized-ai-summit/</w:t>
        </w:r>
      </w:hyperlink>
      <w:r>
        <w:t xml:space="preserve"> - Confirms that the summit featured key players in AI and that OriginTrail’s decentralized knowledge graph was praised for tackling issues like misinformation and deep fakes.</w:t>
      </w:r>
      <w:r/>
    </w:p>
    <w:p>
      <w:pPr>
        <w:pStyle w:val="ListNumber"/>
        <w:spacing w:line="240" w:lineRule="auto"/>
        <w:ind w:left="720"/>
      </w:pPr>
      <w:r/>
      <w:hyperlink r:id="rId13">
        <w:r>
          <w:rPr>
            <w:color w:val="0000EE"/>
            <w:u w:val="single"/>
          </w:rPr>
          <w:t>https://cryptoslate.com/press-releases/decentralized-ai-summit-at-mit-votes-origintrail-powered-by-polkadot-as-the-best-decentralized-ai-project/</w:t>
        </w:r>
      </w:hyperlink>
      <w:r>
        <w:t xml:space="preserve"> - Details the recognition of OriginTrail’s project and its impact on driving mainstream adoption of AI and Web3 technologies across various industries.</w:t>
      </w:r>
      <w:r/>
    </w:p>
    <w:p>
      <w:pPr>
        <w:pStyle w:val="ListNumber"/>
        <w:spacing w:line="240" w:lineRule="auto"/>
        <w:ind w:left="720"/>
      </w:pPr>
      <w:r/>
      <w:hyperlink r:id="rId14">
        <w:r>
          <w:rPr>
            <w:color w:val="0000EE"/>
            <w:u w:val="single"/>
          </w:rPr>
          <w:t>https://markets.businessinsider.com/news/currencies/decentralized-ai-summit-at-mit-votes-origintrail-powered-by-polkadot-as-the-best-decentralized-ai-project-1033855535</w:t>
        </w:r>
      </w:hyperlink>
      <w:r>
        <w:t xml:space="preserve"> - Provides information on the event and the significance of OriginTrail’s decentralized knowledge graph in the context of the MIT Decentralized AI Summit.</w:t>
      </w:r>
      <w:r/>
    </w:p>
    <w:p>
      <w:pPr>
        <w:pStyle w:val="ListNumber"/>
        <w:spacing w:line="240" w:lineRule="auto"/>
        <w:ind w:left="720"/>
      </w:pPr>
      <w:r/>
      <w:hyperlink r:id="rId10">
        <w:r>
          <w:rPr>
            <w:color w:val="0000EE"/>
            <w:u w:val="single"/>
          </w:rPr>
          <w:t>https://www.forexlive.com/Education/decentralized-ai-summit-at-mit-votes-origintrail-as-the-best-decentralized-ai-project-20241017/</w:t>
        </w:r>
      </w:hyperlink>
      <w:r>
        <w:t xml:space="preserve"> - Supports Branimir Rakic’s statement on the direction of OriginTrail and the upcoming launch of the DKG Edge node.</w:t>
      </w:r>
      <w:r/>
    </w:p>
    <w:p>
      <w:pPr>
        <w:pStyle w:val="ListNumber"/>
        <w:spacing w:line="240" w:lineRule="auto"/>
        <w:ind w:left="720"/>
      </w:pPr>
      <w:r/>
      <w:hyperlink r:id="rId11">
        <w:r>
          <w:rPr>
            <w:color w:val="0000EE"/>
            <w:u w:val="single"/>
          </w:rPr>
          <w:t>https://dailyhodl.com/2024/10/17/decentralized-ai-summit-at-mit-votes-origintrail-powered-by-polkadot-as-the-best-decentralized-ai-project/</w:t>
        </w:r>
      </w:hyperlink>
      <w:r>
        <w:t xml:space="preserve"> - Corroborates the focus on deploying AI solutions at the edge of the network with sustainable resource use and privacy-preserving data management.</w:t>
      </w:r>
      <w:r/>
    </w:p>
    <w:p>
      <w:pPr>
        <w:pStyle w:val="ListNumber"/>
        <w:spacing w:line="240" w:lineRule="auto"/>
        <w:ind w:left="720"/>
      </w:pPr>
      <w:r/>
      <w:hyperlink r:id="rId12">
        <w:r>
          <w:rPr>
            <w:color w:val="0000EE"/>
            <w:u w:val="single"/>
          </w:rPr>
          <w:t>https://zycrypto.com/origintrail-named-the-best-project-at-the-prestigious-mit-decentralized-ai-summit/</w:t>
        </w:r>
      </w:hyperlink>
      <w:r>
        <w:t xml:space="preserve"> - Highlights the broader acceptance and implementation of AI and Web3 technologies in sectors like global supply chains and decentralized physical infrastructure.</w:t>
      </w:r>
      <w:r/>
    </w:p>
    <w:p>
      <w:pPr>
        <w:pStyle w:val="ListNumber"/>
        <w:spacing w:line="240" w:lineRule="auto"/>
        <w:ind w:left="720"/>
      </w:pPr>
      <w:r/>
      <w:hyperlink r:id="rId13">
        <w:r>
          <w:rPr>
            <w:color w:val="0000EE"/>
            <w:u w:val="single"/>
          </w:rPr>
          <w:t>https://cryptoslate.com/press-releases/decentralized-ai-summit-at-mit-votes-origintrail-powered-by-polkadot-as-the-best-decentralized-ai-project/</w:t>
        </w:r>
      </w:hyperlink>
      <w:r>
        <w:t xml:space="preserve"> - Explains how OriginTrail’s technology connects physical and digital worlds, driving transparency and trust, and its alignment with industry giants.</w:t>
      </w:r>
      <w:r/>
    </w:p>
    <w:p>
      <w:pPr>
        <w:pStyle w:val="ListNumber"/>
        <w:spacing w:line="240" w:lineRule="auto"/>
        <w:ind w:left="720"/>
      </w:pPr>
      <w:r/>
      <w:hyperlink r:id="rId14">
        <w:r>
          <w:rPr>
            <w:color w:val="0000EE"/>
            <w:u w:val="single"/>
          </w:rPr>
          <w:t>https://markets.businessinsider.com/news/currencies/decentralized-ai-summit-at-mit-votes-origintrail-powered-by-polkadot-as-the-best-decentralized-ai-project-1033855535</w:t>
        </w:r>
      </w:hyperlink>
      <w:r>
        <w:t xml:space="preserve"> - Supports the increasing need for systems that balance technological advancement with integrity and reliability in the AI field.</w:t>
      </w:r>
      <w:r/>
    </w:p>
    <w:p>
      <w:pPr>
        <w:pStyle w:val="ListNumber"/>
        <w:spacing w:line="240" w:lineRule="auto"/>
        <w:ind w:left="720"/>
      </w:pPr>
      <w:r/>
      <w:hyperlink r:id="rId10">
        <w:r>
          <w:rPr>
            <w:color w:val="0000EE"/>
            <w:u w:val="single"/>
          </w:rPr>
          <w:t>https://www.forexlive.com/Education/decentralized-ai-summit-at-mit-votes-origintrail-as-the-best-decentralized-ai-project-20241017/</w:t>
        </w:r>
      </w:hyperlink>
      <w:r>
        <w:t xml:space="preserve"> - Details the role of OriginTrail in creating pathways to a more secure and trustworthy internet in the era of AI innovation and deployment.</w:t>
      </w:r>
      <w:r/>
    </w:p>
    <w:p>
      <w:pPr>
        <w:pStyle w:val="ListNumber"/>
        <w:spacing w:line="240" w:lineRule="auto"/>
        <w:ind w:left="720"/>
      </w:pPr>
      <w:r/>
      <w:hyperlink r:id="rId12">
        <w:r>
          <w:rPr>
            <w:color w:val="0000EE"/>
            <w:u w:val="single"/>
          </w:rPr>
          <w:t>https://zycrypto.com/origintrail-named-the-best-project-at-the-prestigious-mit-decentralized-ai-summit/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exlive.com/Education/decentralized-ai-summit-at-mit-votes-origintrail-as-the-best-decentralized-ai-project-20241017/" TargetMode="External"/><Relationship Id="rId11" Type="http://schemas.openxmlformats.org/officeDocument/2006/relationships/hyperlink" Target="https://dailyhodl.com/2024/10/17/decentralized-ai-summit-at-mit-votes-origintrail-powered-by-polkadot-as-the-best-decentralized-ai-project/" TargetMode="External"/><Relationship Id="rId12" Type="http://schemas.openxmlformats.org/officeDocument/2006/relationships/hyperlink" Target="https://zycrypto.com/origintrail-named-the-best-project-at-the-prestigious-mit-decentralized-ai-summit/" TargetMode="External"/><Relationship Id="rId13" Type="http://schemas.openxmlformats.org/officeDocument/2006/relationships/hyperlink" Target="https://cryptoslate.com/press-releases/decentralized-ai-summit-at-mit-votes-origintrail-powered-by-polkadot-as-the-best-decentralized-ai-project/" TargetMode="External"/><Relationship Id="rId14" Type="http://schemas.openxmlformats.org/officeDocument/2006/relationships/hyperlink" Target="https://markets.businessinsider.com/news/currencies/decentralized-ai-summit-at-mit-votes-origintrail-powered-by-polkadot-as-the-best-decentralized-ai-project-103385553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