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Parents file lawsuit against Hingham High School over AI misconduct claims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legal battle unfolding in Massachusetts, parents Jennifer and Dale Harris have filed a lawsuit against Hingham High School, alleging their son was wrongly accused of academic misconduct due to his use of artificial intelligence (AI) in a school assignment. According to the Harris family, the teenager utilised AI to aid his research for a history paper, but wrote the paper independently. The accusation that their son cheated has led to significant consequences for him, impacting both his academic record and future educational prospects, the parents argue.</w:t>
      </w:r>
      <w:r/>
    </w:p>
    <w:p>
      <w:r/>
      <w:r>
        <w:t>The incident reportedly resulted in the student's detention, a penalty that has adversely affected his grades. Moreover, as outlined in the federal court filing, the teenager was denied induction into the National Honor Society—a significant accolade that the family contends he merits due to his consistent academic and personal achievements. With aspirations to attend elite universities, the family asserts that these allegations could inflict “irreparable harm” on his future opportunities.</w:t>
      </w:r>
      <w:r/>
    </w:p>
    <w:p>
      <w:r/>
      <w:r>
        <w:t>In response to the school’s actions, the lawsuit filed by the family demands immediate remedies, including the removal of the zero grade in calculations for the affected assignment and the correction of his Social Studies grade to a 'B'. They are also insisting on his retroactive induction into the National Honor Society.</w:t>
      </w:r>
      <w:r/>
    </w:p>
    <w:p>
      <w:r/>
      <w:r>
        <w:t>The family's legal filing criticises the lack of clarity in the school's policies regarding the use of AI, highlighting that the student handbook did not provide clear guidelines on AI usage or how it should be addressed by teachers and administrators. While the handbook mentions that "unauthorised use of technology, including Artificial Intelligence, may be deemed an act of cheating or plagiarism", it does not specify the permissible scope of AI usage in assignments.</w:t>
      </w:r>
      <w:r/>
    </w:p>
    <w:p>
      <w:r/>
      <w:r>
        <w:t>According to the handbook, acts of cheating involve "unauthorised use or close imitation of the language and thoughts of another author, including Artificial Intelligence, and representing it as one's own work." When a teacher identifies such acts, they are required to assign a failing grade for the assignment, notify the student's guardians, and report the incident to the assistant principal, who may take additional disciplinary measures.</w:t>
      </w:r>
      <w:r/>
    </w:p>
    <w:p>
      <w:r/>
      <w:r>
        <w:t>Jennifer Harris has expressed a pressing need for more explicit AI policies within the school to facilitate a better understanding among both teachers and students. The legal filing further calls for school staff to undergo comprehensive training on AI usage in educational contexts, facilitated by qualified third parties not employed by the district.</w:t>
      </w:r>
      <w:r/>
    </w:p>
    <w:p>
      <w:r/>
      <w:r>
        <w:t>Hingham Public Schools has refrained from making any public statements regarding the situation, citing the privacy of the student involved and the ongoing litigation as reasons for the lack of comment. As the legal proceedings advance, the outcomes could have notable implications for how educational institutions manage technological advancements and the integration of AI in student learning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https://www.boston25news.com/news/local/parents-hingham-student-sue-school-district-after-son-disciplined-using-ai-school-project/FLHKVXSQPRDLZD7TTMWCRNI54I/</w:t>
        </w:r>
      </w:hyperlink>
      <w:r>
        <w:t xml:space="preserve"> - Corroborates the lawsuit filed by the Harris family against Hingham High School, detailing the disciplinary actions taken against their son for using AI in a school project.</w:t>
      </w:r>
      <w:r/>
    </w:p>
    <w:p>
      <w:pPr>
        <w:pStyle w:val="ListNumber"/>
        <w:spacing w:line="240" w:lineRule="auto"/>
        <w:ind w:left="720"/>
      </w:pPr>
      <w:r/>
      <w:hyperlink r:id="rId11">
        <w:r>
          <w:rPr>
            <w:color w:val="0000EE"/>
            <w:u w:val="single"/>
          </w:rPr>
          <w:t>https://www.cbsnews.com/boston/news/hingham-school-ai-lawsuit-student/</w:t>
        </w:r>
      </w:hyperlink>
      <w:r>
        <w:t xml:space="preserve"> - Supports the claims of the Harris family regarding the student's use of AI, the subsequent disciplinary actions, and the impact on his academic record and future educational prospects.</w:t>
      </w:r>
      <w:r/>
    </w:p>
    <w:p>
      <w:pPr>
        <w:pStyle w:val="ListNumber"/>
        <w:spacing w:line="240" w:lineRule="auto"/>
        <w:ind w:left="720"/>
      </w:pPr>
      <w:r/>
      <w:hyperlink r:id="rId12">
        <w:r>
          <w:rPr>
            <w:color w:val="0000EE"/>
            <w:u w:val="single"/>
          </w:rPr>
          <w:t>https://www.k12dive.com/news/ai-discipline-lawsuit-massachusetts-need-school-policies-artificial-intelligence/730271/</w:t>
        </w:r>
      </w:hyperlink>
      <w:r>
        <w:t xml:space="preserve"> - Highlights the lack of clear AI policies in the school handbook and the need for such policies, as well as the broader implications for educational institutions.</w:t>
      </w:r>
      <w:r/>
    </w:p>
    <w:p>
      <w:pPr>
        <w:pStyle w:val="ListNumber"/>
        <w:spacing w:line="240" w:lineRule="auto"/>
        <w:ind w:left="720"/>
      </w:pPr>
      <w:r/>
      <w:hyperlink r:id="rId13">
        <w:r>
          <w:rPr>
            <w:color w:val="0000EE"/>
            <w:u w:val="single"/>
          </w:rPr>
          <w:t>https://www.yahoo.com/news/parents-hingham-student-sue-school-193709030.html</w:t>
        </w:r>
      </w:hyperlink>
      <w:r>
        <w:t xml:space="preserve"> - Details the specific disciplinary measures taken against the student, including detention and exclusion from the National Honor Society, and the family's arguments against these actions.</w:t>
      </w:r>
      <w:r/>
    </w:p>
    <w:p>
      <w:pPr>
        <w:pStyle w:val="ListNumber"/>
        <w:spacing w:line="240" w:lineRule="auto"/>
        <w:ind w:left="720"/>
      </w:pPr>
      <w:r/>
      <w:hyperlink r:id="rId14">
        <w:r>
          <w:rPr>
            <w:color w:val="0000EE"/>
            <w:u w:val="single"/>
          </w:rPr>
          <w:t>https://www.latintimes.com/student-was-punished-using-ai-write-paper-now-his-parents-are-suing-school-they-violated-562180</w:t>
        </w:r>
      </w:hyperlink>
      <w:r>
        <w:t xml:space="preserve"> - Provides additional context on the incident, including the student's use of AI for research and note-taking, and the subsequent penalties imposed by the school.</w:t>
      </w:r>
      <w:r/>
    </w:p>
    <w:p>
      <w:pPr>
        <w:pStyle w:val="ListNumber"/>
        <w:spacing w:line="240" w:lineRule="auto"/>
        <w:ind w:left="720"/>
      </w:pPr>
      <w:r/>
      <w:hyperlink r:id="rId10">
        <w:r>
          <w:rPr>
            <w:color w:val="0000EE"/>
            <w:u w:val="single"/>
          </w:rPr>
          <w:t>https://www.boston25news.com/news/local/parents-hingham-student-sue-school-district-after-son-disciplined-using-ai-school-project/FLHKVXSQPRDLZD7TTMWCRNI54I/</w:t>
        </w:r>
      </w:hyperlink>
      <w:r>
        <w:t xml:space="preserve"> - Explains the family's demand for the removal of the zero grade and the correction of the student's Social Studies grade to a 'B', as well as his retroactive induction into the National Honor Society.</w:t>
      </w:r>
      <w:r/>
    </w:p>
    <w:p>
      <w:pPr>
        <w:pStyle w:val="ListNumber"/>
        <w:spacing w:line="240" w:lineRule="auto"/>
        <w:ind w:left="720"/>
      </w:pPr>
      <w:r/>
      <w:hyperlink r:id="rId11">
        <w:r>
          <w:rPr>
            <w:color w:val="0000EE"/>
            <w:u w:val="single"/>
          </w:rPr>
          <w:t>https://www.cbsnews.com/boston/news/hingham-school-ai-lawsuit-student/</w:t>
        </w:r>
      </w:hyperlink>
      <w:r>
        <w:t xml:space="preserve"> - Supports Jennifer Harris's call for more explicit AI policies and the need for comprehensive training on AI usage for school staff.</w:t>
      </w:r>
      <w:r/>
    </w:p>
    <w:p>
      <w:pPr>
        <w:pStyle w:val="ListNumber"/>
        <w:spacing w:line="240" w:lineRule="auto"/>
        <w:ind w:left="720"/>
      </w:pPr>
      <w:r/>
      <w:hyperlink r:id="rId12">
        <w:r>
          <w:rPr>
            <w:color w:val="0000EE"/>
            <w:u w:val="single"/>
          </w:rPr>
          <w:t>https://www.k12dive.com/news/ai-discipline-lawsuit-massachusetts-need-school-policies-artificial-intelligence/730271/</w:t>
        </w:r>
      </w:hyperlink>
      <w:r>
        <w:t xml:space="preserve"> - Discusses the broader context of AI use in schools, including the introduction of a bipartisan Senate bill to develop guidance on AI in pre-K-12 classrooms.</w:t>
      </w:r>
      <w:r/>
    </w:p>
    <w:p>
      <w:pPr>
        <w:pStyle w:val="ListNumber"/>
        <w:spacing w:line="240" w:lineRule="auto"/>
        <w:ind w:left="720"/>
      </w:pPr>
      <w:r/>
      <w:hyperlink r:id="rId13">
        <w:r>
          <w:rPr>
            <w:color w:val="0000EE"/>
            <w:u w:val="single"/>
          </w:rPr>
          <w:t>https://www.yahoo.com/news/parents-hingham-student-sue-school-193709030.html</w:t>
        </w:r>
      </w:hyperlink>
      <w:r>
        <w:t xml:space="preserve"> - Details the student's academic achievements and his aspirations to attend elite universities, highlighting the potential 'irreparable harm' from the allegations.</w:t>
      </w:r>
      <w:r/>
    </w:p>
    <w:p>
      <w:pPr>
        <w:pStyle w:val="ListNumber"/>
        <w:spacing w:line="240" w:lineRule="auto"/>
        <w:ind w:left="720"/>
      </w:pPr>
      <w:r/>
      <w:hyperlink r:id="rId14">
        <w:r>
          <w:rPr>
            <w:color w:val="0000EE"/>
            <w:u w:val="single"/>
          </w:rPr>
          <w:t>https://www.latintimes.com/student-was-punished-using-ai-write-paper-now-his-parents-are-suing-school-they-violated-562180</w:t>
        </w:r>
      </w:hyperlink>
      <w:r>
        <w:t xml:space="preserve"> - Mentions the school's addition of a new policy in the student handbook prohibiting the use of AI without permission and the presentations given to students on AI use.</w:t>
      </w:r>
      <w:r/>
    </w:p>
    <w:p>
      <w:pPr>
        <w:pStyle w:val="ListNumber"/>
        <w:spacing w:line="240" w:lineRule="auto"/>
        <w:ind w:left="720"/>
      </w:pPr>
      <w:r/>
      <w:hyperlink r:id="rId11">
        <w:r>
          <w:rPr>
            <w:color w:val="0000EE"/>
            <w:u w:val="single"/>
          </w:rPr>
          <w:t>https://www.cbsnews.com/boston/news/hingham-school-ai-lawsuit-student/</w:t>
        </w:r>
      </w:hyperlink>
      <w:r>
        <w:t xml:space="preserve"> - Notes Hingham Public Schools' decision not to comment on the lawsuit due to the privacy of the student involved and the ongoing litigation.</w:t>
      </w:r>
      <w:r/>
    </w:p>
    <w:p>
      <w:pPr>
        <w:pStyle w:val="ListNumber"/>
        <w:spacing w:line="240" w:lineRule="auto"/>
        <w:ind w:left="720"/>
      </w:pPr>
      <w:r/>
      <w:hyperlink r:id="rId15">
        <w:r>
          <w:rPr>
            <w:color w:val="0000EE"/>
            <w:u w:val="single"/>
          </w:rPr>
          <w:t>https://6abc.com/post/parents-sue-school-massachusetts-after-son-punished-using-ai-paper/15434964/</w:t>
        </w:r>
      </w:hyperlink>
      <w:r>
        <w:t xml:space="preserve"> - Please view link - unable to able to access data</w:t>
      </w:r>
      <w:r/>
    </w:p>
    <w:p>
      <w:pPr>
        <w:pStyle w:val="ListNumber"/>
        <w:spacing w:line="240" w:lineRule="auto"/>
        <w:ind w:left="720"/>
      </w:pPr>
      <w:r/>
      <w:hyperlink r:id="rId16">
        <w:r>
          <w:rPr>
            <w:color w:val="0000EE"/>
            <w:u w:val="single"/>
          </w:rPr>
          <w:t>https://www.independent.co.uk/news/world/americas/ai-lawsuits-cheating-high-school-b2630454.html</w:t>
        </w:r>
      </w:hyperlink>
      <w:r>
        <w:t xml:space="preserve"> - Please view link - unable to able to access data</w:t>
      </w:r>
      <w:r/>
    </w:p>
    <w:p>
      <w:pPr>
        <w:pStyle w:val="ListNumber"/>
        <w:spacing w:line="240" w:lineRule="auto"/>
        <w:ind w:left="720"/>
      </w:pPr>
      <w:r/>
      <w:hyperlink r:id="rId17">
        <w:r>
          <w:rPr>
            <w:color w:val="0000EE"/>
            <w:u w:val="single"/>
          </w:rPr>
          <w:t>https://abc7news.com/post/parents-sue-school-massachusetts-after-son-punished-using-ai-paper/15434964/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oston25news.com/news/local/parents-hingham-student-sue-school-district-after-son-disciplined-using-ai-school-project/FLHKVXSQPRDLZD7TTMWCRNI54I/" TargetMode="External"/><Relationship Id="rId11" Type="http://schemas.openxmlformats.org/officeDocument/2006/relationships/hyperlink" Target="https://www.cbsnews.com/boston/news/hingham-school-ai-lawsuit-student/" TargetMode="External"/><Relationship Id="rId12" Type="http://schemas.openxmlformats.org/officeDocument/2006/relationships/hyperlink" Target="https://www.k12dive.com/news/ai-discipline-lawsuit-massachusetts-need-school-policies-artificial-intelligence/730271/" TargetMode="External"/><Relationship Id="rId13" Type="http://schemas.openxmlformats.org/officeDocument/2006/relationships/hyperlink" Target="https://www.yahoo.com/news/parents-hingham-student-sue-school-193709030.html" TargetMode="External"/><Relationship Id="rId14" Type="http://schemas.openxmlformats.org/officeDocument/2006/relationships/hyperlink" Target="https://www.latintimes.com/student-was-punished-using-ai-write-paper-now-his-parents-are-suing-school-they-violated-562180" TargetMode="External"/><Relationship Id="rId15" Type="http://schemas.openxmlformats.org/officeDocument/2006/relationships/hyperlink" Target="https://6abc.com/post/parents-sue-school-massachusetts-after-son-punished-using-ai-paper/15434964/" TargetMode="External"/><Relationship Id="rId16" Type="http://schemas.openxmlformats.org/officeDocument/2006/relationships/hyperlink" Target="https://www.independent.co.uk/news/world/americas/ai-lawsuits-cheating-high-school-b2630454.html" TargetMode="External"/><Relationship Id="rId17" Type="http://schemas.openxmlformats.org/officeDocument/2006/relationships/hyperlink" Target="https://abc7news.com/post/parents-sue-school-massachusetts-after-son-punished-using-ai-paper/154349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