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Pundi AI partners with Nubila Network to enhance climate data offerings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Pundi AI has announced a strategic partnership with Nubila Network, an innovative platform that harnesses real-time hyperlocal weather data through a system of decentralised weather stations. This collaboration will see the integration of Nubila Network’s extensive environmental, social, and governance (ESG) data with the Pundi AI Data platform, thereby broadening its service offerings particularly for sectors vulnerable to climate change.</w:t>
      </w:r>
      <w:r/>
    </w:p>
    <w:p>
      <w:r/>
      <w:r>
        <w:t>In a world increasingly influenced by climate change, the availability of reliable environmental and weather data is becoming crucial, especially for industries such as agriculture, energy and logistics. As these industries confront the unique challenges posed by climate variability, there has been a heightened demand for real-time, accurate weather data. The partnership between Pundi AI and Nubila Network is aimed at addressing these demands by providing high-quality and actionable insights, thus enabling businesses to make better-informed decisions.</w:t>
      </w:r>
      <w:r/>
    </w:p>
    <w:p>
      <w:pPr>
        <w:pStyle w:val="Heading3"/>
      </w:pPr>
      <w:r>
        <w:t>Key Features of Nubila Network</w:t>
      </w:r>
      <w:r/>
    </w:p>
    <w:p>
      <w:r/>
      <w:r>
        <w:t>Nubila Network stands out due to its utilisation of Decentralized Precise Information Nodes (DePIN), which are integral to its global array of weather stations. These stations gather a plethora of environmental data points, such as temperature, humidity, wind speed, and precipitation. The decentralised model enhances data reliability and redundancy, thereby reducing the risk of data loss and inaccuracies.</w:t>
      </w:r>
      <w:r/>
    </w:p>
    <w:p>
      <w:r/>
      <w:r>
        <w:t>Moreover, Nubila Network leverages artificial intelligence to process and analyse this data in real-time. The AI algorithms are designed to identify patterns, detect anomalies, and provide actionable insights, enabling industries to adapt quickly to weather changes, optimise their operations, and mitigate potential disruptions.</w:t>
      </w:r>
      <w:r/>
    </w:p>
    <w:p>
      <w:r/>
      <w:r>
        <w:t>Nubila Network's predictive analytics are instrumental in providing forecasts of weather-related economic activities. This allows businesses to anticipate impacts, manage risks, and seize emerging opportunities. Moreover, the platform supports the development and trading of weather derivatives, a financial market with an estimated value exceeding $80 billion, which helps companies hedge against weather-induced volatility and stabilise financial performance.</w:t>
      </w:r>
      <w:r/>
    </w:p>
    <w:p>
      <w:pPr>
        <w:pStyle w:val="Heading3"/>
      </w:pPr>
      <w:r>
        <w:t>Pundi AI’s Role</w:t>
      </w:r>
      <w:r/>
    </w:p>
    <w:p>
      <w:r/>
      <w:r>
        <w:t>Pundi AI, created by Pundi X in 2024, aims to build a comprehensive blockchain infrastructure that supports practical, real-world AI applications. Through its integration with Nubila Network’s ESG data, Pundi AI aims to empower industries to exploit blockchain and AI technologies for practical and data-driven solutions. This collaboration is viewed as a significant advancement toward the broader goal of promoting the use of blockchain and AI to tackle environmental challenges.</w:t>
      </w:r>
      <w:r/>
    </w:p>
    <w:p>
      <w:r/>
      <w:r>
        <w:t>Pundi AI offers a decentralised suite of AI development tools, including an omnichain data layer, a data tagging and annotation platform, and an AI marketplace for data trading. Its commitment to maintaining transparency and preventing monopolistic control in AI development ensures broader participation and innovation across the industry.</w:t>
      </w:r>
      <w:r/>
    </w:p>
    <w:p>
      <w:pPr>
        <w:pStyle w:val="Heading3"/>
      </w:pPr>
      <w:r>
        <w:t>About the Partners</w:t>
      </w:r>
      <w:r/>
    </w:p>
    <w:p>
      <w:r/>
      <w:r>
        <w:t>Nubila Network is renowned for its use of decentralised technology in collecting and analysing real-time environmental data through its expansive network of weather stations. By utilising AI and predictive analytics, Nubila Network provides valuable insights, assisting industries in effectively managing climate-related risks.</w:t>
      </w:r>
      <w:r/>
    </w:p>
    <w:p>
      <w:r/>
      <w:r>
        <w:t>Pundi AI is focused on the decentralisation of AI development, ensuring that the process is accessible and cost-effective for all stakeholders. By combining efforts with Nubila Network, Pundi AI continues to expand its reach and effectiveness in delivering impactful AI solutions that contribute to sustainable development and climate resilience.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https://www.binance.com/en-KZ/square/post/2024-10-17-pundi-ai-and-nubila-network-form-strategic-partnership-14976741370722</w:t>
        </w:r>
      </w:hyperlink>
      <w:r>
        <w:t xml:space="preserve"> - Corroborates the strategic partnership between Pundi AI and Nubila Network to leverage Nubila's AI capabilities for real-time data analysis.</w:t>
      </w:r>
      <w:r/>
    </w:p>
    <w:p>
      <w:pPr>
        <w:pStyle w:val="ListNumber"/>
        <w:spacing w:line="240" w:lineRule="auto"/>
        <w:ind w:left="720"/>
      </w:pPr>
      <w:r/>
      <w:hyperlink r:id="rId11">
        <w:r>
          <w:rPr>
            <w:color w:val="0000EE"/>
            <w:u w:val="single"/>
          </w:rPr>
          <w:t>https://x.com/PundiAI/status/1846547883442725208</w:t>
        </w:r>
      </w:hyperlink>
      <w:r>
        <w:t xml:space="preserve"> - Supports the collaboration to bring Nubila Network's ESG data to the Pundi AI Data platform.</w:t>
      </w:r>
      <w:r/>
    </w:p>
    <w:p>
      <w:pPr>
        <w:pStyle w:val="ListNumber"/>
        <w:spacing w:line="240" w:lineRule="auto"/>
        <w:ind w:left="720"/>
      </w:pPr>
      <w:r/>
      <w:hyperlink r:id="rId12">
        <w:r>
          <w:rPr>
            <w:color w:val="0000EE"/>
            <w:u w:val="single"/>
          </w:rPr>
          <w:t>https://thedefiant.io/news/press-releases/pundi-ai-partners-with-nubila-network-to-integrate-esg-data-tagging-and-annotation</w:t>
        </w:r>
      </w:hyperlink>
      <w:r>
        <w:t xml:space="preserve"> - Details the integration of Nubila Network's ESG data into the Pundi AI Data platform and its significance for climate-sensitive industries.</w:t>
      </w:r>
      <w:r/>
    </w:p>
    <w:p>
      <w:pPr>
        <w:pStyle w:val="ListNumber"/>
        <w:spacing w:line="240" w:lineRule="auto"/>
        <w:ind w:left="720"/>
      </w:pPr>
      <w:r/>
      <w:hyperlink r:id="rId13">
        <w:r>
          <w:rPr>
            <w:color w:val="0000EE"/>
            <w:u w:val="single"/>
          </w:rPr>
          <w:t>https://chainwire.org/2024/10/15/pundi-ai-partners-with-nubila-network-to-integrate-esg-data-tagging-and-annotation/</w:t>
        </w:r>
      </w:hyperlink>
      <w:r>
        <w:t xml:space="preserve"> - Explains the partnership's focus on integrating ESG data, the use of decentralized weather stations, and the importance of real-time weather data for various industries.</w:t>
      </w:r>
      <w:r/>
    </w:p>
    <w:p>
      <w:pPr>
        <w:pStyle w:val="ListNumber"/>
        <w:spacing w:line="240" w:lineRule="auto"/>
        <w:ind w:left="720"/>
      </w:pPr>
      <w:r/>
      <w:hyperlink r:id="rId13">
        <w:r>
          <w:rPr>
            <w:color w:val="0000EE"/>
            <w:u w:val="single"/>
          </w:rPr>
          <w:t>https://chainwire.org/2024/10/15/pundi-ai-partners-with-nubila-network-to-integrate-esg-data-tagging-and-annotation/</w:t>
        </w:r>
      </w:hyperlink>
      <w:r>
        <w:t xml:space="preserve"> - Describes Nubila Network's use of Decentralized Precise Information Nodes (DePIN) and the benefits of decentralized data collection.</w:t>
      </w:r>
      <w:r/>
    </w:p>
    <w:p>
      <w:pPr>
        <w:pStyle w:val="ListNumber"/>
        <w:spacing w:line="240" w:lineRule="auto"/>
        <w:ind w:left="720"/>
      </w:pPr>
      <w:r/>
      <w:hyperlink r:id="rId13">
        <w:r>
          <w:rPr>
            <w:color w:val="0000EE"/>
            <w:u w:val="single"/>
          </w:rPr>
          <w:t>https://chainwire.org/2024/10/15/pundi-ai-partners-with-nubila-network-to-integrate-esg-data-tagging-and-annotation/</w:t>
        </w:r>
      </w:hyperlink>
      <w:r>
        <w:t xml:space="preserve"> - Highlights Nubila Network's real-time data analysis using AI and its predictive analytics for weather-related economic activities.</w:t>
      </w:r>
      <w:r/>
    </w:p>
    <w:p>
      <w:pPr>
        <w:pStyle w:val="ListNumber"/>
        <w:spacing w:line="240" w:lineRule="auto"/>
        <w:ind w:left="720"/>
      </w:pPr>
      <w:r/>
      <w:hyperlink r:id="rId13">
        <w:r>
          <w:rPr>
            <w:color w:val="0000EE"/>
            <w:u w:val="single"/>
          </w:rPr>
          <w:t>https://chainwire.org/2024/10/15/pundi-ai-partners-with-nubila-network-to-integrate-esg-data-tagging-and-annotation/</w:t>
        </w:r>
      </w:hyperlink>
      <w:r>
        <w:t xml:space="preserve"> - Mentions the development and trading of weather derivatives supported by Nubila Network and its financial impact.</w:t>
      </w:r>
      <w:r/>
    </w:p>
    <w:p>
      <w:pPr>
        <w:pStyle w:val="ListNumber"/>
        <w:spacing w:line="240" w:lineRule="auto"/>
        <w:ind w:left="720"/>
      </w:pPr>
      <w:r/>
      <w:hyperlink r:id="rId13">
        <w:r>
          <w:rPr>
            <w:color w:val="0000EE"/>
            <w:u w:val="single"/>
          </w:rPr>
          <w:t>https://chainwire.org/2024/10/15/pundi-ai-partners-with-nubila-network-to-integrate-esg-data-tagging-and-annotation/</w:t>
        </w:r>
      </w:hyperlink>
      <w:r>
        <w:t xml:space="preserve"> - Outlines Pundi AI's mission to build a comprehensive blockchain infrastructure for real-world AI applications and its integration with Nubila Network's ESG data.</w:t>
      </w:r>
      <w:r/>
    </w:p>
    <w:p>
      <w:pPr>
        <w:pStyle w:val="ListNumber"/>
        <w:spacing w:line="240" w:lineRule="auto"/>
        <w:ind w:left="720"/>
      </w:pPr>
      <w:r/>
      <w:hyperlink r:id="rId13">
        <w:r>
          <w:rPr>
            <w:color w:val="0000EE"/>
            <w:u w:val="single"/>
          </w:rPr>
          <w:t>https://chainwire.org/2024/10/15/pundi-ai-partners-with-nubila-network-to-integrate-esg-data-tagging-and-annotation/</w:t>
        </w:r>
      </w:hyperlink>
      <w:r>
        <w:t xml:space="preserve"> - Describes Pundi AI's decentralized suite of AI development tools and its commitment to transparency and innovation.</w:t>
      </w:r>
      <w:r/>
    </w:p>
    <w:p>
      <w:pPr>
        <w:pStyle w:val="ListNumber"/>
        <w:spacing w:line="240" w:lineRule="auto"/>
        <w:ind w:left="720"/>
      </w:pPr>
      <w:r/>
      <w:hyperlink r:id="rId13">
        <w:r>
          <w:rPr>
            <w:color w:val="0000EE"/>
            <w:u w:val="single"/>
          </w:rPr>
          <w:t>https://chainwire.org/2024/10/15/pundi-ai-partners-with-nubila-network-to-integrate-esg-data-tagging-and-annotation/</w:t>
        </w:r>
      </w:hyperlink>
      <w:r>
        <w:t xml:space="preserve"> - Provides information about Nubila Network's use of decentralized technology and AI for environmental data collection and analysis.</w:t>
      </w:r>
      <w:r/>
    </w:p>
    <w:p>
      <w:pPr>
        <w:pStyle w:val="ListNumber"/>
        <w:spacing w:line="240" w:lineRule="auto"/>
        <w:ind w:left="720"/>
      </w:pPr>
      <w:r/>
      <w:hyperlink r:id="rId13">
        <w:r>
          <w:rPr>
            <w:color w:val="0000EE"/>
            <w:u w:val="single"/>
          </w:rPr>
          <w:t>https://chainwire.org/2024/10/15/pundi-ai-partners-with-nubila-network-to-integrate-esg-data-tagging-and-annotation/</w:t>
        </w:r>
      </w:hyperlink>
      <w:r>
        <w:t xml:space="preserve"> - Explains Pundi AI's focus on decentralizing AI development and its collaboration with Nubila Network for sustainable development and climate resilience.</w:t>
      </w:r>
      <w:r/>
    </w:p>
    <w:p>
      <w:pPr>
        <w:pStyle w:val="ListNumber"/>
        <w:spacing w:line="240" w:lineRule="auto"/>
        <w:ind w:left="720"/>
      </w:pPr>
      <w:r/>
      <w:hyperlink r:id="rId14">
        <w:r>
          <w:rPr>
            <w:color w:val="0000EE"/>
            <w:u w:val="single"/>
          </w:rPr>
          <w:t>https://www.crypto-reporter.com/press-releases/pundi-ai-partners-with-nubila-network-to-integrate-esg-data-tagging-and-annotation-79602/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nance.com/en-KZ/square/post/2024-10-17-pundi-ai-and-nubila-network-form-strategic-partnership-14976741370722" TargetMode="External"/><Relationship Id="rId11" Type="http://schemas.openxmlformats.org/officeDocument/2006/relationships/hyperlink" Target="https://x.com/PundiAI/status/1846547883442725208" TargetMode="External"/><Relationship Id="rId12" Type="http://schemas.openxmlformats.org/officeDocument/2006/relationships/hyperlink" Target="https://thedefiant.io/news/press-releases/pundi-ai-partners-with-nubila-network-to-integrate-esg-data-tagging-and-annotation" TargetMode="External"/><Relationship Id="rId13" Type="http://schemas.openxmlformats.org/officeDocument/2006/relationships/hyperlink" Target="https://chainwire.org/2024/10/15/pundi-ai-partners-with-nubila-network-to-integrate-esg-data-tagging-and-annotation/" TargetMode="External"/><Relationship Id="rId14" Type="http://schemas.openxmlformats.org/officeDocument/2006/relationships/hyperlink" Target="https://www.crypto-reporter.com/press-releases/pundi-ai-partners-with-nubila-network-to-integrate-esg-data-tagging-and-annotation-796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