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PyxMagic unveils innovative features to transform product photography for home furnishing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PyxMagic Unveils Innovative Features to Transform Product Photography for Home Furnishing Industry</w:t>
      </w:r>
      <w:r/>
    </w:p>
    <w:p>
      <w:r/>
      <w:r>
        <w:t>Santa Clara, California — In a move set to revolutionise product photography within the home furnishing sector, PyxMagic, an AI-driven platform, has announced the release of three groundbreaking features. Aimed at facilitating seamless creation of high-quality images, these tools promise to simplify the complex process of product image enhancement for businesses in the industry.</w:t>
      </w:r>
      <w:r/>
    </w:p>
    <w:p>
      <w:r/>
      <w:r>
        <w:t>The newly introduced features include auto-generated images, background environments, and a re-lighting tool. Each of these has been meticulously designed to minimise effort while ensuring professional-grade results.</w:t>
      </w:r>
      <w:r/>
    </w:p>
    <w:p>
      <w:r/>
      <w:r>
        <w:t>One of the standout additions, the auto-generated images feature, enables users to instantly receive processed product photos via the PyxMagic application or web platform. These images, readily available in either a pristine white backdrop or with AI-enhanced shadows, are prepared for immediate use, catering to diverse aesthetic needs.</w:t>
      </w:r>
      <w:r/>
    </w:p>
    <w:p>
      <w:r/>
      <w:r>
        <w:t>The background environments feature brings more versatility, allowing businesses to embed their product images into customisable studio settings. This capability enriches product visuals by offering lifestyle-inspired floor and wall combinations, thereby providing context and flair to the images that can appeal to potential customers.</w:t>
      </w:r>
      <w:r/>
    </w:p>
    <w:p>
      <w:r/>
      <w:r>
        <w:t>The re-lighting tool adds another dimension of control, permitting users to adjust lighting conditions post-capture. This tool allows for the removal of undesirable lighting effects and the application of new, virtual lighting, ensuring consistency and high professionalism, irrespective of the original photographic environment.</w:t>
      </w:r>
      <w:r/>
    </w:p>
    <w:p>
      <w:r/>
      <w:r>
        <w:t>Gaurav Sethi, co-founder of Pyxd, emphasised the breakthrough nature of these features. "With the ability to capture professional-quality photos from anywhere, including in retail stores and showrooms, PyxMagic is uniquely focused on solving the complex challenges in the home furnishings market,” Sethi stated. According to Sethi, these advancements significantly enhance the speed and ease with which high-quality images are produced.</w:t>
      </w:r>
      <w:r/>
    </w:p>
    <w:p>
      <w:r/>
      <w:r>
        <w:t>Clarence Chui, CEO of Pyxd, echoed this sentiment, highlighting the company's commitment to delivering studio-quality results for both retailers and manufacturers. "This latest release is another step forward in our mission to empower businesses with more control over their imagery, with minimal effort,” Chui commented.</w:t>
      </w:r>
      <w:r/>
    </w:p>
    <w:p>
      <w:r/>
      <w:r>
        <w:t xml:space="preserve">These innovations are accessible through PyxMagic’s web interface and its iPhone app, with the company offering flexible subscription plans on a monthly or yearly basis. New users are invited to explore these tools with a seven-day free trial, potentially setting a new standard in product photography within the home furnishing industry. </w:t>
      </w:r>
      <w:r/>
    </w:p>
    <w:p>
      <w:r/>
      <w:r>
        <w:t>As businesses continue to seek efficient and effective methods to showcase their products, PyxMagic's latest offerings could prove invaluable, providing enhanced capabilities to create visually compelling and market-ready images swiftly and effortlessly.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https://pyxmagic.com</w:t>
        </w:r>
      </w:hyperlink>
      <w:r>
        <w:t xml:space="preserve"> - This link corroborates the information about PyxMagic's AI-powered mobile product photography, its features such as auto-generated images, background environments, and the re-lighting tool, and how it helps retailers and manufacturers create professional product photos.</w:t>
      </w:r>
      <w:r/>
    </w:p>
    <w:p>
      <w:pPr>
        <w:pStyle w:val="ListNumber"/>
        <w:spacing w:line="240" w:lineRule="auto"/>
        <w:ind w:left="720"/>
      </w:pPr>
      <w:r/>
      <w:hyperlink r:id="rId10">
        <w:r>
          <w:rPr>
            <w:color w:val="0000EE"/>
            <w:u w:val="single"/>
          </w:rPr>
          <w:t>https://pyxmagic.com</w:t>
        </w:r>
      </w:hyperlink>
      <w:r>
        <w:t xml:space="preserve"> - This link supports the claim about PyxMagic's ability to capture professional-quality photos from anywhere, including retail stores and showrooms, and the company's commitment to delivering studio-quality results.</w:t>
      </w:r>
      <w:r/>
    </w:p>
    <w:p>
      <w:pPr>
        <w:pStyle w:val="ListNumber"/>
        <w:spacing w:line="240" w:lineRule="auto"/>
        <w:ind w:left="720"/>
      </w:pPr>
      <w:r/>
      <w:hyperlink r:id="rId10">
        <w:r>
          <w:rPr>
            <w:color w:val="0000EE"/>
            <w:u w:val="single"/>
          </w:rPr>
          <w:t>https://pyxmagic.com</w:t>
        </w:r>
      </w:hyperlink>
      <w:r>
        <w:t xml:space="preserve"> - This link explains the process of using PyxMagic, including shooting, creating, and selling product photos, and the flexibility offered through its web interface and iPhone app.</w:t>
      </w:r>
      <w:r/>
    </w:p>
    <w:p>
      <w:pPr>
        <w:pStyle w:val="ListNumber"/>
        <w:spacing w:line="240" w:lineRule="auto"/>
        <w:ind w:left="720"/>
      </w:pPr>
      <w:r/>
      <w:hyperlink r:id="rId10">
        <w:r>
          <w:rPr>
            <w:color w:val="0000EE"/>
            <w:u w:val="single"/>
          </w:rPr>
          <w:t>https://pyxmagic.com</w:t>
        </w:r>
      </w:hyperlink>
      <w:r>
        <w:t xml:space="preserve"> - This link highlights customer testimonials and feedback on how PyxMagic has been a game-changer for businesses, saving them significant time and money while delivering high-quality product images.</w:t>
      </w:r>
      <w:r/>
    </w:p>
    <w:p>
      <w:pPr>
        <w:pStyle w:val="ListNumber"/>
        <w:spacing w:line="240" w:lineRule="auto"/>
        <w:ind w:left="720"/>
      </w:pPr>
      <w:r/>
      <w:hyperlink r:id="rId11">
        <w:r>
          <w:rPr>
            <w:color w:val="0000EE"/>
            <w:u w:val="single"/>
          </w:rPr>
          <w:t>https://cgifurniture.com/top-10-product-photography-trends/</w:t>
        </w:r>
      </w:hyperlink>
      <w:r>
        <w:t xml:space="preserve"> - This link provides context on current trends in product photography, including the use of AI, lifestyle images, and immersive experiences, which align with PyxMagic's innovative features.</w:t>
      </w:r>
      <w:r/>
    </w:p>
    <w:p>
      <w:pPr>
        <w:pStyle w:val="ListNumber"/>
        <w:spacing w:line="240" w:lineRule="auto"/>
        <w:ind w:left="720"/>
      </w:pPr>
      <w:r/>
      <w:hyperlink r:id="rId11">
        <w:r>
          <w:rPr>
            <w:color w:val="0000EE"/>
            <w:u w:val="single"/>
          </w:rPr>
          <w:t>https://cgifurniture.com/top-10-product-photography-trends/</w:t>
        </w:r>
      </w:hyperlink>
      <w:r>
        <w:t xml:space="preserve"> - This link discusses the importance of authenticity and high-quality product photography from multiple angles, which is facilitated by PyxMagic's features.</w:t>
      </w:r>
      <w:r/>
    </w:p>
    <w:p>
      <w:pPr>
        <w:pStyle w:val="ListNumber"/>
        <w:spacing w:line="240" w:lineRule="auto"/>
        <w:ind w:left="720"/>
      </w:pPr>
      <w:r/>
      <w:hyperlink r:id="rId12">
        <w:r>
          <w:rPr>
            <w:color w:val="0000EE"/>
            <w:u w:val="single"/>
          </w:rPr>
          <w:t>https://pebblely.com</w:t>
        </w:r>
      </w:hyperlink>
      <w:r>
        <w:t xml:space="preserve"> - This link supports the concept of AI-powered background generation and image editing, similar to PyxMagic's auto-generated images and re-lighting tool.</w:t>
      </w:r>
      <w:r/>
    </w:p>
    <w:p>
      <w:pPr>
        <w:pStyle w:val="ListNumber"/>
        <w:spacing w:line="240" w:lineRule="auto"/>
        <w:ind w:left="720"/>
      </w:pPr>
      <w:r/>
      <w:hyperlink r:id="rId12">
        <w:r>
          <w:rPr>
            <w:color w:val="0000EE"/>
            <w:u w:val="single"/>
          </w:rPr>
          <w:t>https://pebblely.com</w:t>
        </w:r>
      </w:hyperlink>
      <w:r>
        <w:t xml:space="preserve"> - This link explains how AI tools can create professional-looking product photos quickly and affordably, which is in line with PyxMagic's mission to simplify product image enhancement.</w:t>
      </w:r>
      <w:r/>
    </w:p>
    <w:p>
      <w:pPr>
        <w:pStyle w:val="ListNumber"/>
        <w:spacing w:line="240" w:lineRule="auto"/>
        <w:ind w:left="720"/>
      </w:pPr>
      <w:r/>
      <w:hyperlink r:id="rId13">
        <w:r>
          <w:rPr>
            <w:color w:val="0000EE"/>
            <w:u w:val="single"/>
          </w:rPr>
          <w:t>https://outwardinc.com</w:t>
        </w:r>
      </w:hyperlink>
      <w:r>
        <w:t xml:space="preserve"> - This link provides an example of another automated product photography platform, Aperture, which also aims to streamline the process of creating high-quality product images, similar to PyxMagic's goals.</w:t>
      </w:r>
      <w:r/>
    </w:p>
    <w:p>
      <w:pPr>
        <w:pStyle w:val="ListNumber"/>
        <w:spacing w:line="240" w:lineRule="auto"/>
        <w:ind w:left="720"/>
      </w:pPr>
      <w:r/>
      <w:hyperlink r:id="rId13">
        <w:r>
          <w:rPr>
            <w:color w:val="0000EE"/>
            <w:u w:val="single"/>
          </w:rPr>
          <w:t>https://outwardinc.com</w:t>
        </w:r>
      </w:hyperlink>
      <w:r>
        <w:t xml:space="preserve"> - This link highlights the efficiency and cost-effectiveness of automated product photography platforms, which is a key benefit of PyxMagic's features as well.</w:t>
      </w:r>
      <w:r/>
    </w:p>
    <w:p>
      <w:pPr>
        <w:pStyle w:val="ListNumber"/>
        <w:spacing w:line="240" w:lineRule="auto"/>
        <w:ind w:left="720"/>
      </w:pPr>
      <w:r/>
      <w:hyperlink r:id="rId14">
        <w:r>
          <w:rPr>
            <w:color w:val="0000EE"/>
            <w:u w:val="single"/>
          </w:rPr>
          <w:t>https://www.youtube.com/watch?v=ffiJH5fUeN0</w:t>
        </w:r>
      </w:hyperlink>
      <w:r>
        <w:t xml:space="preserve"> - This link provides general guidance on creative product photography at home, including studio setup and lighting, which can be enhanced by the advanced features offered by PyxMagic.</w:t>
      </w:r>
      <w:r/>
    </w:p>
    <w:p>
      <w:pPr>
        <w:pStyle w:val="ListNumber"/>
        <w:spacing w:line="240" w:lineRule="auto"/>
        <w:ind w:left="720"/>
      </w:pPr>
      <w:r/>
      <w:hyperlink r:id="rId15">
        <w:r>
          <w:rPr>
            <w:color w:val="0000EE"/>
            <w:u w:val="single"/>
          </w:rPr>
          <w:t>https://www.furnituretoday.com/technology/pyxmagics-new-ai-powered-features-aim-to-simplify-product-photograhy/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yxmagic.com" TargetMode="External"/><Relationship Id="rId11" Type="http://schemas.openxmlformats.org/officeDocument/2006/relationships/hyperlink" Target="https://cgifurniture.com/top-10-product-photography-trends/" TargetMode="External"/><Relationship Id="rId12" Type="http://schemas.openxmlformats.org/officeDocument/2006/relationships/hyperlink" Target="https://pebblely.com" TargetMode="External"/><Relationship Id="rId13" Type="http://schemas.openxmlformats.org/officeDocument/2006/relationships/hyperlink" Target="https://outwardinc.com" TargetMode="External"/><Relationship Id="rId14" Type="http://schemas.openxmlformats.org/officeDocument/2006/relationships/hyperlink" Target="https://www.youtube.com/watch?v=ffiJH5fUeN0" TargetMode="External"/><Relationship Id="rId15" Type="http://schemas.openxmlformats.org/officeDocument/2006/relationships/hyperlink" Target="https://www.furnituretoday.com/technology/pyxmagics-new-ai-powered-features-aim-to-simplify-product-photogra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